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Queer Asian Comics Bringing Joy and Community to the Stage</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are turning to live comedy nights as queer Asian performers carve out space, share sharp jokes and build joyful community in cities like Washington, D.C., and Brooklyn , a trend that matters because laughter has become a way to claim visibility and reshape queer cultural scenes.</w:t>
      </w:r>
      <w:r/>
    </w:p>
    <w:p>
      <w:r/>
      <w:r>
        <w:t>Essential Takeaways</w:t>
      </w:r>
      <w:r/>
      <w:r/>
    </w:p>
    <w:p>
      <w:pPr>
        <w:pStyle w:val="ListBullet"/>
        <w:spacing w:line="240" w:lineRule="auto"/>
        <w:ind w:left="720"/>
      </w:pPr>
      <w:r/>
      <w:r>
        <w:rPr>
          <w:b/>
        </w:rPr>
        <w:t>Growing visibility:</w:t>
      </w:r>
      <w:r>
        <w:t xml:space="preserve"> Queer Asian comedians are headlining dedicated showcases, drawing lively crowds and mixed emotions from family and friends.</w:t>
      </w:r>
      <w:r/>
    </w:p>
    <w:p>
      <w:pPr>
        <w:pStyle w:val="ListBullet"/>
        <w:spacing w:line="240" w:lineRule="auto"/>
        <w:ind w:left="720"/>
      </w:pPr>
      <w:r/>
      <w:r>
        <w:rPr>
          <w:b/>
        </w:rPr>
        <w:t>Shared material:</w:t>
      </w:r>
      <w:r>
        <w:t xml:space="preserve"> Family expectations, interracial romance and body humour produce relatable, often riotous sets with a warm, candid tone.</w:t>
      </w:r>
      <w:r/>
    </w:p>
    <w:p>
      <w:pPr>
        <w:pStyle w:val="ListBullet"/>
        <w:spacing w:line="240" w:lineRule="auto"/>
        <w:ind w:left="720"/>
      </w:pPr>
      <w:r/>
      <w:r>
        <w:rPr>
          <w:b/>
        </w:rPr>
        <w:t>Underrepresentation persists:</w:t>
      </w:r>
      <w:r>
        <w:t xml:space="preserve"> Performers report few peers in many local scenes; queer lineups still skew white, while many Asian spaces skew straight.</w:t>
      </w:r>
      <w:r/>
    </w:p>
    <w:p>
      <w:pPr>
        <w:pStyle w:val="ListBullet"/>
        <w:spacing w:line="240" w:lineRule="auto"/>
        <w:ind w:left="720"/>
      </w:pPr>
      <w:r/>
      <w:r>
        <w:rPr>
          <w:b/>
        </w:rPr>
        <w:t>DIY networks:</w:t>
      </w:r>
      <w:r>
        <w:t xml:space="preserve"> Comics are creating their own nights and collectives to support each other and train new voices, with organisers sometimes juggling touring and grassroots promotion.</w:t>
      </w:r>
      <w:r/>
    </w:p>
    <w:p>
      <w:pPr>
        <w:pStyle w:val="ListBullet"/>
        <w:spacing w:line="240" w:lineRule="auto"/>
        <w:ind w:left="720"/>
      </w:pPr>
      <w:r/>
      <w:r>
        <w:rPr>
          <w:b/>
        </w:rPr>
        <w:t>Atmosphere matters:</w:t>
      </w:r>
      <w:r>
        <w:t xml:space="preserve"> Shows feel intimate and celebratory , think loud laughs, snorts and a communal release , which helps audiences connect beyond novelty.</w:t>
      </w:r>
      <w:r/>
      <w:r/>
    </w:p>
    <w:p>
      <w:pPr>
        <w:pStyle w:val="Heading2"/>
      </w:pPr>
      <w:r>
        <w:t>A magic night in D.C. that felt like a reveal</w:t>
      </w:r>
      <w:r/>
    </w:p>
    <w:p>
      <w:r/>
      <w:r>
        <w:t>The opener at a recent Pride Comedy Special in Washington, D.C., landed with a thud of recognition: jokes about a family tombstone, an interracial boyfriend and the delicious awkwardness that follows. The audience laughed like people who’d been waiting to hear this aloud.</w:t>
      </w:r>
      <w:r/>
    </w:p>
    <w:p>
      <w:r/>
      <w:r>
        <w:t>According to performers who took the stage, the show was less a polished manifesto and more a communal exhale. Organisers told me they wanted a lineup that reflected queer Asian variety , the sharp one-liners, the longer storytelling, the noisy physical bits , and the crowd rewarded them with raucous applause.</w:t>
      </w:r>
      <w:r/>
    </w:p>
    <w:p>
      <w:r/>
      <w:r>
        <w:t>This isn’t just about representation on a poster. It’s the experience of seeing your contradictions and comforts reflected in comic timing, and that alone is often worth the ticket.</w:t>
      </w:r>
      <w:r/>
    </w:p>
    <w:p>
      <w:pPr>
        <w:pStyle w:val="Heading2"/>
      </w:pPr>
      <w:r>
        <w:t>Why comedians say mainstream scenes still feel alien</w:t>
      </w:r>
      <w:r/>
    </w:p>
    <w:p>
      <w:r/>
      <w:r>
        <w:t>When newcomers enter established comedy scenes, the culture shock is real. Many queer Asian comics describe venues dominated by straight white men or by Asian performers whose sets rarely touch queerness.</w:t>
      </w:r>
      <w:r/>
    </w:p>
    <w:p>
      <w:r/>
      <w:r>
        <w:t>One comic described feeling split between scenes, never quite fitting either camp. That split shapes material , part observation, part survival , and helps explain why comics lean into family and dating stories that highlight those tensions.</w:t>
      </w:r>
      <w:r/>
    </w:p>
    <w:p>
      <w:r/>
      <w:r>
        <w:t>If you’re choosing a night to attend, look for themed showcases or Pride events; they tend to program more varied lineups and create a safer vibe for new acts to stretch out.</w:t>
      </w:r>
      <w:r/>
    </w:p>
    <w:p>
      <w:pPr>
        <w:pStyle w:val="Heading2"/>
      </w:pPr>
      <w:r>
        <w:t>The humour is intimate, sometimes raunchy, always human</w:t>
      </w:r>
      <w:r/>
    </w:p>
    <w:p>
      <w:r/>
      <w:r>
        <w:t>Expect candour. Sets range from playful hypotheticals about top surgery to frank takes on oral sex, and the crowd tends to respond like people sharing a private joke at the bar.</w:t>
      </w:r>
      <w:r/>
    </w:p>
    <w:p>
      <w:r/>
      <w:r>
        <w:t>That intimacy is a strength: it makes the humour hit harder because it’s grounded in lived experience. Performers say that riffing on family traditions , like arranged expectations versus modern romances , invites both laughter and relief.</w:t>
      </w:r>
      <w:r/>
    </w:p>
    <w:p>
      <w:r/>
      <w:r>
        <w:t>If you’re a comedy booker, give comics a bit more stage time. These stories often need room to breathe; the payoff for the audience is larger, and the performers get to show real range.</w:t>
      </w:r>
      <w:r/>
    </w:p>
    <w:p>
      <w:pPr>
        <w:pStyle w:val="Heading2"/>
      </w:pPr>
      <w:r>
        <w:t>DIY collectives are filling the gaps</w:t>
      </w:r>
      <w:r/>
    </w:p>
    <w:p>
      <w:r/>
      <w:r>
        <w:t>With underrepresentation in mainstream circuits, comics aren’t waiting for invites. Several organisers and headliners are running queer Asian nights and collectives, building communities that mentor newcomers, test material and swap contacts.</w:t>
      </w:r>
      <w:r/>
    </w:p>
    <w:p>
      <w:r/>
      <w:r>
        <w:t>Those DIY spaces do the heavy lifting of community-building: promotion, safe-stage policies, and a willingness to feature novices beside veterans. It’s grassroots, but effective , and attendees notice the supportive buzz.</w:t>
      </w:r>
      <w:r/>
    </w:p>
    <w:p>
      <w:r/>
      <w:r>
        <w:t>If you want to support, go beyond a single show: follow organisers, share events, tip the performers and suggest venues that might host future nights.</w:t>
      </w:r>
      <w:r/>
    </w:p>
    <w:p>
      <w:pPr>
        <w:pStyle w:val="Heading2"/>
      </w:pPr>
      <w:r>
        <w:t>What this means for the future of queer comedy</w:t>
      </w:r>
      <w:r/>
    </w:p>
    <w:p>
      <w:r/>
      <w:r>
        <w:t>The rise of queer Asian lineups is a small revolution in plain clothes: it nudges broader comedy culture to be more inclusive while giving audiences stories they haven’t heard enough. As more nights pop up and performers tour, the scene will likely stop feeling like a novelty and become a steady part of queer cultural life.</w:t>
      </w:r>
      <w:r/>
    </w:p>
    <w:p>
      <w:r/>
      <w:r>
        <w:t>For comics and fans alike, the simple next step is to keep showing up. Laughing together is how these communities map themselves.</w:t>
      </w:r>
      <w:r/>
    </w:p>
    <w:p>
      <w:r/>
      <w:r>
        <w:t>It's a small change that can make every set feel like a homecoming.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0">
        <w:r>
          <w:rPr>
            <w:color w:val="0000EE"/>
            <w:u w:val="single"/>
          </w:rPr>
          <w:t>[2]</w:t>
        </w:r>
      </w:hyperlink>
      <w:r>
        <w:t xml:space="preserve">, </w:t>
      </w:r>
      <w:hyperlink r:id="rId12">
        <w:r>
          <w:rPr>
            <w:color w:val="0000EE"/>
            <w:u w:val="single"/>
          </w:rPr>
          <w:t>[7]</w:t>
        </w:r>
      </w:hyperlink>
      <w:r>
        <w:t xml:space="preserve">- Paragraph 3: </w:t>
      </w:r>
      <w:hyperlink r:id="rId10">
        <w:r>
          <w:rPr>
            <w:color w:val="0000EE"/>
            <w:u w:val="single"/>
          </w:rPr>
          <w:t>[2]</w:t>
        </w:r>
      </w:hyperlink>
      <w:r>
        <w:t xml:space="preserve">, </w:t>
      </w:r>
      <w:hyperlink r:id="rId13">
        <w:r>
          <w:rPr>
            <w:color w:val="0000EE"/>
            <w:u w:val="single"/>
          </w:rPr>
          <w:t>[4]</w:t>
        </w:r>
      </w:hyperlink>
      <w:r>
        <w:t xml:space="preserve">- Paragraph 4: </w:t>
      </w:r>
      <w:hyperlink r:id="rId10">
        <w:r>
          <w:rPr>
            <w:color w:val="0000EE"/>
            <w:u w:val="single"/>
          </w:rPr>
          <w:t>[2]</w:t>
        </w:r>
      </w:hyperlink>
      <w:r>
        <w:t xml:space="preserve">, </w:t>
      </w:r>
      <w:hyperlink r:id="rId14">
        <w:r>
          <w:rPr>
            <w:color w:val="0000EE"/>
            <w:u w:val="single"/>
          </w:rPr>
          <w:t>[3]</w:t>
        </w:r>
      </w:hyperlink>
      <w:r>
        <w:t xml:space="preserve">- Paragraph 5: </w:t>
      </w:r>
      <w:hyperlink r:id="rId10">
        <w:r>
          <w:rPr>
            <w:color w:val="0000EE"/>
            <w:u w:val="single"/>
          </w:rPr>
          <w:t>[2]</w:t>
        </w:r>
      </w:hyperlink>
      <w:r>
        <w:t xml:space="preserve">, </w:t>
      </w:r>
      <w:hyperlink r:id="rId15">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https://meaws.com/news/the-queer-asian-comics-building-collective/104552</w:t>
        </w:r>
      </w:hyperlink>
      <w:r>
        <w:t xml:space="preserve"> - Please view link - unable to able to access data</w:t>
      </w:r>
      <w:r/>
    </w:p>
    <w:p>
      <w:pPr>
        <w:pStyle w:val="ListNumber"/>
        <w:spacing w:line="240" w:lineRule="auto"/>
        <w:ind w:left="720"/>
      </w:pPr>
      <w:r/>
      <w:hyperlink r:id="rId10">
        <w:r>
          <w:rPr>
            <w:color w:val="0000EE"/>
            <w:u w:val="single"/>
          </w:rPr>
          <w:t>https://voices.aaja.org/stories/minneapolis-2026/the-queer-asian-comics-building-collective-joy-in-washington-d-c/</w:t>
        </w:r>
      </w:hyperlink>
      <w:r>
        <w:t xml:space="preserve"> - An article highlighting the Pride Comedy Special in Washington, D.C., which showcased queer Asian comics sharing their experiences on family, romance, and identity. The event featured performances by Kevin Chen, Tarunika Anand, Alex Kim, and Nik Narain, emphasizing the camaraderie and unique perspectives within the queer Asian community. The piece also discusses the challenges faced by queer Asian comedians in predominantly white and straight spaces, underscoring the importance of creating inclusive platforms for their voices.</w:t>
      </w:r>
      <w:r/>
    </w:p>
    <w:p>
      <w:pPr>
        <w:pStyle w:val="ListNumber"/>
        <w:spacing w:line="240" w:lineRule="auto"/>
        <w:ind w:left="720"/>
      </w:pPr>
      <w:r/>
      <w:hyperlink r:id="rId14">
        <w:r>
          <w:rPr>
            <w:color w:val="0000EE"/>
            <w:u w:val="single"/>
          </w:rPr>
          <w:t>https://www.moonbow.org/about/</w:t>
        </w:r>
      </w:hyperlink>
      <w:r>
        <w:t xml:space="preserve"> - Moonbow is a community-based queer and trans Asian organization that focuses on cultivating spaces for connection and relationship-building, with an emphasis on mental health. Their mission is to empower queer and trans Asians to determine their own paths towards healing and well-being, envisioning a world where these individuals have abundant resources to experience safety, healing, and joy.</w:t>
      </w:r>
      <w:r/>
    </w:p>
    <w:p>
      <w:pPr>
        <w:pStyle w:val="ListNumber"/>
        <w:spacing w:line="240" w:lineRule="auto"/>
        <w:ind w:left="720"/>
      </w:pPr>
      <w:r/>
      <w:hyperlink r:id="rId13">
        <w:r>
          <w:rPr>
            <w:color w:val="0000EE"/>
            <w:u w:val="single"/>
          </w:rPr>
          <w:t>https://www.dlocokid.com/</w:t>
        </w:r>
      </w:hyperlink>
      <w:r>
        <w:t xml:space="preserve"> - D'Lo is a queer and trans Tamil-Sri Lankan-American actor, writer, and comedian whose work spans stand-up comedy, solo theater, plays, films, short stories, and poetry. His solo shows have toured nationally and internationally, and he has appeared in television series such as 'Looking,' 'Transparent,' 'Sense8,' and 'Mr. Robot.' D'Lo is also the creator of the 'Coming Out, Coming Home' writing workshop series, providing transformative spaces for participants to share their personal narratives.</w:t>
      </w:r>
      <w:r/>
    </w:p>
    <w:p>
      <w:pPr>
        <w:pStyle w:val="ListNumber"/>
        <w:spacing w:line="240" w:lineRule="auto"/>
        <w:ind w:left="720"/>
      </w:pPr>
      <w:r/>
      <w:hyperlink r:id="rId11">
        <w:r>
          <w:rPr>
            <w:color w:val="0000EE"/>
            <w:u w:val="single"/>
          </w:rPr>
          <w:t>https://www.diana-hong.com/</w:t>
        </w:r>
      </w:hyperlink>
      <w:r>
        <w:t xml:space="preserve"> - Diana Hong is a stand-up comedian, writer, and former golf pro known for her clever and grounded comedy. Drawing from her experience as a Korean American lesbian, her work is characterized by a dry sense of humor and excellent posture. Diana is available for live shows, festivals, panels, and other events where queer brilliance is welcome.</w:t>
      </w:r>
      <w:r/>
    </w:p>
    <w:p>
      <w:pPr>
        <w:pStyle w:val="ListNumber"/>
        <w:spacing w:line="240" w:lineRule="auto"/>
        <w:ind w:left="720"/>
      </w:pPr>
      <w:r/>
      <w:hyperlink r:id="rId15">
        <w:r>
          <w:rPr>
            <w:color w:val="0000EE"/>
            <w:u w:val="single"/>
          </w:rPr>
          <w:t>https://www.sawcc.org/</w:t>
        </w:r>
      </w:hyperlink>
      <w:r>
        <w:t xml:space="preserve"> - The South Asian Womxn’s Creative Collective (SAWCC) is a nonprofit arts organization dedicated to the advancement, visibility, and development of emerging and established South Asian womxn artists and creative professionals. Since 1997, SAWCC has showcased cutting-edge work that intelligently addresses issues of gender and cultural representation through various public programs, including salons, talks, workshops, readings, screenings, performances, and exhibitions.</w:t>
      </w:r>
      <w:r/>
    </w:p>
    <w:p>
      <w:pPr>
        <w:pStyle w:val="ListNumber"/>
        <w:spacing w:line="240" w:lineRule="auto"/>
        <w:ind w:left="720"/>
      </w:pPr>
      <w:r/>
      <w:hyperlink r:id="rId12">
        <w:r>
          <w:rPr>
            <w:color w:val="0000EE"/>
            <w:u w:val="single"/>
          </w:rPr>
          <w:t>https://www.hanktina.com/</w:t>
        </w:r>
      </w:hyperlink>
      <w:r>
        <w:t xml:space="preserve"> - Tien Tran is a Vietnamese-American comedian, actor, and writer known for her stand-up comedy featured on Comedy Central's 'Taking the Stage' and at the Just for Laughs Festival in Montreal. She starred as 'Ellen' in 'How I Met Your Father' (Hulu) and 'Lucy' in 'Mr. Throwback' (Peacock). Tien has written for 'Work in Progress' (Showtime) and the Emmy-nominated 'Book of Queer' (Discovery+). She co-hosts 'Jockular,' a podcast about queer, trans, and women-forward sports topics.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meaws.com/news/the-queer-asian-comics-building-collective/104552" TargetMode="External"/><Relationship Id="rId10" Type="http://schemas.openxmlformats.org/officeDocument/2006/relationships/hyperlink" Target="https://voices.aaja.org/stories/minneapolis-2026/the-queer-asian-comics-building-collective-joy-in-washington-d-c/" TargetMode="External"/><Relationship Id="rId11" Type="http://schemas.openxmlformats.org/officeDocument/2006/relationships/hyperlink" Target="https://www.diana-hong.com/" TargetMode="External"/><Relationship Id="rId12" Type="http://schemas.openxmlformats.org/officeDocument/2006/relationships/hyperlink" Target="https://www.hanktina.com/" TargetMode="External"/><Relationship Id="rId13" Type="http://schemas.openxmlformats.org/officeDocument/2006/relationships/hyperlink" Target="https://www.dlocokid.com/" TargetMode="External"/><Relationship Id="rId14" Type="http://schemas.openxmlformats.org/officeDocument/2006/relationships/hyperlink" Target="https://www.moonbow.org/about/" TargetMode="External"/><Relationship Id="rId15" Type="http://schemas.openxmlformats.org/officeDocument/2006/relationships/hyperlink" Target="https://www.sawcc.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