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Night Out: Dolly! A Pride Show by the San Francisco Gay Men’s Chorus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joyous, glittery nights out as the San Francisco Gay Men’s Chorus closed its 48th season with Dolly! A Pride Show , two sold‑out performances at the Curran Theatre celebrating Dolly Parton’s music, queer community spirit, and a good dose of rhinestones and laughs. Here’s why this feel‑good tribute mattered.</w:t>
      </w:r>
      <w:r/>
    </w:p>
    <w:p>
      <w:r/>
      <w:r>
        <w:t>Essential Takeaways</w:t>
      </w:r>
      <w:r/>
      <w:r/>
    </w:p>
    <w:p>
      <w:pPr>
        <w:pStyle w:val="ListBullet"/>
        <w:spacing w:line="240" w:lineRule="auto"/>
        <w:ind w:left="720"/>
      </w:pPr>
      <w:r/>
      <w:r>
        <w:rPr>
          <w:b/>
        </w:rPr>
        <w:t>Big, bold staging:</w:t>
      </w:r>
      <w:r>
        <w:t xml:space="preserve"> Two lively performances at the Curran Theatre delivered polished choral arrangements and a theatrical, sparkly visual show.</w:t>
      </w:r>
      <w:r/>
    </w:p>
    <w:p>
      <w:pPr>
        <w:pStyle w:val="ListBullet"/>
        <w:spacing w:line="240" w:lineRule="auto"/>
        <w:ind w:left="720"/>
      </w:pPr>
      <w:r/>
      <w:r>
        <w:rPr>
          <w:b/>
        </w:rPr>
        <w:t>Dolly as queer icon:</w:t>
      </w:r>
      <w:r>
        <w:t xml:space="preserve"> The programme leaned into Dolly Parton’s long relationship with LGBTQ+ audiences, offering warmth and camp in equal measure.</w:t>
      </w:r>
      <w:r/>
    </w:p>
    <w:p>
      <w:pPr>
        <w:pStyle w:val="ListBullet"/>
        <w:spacing w:line="240" w:lineRule="auto"/>
        <w:ind w:left="720"/>
      </w:pPr>
      <w:r/>
      <w:r>
        <w:rPr>
          <w:b/>
        </w:rPr>
        <w:t>Community connection:</w:t>
      </w:r>
      <w:r>
        <w:t xml:space="preserve"> The production included audience‑friendly bits like a Dolly look‑alike contest and drew cross‑scene attention from local events.</w:t>
      </w:r>
      <w:r/>
    </w:p>
    <w:p>
      <w:pPr>
        <w:pStyle w:val="ListBullet"/>
        <w:spacing w:line="240" w:lineRule="auto"/>
        <w:ind w:left="720"/>
      </w:pPr>
      <w:r/>
      <w:r>
        <w:rPr>
          <w:b/>
        </w:rPr>
        <w:t>Local arts momentum:</w:t>
      </w:r>
      <w:r>
        <w:t xml:space="preserve"> The concert capped SFGMC’s 48th season and plugged into ongoing interest in Dolly moments around the city, from club hoots to theatre buzz.</w:t>
      </w:r>
      <w:r/>
    </w:p>
    <w:p>
      <w:pPr>
        <w:pStyle w:val="ListBullet"/>
        <w:spacing w:line="240" w:lineRule="auto"/>
        <w:ind w:left="720"/>
      </w:pPr>
      <w:r/>
      <w:r>
        <w:rPr>
          <w:b/>
        </w:rPr>
        <w:t>Accessible fun:</w:t>
      </w:r>
      <w:r>
        <w:t xml:space="preserve"> The show balanced strong vocals with humour and spectacle, making it an easy night out for both choral fans and Dolly devotees.</w:t>
      </w:r>
      <w:r/>
      <w:r/>
    </w:p>
    <w:p>
      <w:pPr>
        <w:pStyle w:val="Heading2"/>
      </w:pPr>
      <w:r>
        <w:t>A curtain‑closer that felt like a neighbourhood party</w:t>
      </w:r>
      <w:r/>
    </w:p>
    <w:p>
      <w:r/>
      <w:r>
        <w:t>The strongest image from the night is of a chorus shining under stage lights, voices lifting familiar Parton melodies with a warm, celebratory edge. The Curran’s auditorium was awash in sequins and smiles, and the easy chemistry between conductor Jacob Stensberg and the singers kept the pace breezy. According to the San Francisco Gay Men’s Chorus, the programme was curated as a tribute to Parton’s catalogue and spirit, and that sense of affection came through in every number.</w:t>
      </w:r>
      <w:r/>
    </w:p>
    <w:p>
      <w:r/>
      <w:r>
        <w:t>The backstory is simple: SFGMC wanted a season finale that felt both inclusive and unpretentious. Dolly’s songs , equal parts country storytelling and showbiz flourish , gave them that canvas. If you went expecting a straightforward choir concert you’d be pleasantly surprised; this was theatre with a choral heart.</w:t>
      </w:r>
      <w:r/>
    </w:p>
    <w:p>
      <w:pPr>
        <w:pStyle w:val="Heading2"/>
      </w:pPr>
      <w:r>
        <w:t>Why Dolly still matters to queer audiences</w:t>
      </w:r>
      <w:r/>
    </w:p>
    <w:p>
      <w:r/>
      <w:r>
        <w:t>Dolly Parton has long occupied a special place in LGBTQ+ culture, and that history was on display in the performance choices and crowd reaction. From playful numbers to heartfelt ballads, the evening acknowledged why Parton’s image , generous, camp, resilient , resonates. Events around the city, like El Rio’s Dolly Parton Hoot, underscore how these tributes are part of a larger, ongoing affection.</w:t>
      </w:r>
      <w:r/>
    </w:p>
    <w:p>
      <w:r/>
      <w:r>
        <w:t>For anyone wondering what that connection looks like in practise, the chorus’ arrangements emphasised community rather than reverence. You could tell the numbers were arranged to invite singalongs and smiles, not just applause.</w:t>
      </w:r>
      <w:r/>
    </w:p>
    <w:p>
      <w:pPr>
        <w:pStyle w:val="Heading2"/>
      </w:pPr>
      <w:r>
        <w:t>How SFGMC made the songs their own</w:t>
      </w:r>
      <w:r/>
    </w:p>
    <w:p>
      <w:r/>
      <w:r>
        <w:t>Musically the chorus leaned into choral arrangements that respected the originals while reframing them for a group dynamic. That meant tight harmonies, moments of theatrical staging and a few instrumental flourishes that updated the familiar tunes without losing their soul. Jacob Stensberg’s direction struck a balance between precision and playfulness , the choir sounded polished but never stiff.</w:t>
      </w:r>
      <w:r/>
    </w:p>
    <w:p>
      <w:r/>
      <w:r>
        <w:t>If you’re choosing a concert for a mixed crowd, this format is a good blueprint: recognisable songs, clever arrangements, and a visual aesthetic that signals “fun, not fussy.” It’s a model other community ensembles could borrow when programming crowd‑pleasing finales.</w:t>
      </w:r>
      <w:r/>
    </w:p>
    <w:p>
      <w:pPr>
        <w:pStyle w:val="Heading2"/>
      </w:pPr>
      <w:r>
        <w:t>Community spin: contests, club nights and Broadway hints</w:t>
      </w:r>
      <w:r/>
    </w:p>
    <w:p>
      <w:r/>
      <w:r>
        <w:t>The show included lighter elements , notably a Dolly look‑alike contest , that kept the evening interactive and campy in the best possible way. That kind of community engagement helps transform a performance into an event, and it’s why city calendars are peppered with Dolly‑themed gatherings from club nights to charity hoots.</w:t>
      </w:r>
      <w:r/>
    </w:p>
    <w:p>
      <w:r/>
      <w:r>
        <w:t>Meanwhile, the buzz around Dolly continues beyond local stages. There’s national theatre interest , a Broadway musical about Parton’s life is on the way , and it’s easy to imagine touring productions or regional adaptations bringing similar celebrations to San Francisco in future seasons.</w:t>
      </w:r>
      <w:r/>
    </w:p>
    <w:p>
      <w:pPr>
        <w:pStyle w:val="Heading2"/>
      </w:pPr>
      <w:r>
        <w:t>What to take away if you missed it</w:t>
      </w:r>
      <w:r/>
    </w:p>
    <w:p>
      <w:r/>
      <w:r>
        <w:t>Missing the Curran performance isn’t the end of the road. The chorus’ approach shows how pop culture tributes can serve as both social nights out and genuine musical showcases. Look for future SFGMC programming that mixes familiar hits with community touches, and keep an eye on local listings for themed events that pair live music with audience participation.</w:t>
      </w:r>
      <w:r/>
    </w:p>
    <w:p>
      <w:r/>
      <w:r>
        <w:t>If you want a low‑risk, high‑reward night out, a Dolly tribute by a confident community chorus is exactly the sort of thing to book.</w:t>
      </w:r>
      <w:r/>
    </w:p>
    <w:p>
      <w:r/>
      <w:r>
        <w:t>It's a small theatrical choice that keeps community, camp and great singing in the same, glittering box.</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0">
        <w:r>
          <w:rPr>
            <w:color w:val="0000EE"/>
            <w:u w:val="single"/>
          </w:rPr>
          <w:t>[7]</w:t>
        </w:r>
      </w:hyperlink>
      <w:r>
        <w:t xml:space="preserve">, </w:t>
      </w:r>
      <w:hyperlink r:id="rId11">
        <w:r>
          <w:rPr>
            <w:color w:val="0000EE"/>
            <w:u w:val="single"/>
          </w:rPr>
          <w:t>[4]</w:t>
        </w:r>
      </w:hyperlink>
      <w:r>
        <w:t xml:space="preserve">- Paragraph 5: </w:t>
      </w:r>
      <w:hyperlink r:id="rId13">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https://sfbaytimes.com/dolly-a-pride-show-presented-by-the-san-francisco-gay-mens-chorus/?utm_source=rss&amp;utm_medium=rss&amp;utm_campaign=dolly-a-pride-show-presented-by-the-san-francisco-gay-mens-chorus</w:t>
        </w:r>
      </w:hyperlink>
      <w:r>
        <w:t xml:space="preserve"> - Please view link - unable to able to access data</w:t>
      </w:r>
      <w:r/>
    </w:p>
    <w:p>
      <w:pPr>
        <w:pStyle w:val="ListNumber"/>
        <w:spacing w:line="240" w:lineRule="auto"/>
        <w:ind w:left="720"/>
      </w:pPr>
      <w:r/>
      <w:hyperlink r:id="rId10">
        <w:r>
          <w:rPr>
            <w:color w:val="0000EE"/>
            <w:u w:val="single"/>
          </w:rPr>
          <w:t>https://www.sfgmc.org/parton-pride</w:t>
        </w:r>
      </w:hyperlink>
      <w:r>
        <w:t xml:space="preserve"> - The San Francisco Gay Men's Chorus (SFGMC) presented 'Dolly! A Pride Show' on June 13, 2026, at the Curran Theatre in San Francisco. This event celebrated queer love and resilience through Dolly Parton's music, featuring choral arrangements of her greatest hits. The concert included a 'Dolly look-alike contest' and was conducted by Jacob Stensberg. The SFGMC is renowned for its commitment to LGBTQ+ cultural advocacy through music.</w:t>
      </w:r>
      <w:r/>
    </w:p>
    <w:p>
      <w:pPr>
        <w:pStyle w:val="ListNumber"/>
        <w:spacing w:line="240" w:lineRule="auto"/>
        <w:ind w:left="720"/>
      </w:pPr>
      <w:r/>
      <w:hyperlink r:id="rId12">
        <w:r>
          <w:rPr>
            <w:color w:val="0000EE"/>
            <w:u w:val="single"/>
          </w:rPr>
          <w:t>https://www.sfgmc.org/press-releases-1/3m48p55pc569r6ex56g9whm2rye6ww</w:t>
        </w:r>
      </w:hyperlink>
      <w:r>
        <w:t xml:space="preserve"> - In May 2026, the San Francisco Gay Men's Chorus announced two performances of 'Dolly! A Pride Show' during Pride Month. The first was on June 6, 2026, at the Green Music Center in Rohnert Park, and the second on June 13, 2026, at the Curran Theatre in San Francisco. These concerts marked the culmination of SFGMC's 48th season and celebrated community, individuality, and LGBTQ+ pride through live performance.</w:t>
      </w:r>
      <w:r/>
    </w:p>
    <w:p>
      <w:pPr>
        <w:pStyle w:val="ListNumber"/>
        <w:spacing w:line="240" w:lineRule="auto"/>
        <w:ind w:left="720"/>
      </w:pPr>
      <w:r/>
      <w:hyperlink r:id="rId11">
        <w:r>
          <w:rPr>
            <w:color w:val="0000EE"/>
            <w:u w:val="single"/>
          </w:rPr>
          <w:t>https://www.sfarts.org/event/-dolly-a-pride-show--4uFePv2ifHuygbIsHVd5E1/</w:t>
        </w:r>
      </w:hyperlink>
      <w:r>
        <w:t xml:space="preserve"> - SF/Arts highlighted 'Dolly! A Pride Show' as a joyful celebration of queer love and resilience, set to the music of Dolly Parton. The concert, presented by the San Francisco Gay Men's Chorus, was structured in two acts with an intermission, exploring themes of joy, self-expression, reflection, solidarity, and collective power. The event was held on June 13, 2026, at the Curran Theatre in San Francisco.</w:t>
      </w:r>
      <w:r/>
    </w:p>
    <w:p>
      <w:pPr>
        <w:pStyle w:val="ListNumber"/>
        <w:spacing w:line="240" w:lineRule="auto"/>
        <w:ind w:left="720"/>
      </w:pPr>
      <w:r/>
      <w:hyperlink r:id="rId13">
        <w:r>
          <w:rPr>
            <w:color w:val="0000EE"/>
            <w:u w:val="single"/>
          </w:rPr>
          <w:t>https://www.sfstation.com/lgbtq/calendar/mission/san-francisco/06-13-2026</w:t>
        </w:r>
      </w:hyperlink>
      <w:r>
        <w:t xml:space="preserve"> - SF Station listed 'Dolly! A Pride Show' as a featured LGBTQ+ event on June 13, 2026. The performance, presented by the San Francisco Gay Men's Chorus, took place at the Curran Theatre in San Francisco, with shows at 1:00 PM and 7:30 PM. The event was part of the city's Pride Month celebrations, highlighting the chorus's commitment to LGBTQ+ cultural advocacy through music.</w:t>
      </w:r>
      <w:r/>
    </w:p>
    <w:p>
      <w:pPr>
        <w:pStyle w:val="ListNumber"/>
        <w:spacing w:line="240" w:lineRule="auto"/>
        <w:ind w:left="720"/>
      </w:pPr>
      <w:r/>
      <w:hyperlink r:id="rId12">
        <w:r>
          <w:rPr>
            <w:color w:val="0000EE"/>
            <w:u w:val="single"/>
          </w:rPr>
          <w:t>https://www.sfgmc.org/press-releases-1/3m48p55pc569r6ex56g9whm2rye6ww</w:t>
        </w:r>
      </w:hyperlink>
      <w:r>
        <w:t xml:space="preserve"> - The San Francisco Gay Men's Chorus announced in May 2026 that 'Dolly! A Pride Show' would be presented on June 6 and June 13, 2026. The performances were part of the chorus's 48th season finale, celebrating community and LGBTQ+ pride through live music. The concerts featured choral arrangements of Dolly Parton's greatest hits and were conducted by Jacob Stensberg.</w:t>
      </w:r>
      <w:r/>
    </w:p>
    <w:p>
      <w:pPr>
        <w:pStyle w:val="ListNumber"/>
        <w:spacing w:line="240" w:lineRule="auto"/>
        <w:ind w:left="720"/>
      </w:pPr>
      <w:r/>
      <w:hyperlink r:id="rId10">
        <w:r>
          <w:rPr>
            <w:color w:val="0000EE"/>
            <w:u w:val="single"/>
          </w:rPr>
          <w:t>https://www.sfgmc.org/parton-pride</w:t>
        </w:r>
      </w:hyperlink>
      <w:r>
        <w:t xml:space="preserve"> - The San Francisco Gay Men's Chorus's 'Dolly! A Pride Show' was a joyful tribute to Dolly Parton's music and spirit. The concert, held on June 13, 2026, at the Curran Theatre in San Francisco, featured choral arrangements of her greatest hits, blending glitz, rhinestones, and powerful vocals. The event also included a 'Dolly look-alike contest' and was conducted by Jacob Stensberg.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dolly-a-pride-show-presented-by-the-san-francisco-gay-mens-chorus/?utm_source=rss&amp;utm_medium=rss&amp;utm_campaign=dolly-a-pride-show-presented-by-the-san-francisco-gay-mens-chorus" TargetMode="External"/><Relationship Id="rId10" Type="http://schemas.openxmlformats.org/officeDocument/2006/relationships/hyperlink" Target="https://www.sfgmc.org/parton-pride" TargetMode="External"/><Relationship Id="rId11" Type="http://schemas.openxmlformats.org/officeDocument/2006/relationships/hyperlink" Target="https://www.sfarts.org/event/-dolly-a-pride-show--4uFePv2ifHuygbIsHVd5E1/" TargetMode="External"/><Relationship Id="rId12" Type="http://schemas.openxmlformats.org/officeDocument/2006/relationships/hyperlink" Target="https://www.sfgmc.org/press-releases-1/3m48p55pc569r6ex56g9whm2rye6ww" TargetMode="External"/><Relationship Id="rId13" Type="http://schemas.openxmlformats.org/officeDocument/2006/relationships/hyperlink" Target="https://www.sfstation.com/lgbtq/calendar/mission/san-francisco/06-13-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