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Month Books by Zodiac Sign: A Queer Read for Every Star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readers are turning to queer stories this Pride Month, matching zodiac personalities with books that hit the sweet spot, romance, humour, mystery, or heartache, so you can pick a read that feels like it was written for your sign and why it matters right now.</w:t>
      </w:r>
      <w:r/>
    </w:p>
    <w:p>
      <w:r/>
      <w:r>
        <w:t>Essential Takeaways</w:t>
      </w:r>
      <w:r/>
      <w:r/>
    </w:p>
    <w:p>
      <w:pPr>
        <w:pStyle w:val="ListBullet"/>
        <w:spacing w:line="240" w:lineRule="auto"/>
        <w:ind w:left="720"/>
      </w:pPr>
      <w:r/>
      <w:r>
        <w:rPr>
          <w:b/>
        </w:rPr>
        <w:t>Aries pick:</w:t>
      </w:r>
      <w:r>
        <w:t xml:space="preserve"> I Kissed Shara Wheeler , a fast, mystery-tinged YA romp with daring energy and small-town suspense.</w:t>
      </w:r>
      <w:r/>
    </w:p>
    <w:p>
      <w:pPr>
        <w:pStyle w:val="ListBullet"/>
        <w:spacing w:line="240" w:lineRule="auto"/>
        <w:ind w:left="720"/>
      </w:pPr>
      <w:r/>
      <w:r>
        <w:rPr>
          <w:b/>
        </w:rPr>
        <w:t>Taurus pick:</w:t>
      </w:r>
      <w:r>
        <w:t xml:space="preserve"> The Lesbiana’s Guide to Catholic School , grounded, witty, and emotionally textured, great if you like character-driven tension.</w:t>
      </w:r>
      <w:r/>
    </w:p>
    <w:p>
      <w:pPr>
        <w:pStyle w:val="ListBullet"/>
        <w:spacing w:line="240" w:lineRule="auto"/>
        <w:ind w:left="720"/>
      </w:pPr>
      <w:r/>
      <w:r>
        <w:rPr>
          <w:b/>
        </w:rPr>
        <w:t>Cancer pick:</w:t>
      </w:r>
      <w:r>
        <w:t xml:space="preserve"> Cemetery Boys , a tender, ghostly YA with cultural roots and an earnest, protective heart.</w:t>
      </w:r>
      <w:r/>
    </w:p>
    <w:p>
      <w:pPr>
        <w:pStyle w:val="ListBullet"/>
        <w:spacing w:line="240" w:lineRule="auto"/>
        <w:ind w:left="720"/>
      </w:pPr>
      <w:r/>
      <w:r>
        <w:rPr>
          <w:b/>
        </w:rPr>
        <w:t>Leo pick:</w:t>
      </w:r>
      <w:r>
        <w:t xml:space="preserve"> Under the Whispering Door , cosy, warm and quietly moving, perfect if you want a comforting, reflective read.</w:t>
      </w:r>
      <w:r/>
    </w:p>
    <w:p>
      <w:pPr>
        <w:pStyle w:val="ListBullet"/>
        <w:spacing w:line="240" w:lineRule="auto"/>
        <w:ind w:left="720"/>
      </w:pPr>
      <w:r/>
      <w:r>
        <w:rPr>
          <w:b/>
        </w:rPr>
        <w:t>Gemini through Pisces:</w:t>
      </w:r>
      <w:r>
        <w:t xml:space="preserve"> From lustrous Hollywood biographies to gentle bookstore romances, the list balances humour, heat, and healing for every sign.</w:t>
      </w:r>
      <w:r/>
      <w:r/>
    </w:p>
    <w:p>
      <w:pPr>
        <w:pStyle w:val="Heading2"/>
      </w:pPr>
      <w:r>
        <w:t>Why matching books to zodiac actually works (for mood, at least)</w:t>
      </w:r>
      <w:r/>
    </w:p>
    <w:p>
      <w:r/>
      <w:r>
        <w:t>People often pick reading mood over genre, and astrology gives you an easy shortcut when you’re indecisive, with a sensory clue, pace, tone or emotional warmth, to guide the choice. According to the roundup that inspired this list, each sign maps to a queer or queer-adjacent novel whose vibe mirrors typical star-sign traits. So if you’re craving something bold, cosy, or bittersweet, let your sign nudge you toward the right bookshelf corner.</w:t>
      </w:r>
      <w:r/>
    </w:p>
    <w:p>
      <w:pPr>
        <w:pStyle w:val="Heading2"/>
      </w:pPr>
      <w:r>
        <w:t>Aries: chase the mystery that keeps you awake</w:t>
      </w:r>
      <w:r/>
    </w:p>
    <w:p>
      <w:r/>
      <w:r>
        <w:t>I Kissed Shara Wheeler fits Aries’ restless energy: it’s loud, fast, and propelled by a hunt, literal and emotional. Think small-town secrets, prom-queen intrigue, and a protagonist who won’t be denied; the book keeps the pulse up with parties, break-ins, and cryptic notes. If you’re an Aries who prefers plot to slow-burn introspection, this one scratches that itch and smells faintly of adrenaline. Tip: read it in a single sitting on a rainy afternoon and enjoy the satisfying scramble to the finish.</w:t>
      </w:r>
      <w:r/>
    </w:p>
    <w:p>
      <w:pPr>
        <w:pStyle w:val="Heading2"/>
      </w:pPr>
      <w:r>
        <w:t>Taurus: steady, tactile stories that linger</w:t>
      </w:r>
      <w:r/>
    </w:p>
    <w:p>
      <w:r/>
      <w:r>
        <w:t>The Lesbiana’s Guide to Catholic School answers Taurus’ love of texture and authenticity with a voice that’s at once funny and heartbreaking. It centres on family, cultural pressure, and the slow, risky work of letting yourself be seen, elements Tauruses tend to appreciate. You’ll notice the vivid sensory details and emotional realism; it’s the kind of book you’ll savour over tea. Practical pick: choose a paperback and a comfy blanket, this one rewards lingering.</w:t>
      </w:r>
      <w:r/>
    </w:p>
    <w:p>
      <w:pPr>
        <w:pStyle w:val="Heading2"/>
      </w:pPr>
      <w:r>
        <w:t>Gemini to Leo: glamour, grief, and gentle hauntings</w:t>
      </w:r>
      <w:r/>
    </w:p>
    <w:p>
      <w:r/>
      <w:r>
        <w:t>Gemini’s choice, The Seven Husbands of Evelyn Hugo, is gossip-rich and twisty, perfect for social minds who love a sprawling dual narrative. Cancer gets Cemetery Boys, which blends supernatural chills with tender grief and community ritual, ideal if you like reading that feels like a hug and a dare. Leo’s Under the Whispering Door is warm and whimsical, a soft, reflective story about living fully in the face of mortality. Each title hits a different emotional frequency, pick spirited drama, heartfelt hauntings, or cosy reflection depending on your mood.</w:t>
      </w:r>
      <w:r/>
    </w:p>
    <w:p>
      <w:pPr>
        <w:pStyle w:val="Heading2"/>
      </w:pPr>
      <w:r>
        <w:t>Libras to Scorpios: complicated love, reparations, and revenge</w:t>
      </w:r>
      <w:r/>
    </w:p>
    <w:p>
      <w:r/>
      <w:r>
        <w:t>Libra’s Delilah Green Doesn’t Care leans into romantic sparring and slow-burn chemistry mixed with witty observations about returning home. Scorpio’s Payback’s a Witch is built for lovers of revenge plots, tangled loyalties, and magnetic enemies-to-lovers heat. Both books deliver that delicious tension between past hurts and new possibilities, with characters who prompt you to root, rage, and swoon. Reader tip: if you enjoy emotional stakes and sharp dialogue, these two are reliable choices.</w:t>
      </w:r>
      <w:r/>
    </w:p>
    <w:p>
      <w:pPr>
        <w:pStyle w:val="Heading2"/>
      </w:pPr>
      <w:r>
        <w:t>Sagittarius to Pisces: reinventions, found family, and bookstore charm</w:t>
      </w:r>
      <w:r/>
    </w:p>
    <w:p>
      <w:r/>
      <w:r>
        <w:t>Sagittarius gets Honey Girl, a road-to-self, impulsive-marriage tale that’s breezy, poignant and funny, great for wanderers who love reinvention. Capricorn’s Never Been Kissed offers earnest romantic wish-fulfilment with a vintage, cinematic heart, handy if you crave nostalgia with a modern twist. Aquarius’ Something to Talk About serves up workplace tension and public scrutiny, while Pisces’ Read Between the Lines brings bookstore romance and slow, warm revelations. Overall, these picks favour growth, humour and gentle healing, perfect if Pride Month is about reconnecting with yourself.</w:t>
      </w:r>
      <w:r/>
    </w:p>
    <w:p>
      <w:pPr>
        <w:pStyle w:val="Heading2"/>
      </w:pPr>
      <w:r>
        <w:t>How to choose the right edition and reading plan</w:t>
      </w:r>
      <w:r/>
    </w:p>
    <w:p>
      <w:r/>
      <w:r>
        <w:t>Decide first on pace: get a Kindle or audiobook for quick consumption, paperback for lingering. Consider length and mood, heavy emotional reads are best savoured over weeks; breezy romances work in a weekend. If you’re gifting, pick signed editions or indie-bookshop copies for a tactile, personal touch. And don’t be afraid to swap based on a mood flip, the zodiac suggestion is a nudge, not a rule.</w:t>
      </w:r>
      <w:r/>
    </w:p>
    <w:p>
      <w:r/>
      <w:r>
        <w:t>It’s a small shift that can make Pride reading feel personal, let the stars point you to a queer story you’ll carry long after the last page.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2">
        <w:r>
          <w:rPr>
            <w:color w:val="0000EE"/>
            <w:u w:val="single"/>
          </w:rPr>
          <w:t>[5]</w:t>
        </w:r>
      </w:hyperlink>
      <w:r>
        <w:t xml:space="preserve">- Paragraph 3: </w:t>
      </w:r>
      <w:hyperlink r:id="rId10">
        <w:r>
          <w:rPr>
            <w:color w:val="0000EE"/>
            <w:u w:val="single"/>
          </w:rPr>
          <w:t>[2]</w:t>
        </w:r>
      </w:hyperlink>
      <w:r>
        <w:t xml:space="preserve">, </w:t>
      </w:r>
      <w:hyperlink r:id="rId13">
        <w:r>
          <w:rPr>
            <w:color w:val="0000EE"/>
            <w:u w:val="single"/>
          </w:rPr>
          <w:t>[3]</w:t>
        </w:r>
      </w:hyperlink>
      <w:r>
        <w:t xml:space="preserve">- Paragraph 4: </w:t>
      </w:r>
      <w:hyperlink r:id="rId10">
        <w:r>
          <w:rPr>
            <w:color w:val="0000EE"/>
            <w:u w:val="single"/>
          </w:rPr>
          <w:t>[2]</w:t>
        </w:r>
      </w:hyperlink>
      <w:r>
        <w:t xml:space="preserve">, </w:t>
      </w:r>
      <w:hyperlink r:id="rId14">
        <w:r>
          <w:rPr>
            <w:color w:val="0000EE"/>
            <w:u w:val="single"/>
          </w:rPr>
          <w:t>[7]</w:t>
        </w:r>
      </w:hyperlink>
      <w:r>
        <w:t xml:space="preserve">- Paragraph 5: </w:t>
      </w:r>
      <w:hyperlink r:id="rId12">
        <w:r>
          <w:rPr>
            <w:color w:val="0000EE"/>
            <w:u w:val="single"/>
          </w:rPr>
          <w:t>[5]</w:t>
        </w:r>
      </w:hyperlink>
      <w:r>
        <w:t xml:space="preserve">, </w:t>
      </w:r>
      <w:hyperlink r:id="rId15">
        <w:r>
          <w:rPr>
            <w:color w:val="0000EE"/>
            <w:u w:val="single"/>
          </w:rPr>
          <w:t>[6]</w:t>
        </w:r>
      </w:hyperlink>
      <w:r>
        <w:t xml:space="preserve">- Paragraph 6: </w:t>
      </w:r>
      <w:hyperlink r:id="rId13">
        <w:r>
          <w:rPr>
            <w:color w:val="0000EE"/>
            <w:u w:val="single"/>
          </w:rPr>
          <w:t>[3]</w:t>
        </w:r>
      </w:hyperlink>
      <w:r>
        <w:t xml:space="preserve">, </w:t>
      </w:r>
      <w:hyperlink r:id="rId11">
        <w:r>
          <w:rPr>
            <w:color w:val="0000EE"/>
            <w:u w:val="single"/>
          </w:rPr>
          <w:t>[4]</w:t>
        </w:r>
      </w:hyperlink>
      <w:r>
        <w:t xml:space="preserve">- Paragraph 7: </w:t>
      </w:r>
      <w:hyperlink r:id="rId15">
        <w:r>
          <w:rPr>
            <w:color w:val="0000EE"/>
            <w:u w:val="single"/>
          </w:rPr>
          <w:t>[6]</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https://thoughtcatalog.com/january-nelson/2026/07/the-book-each-zodiac-should-read-during-pride-month/</w:t>
        </w:r>
      </w:hyperlink>
      <w:r>
        <w:t xml:space="preserve"> - Please view link - unable to able to access data</w:t>
      </w:r>
      <w:r/>
    </w:p>
    <w:p>
      <w:pPr>
        <w:pStyle w:val="ListNumber"/>
        <w:spacing w:line="240" w:lineRule="auto"/>
        <w:ind w:left="720"/>
      </w:pPr>
      <w:r/>
      <w:hyperlink r:id="rId10">
        <w:r>
          <w:rPr>
            <w:color w:val="0000EE"/>
            <w:u w:val="single"/>
          </w:rPr>
          <w:t>https://www.supersummary.com/i-kissed-shara-wheeler/summary/</w:t>
        </w:r>
      </w:hyperlink>
      <w:r>
        <w:t xml:space="preserve"> - This SuperSummary study guide provides a detailed overview of 'I Kissed Shara Wheeler' by Casey McQuiston. The novel follows Chloe Green, a high school senior at Willowgrove Christian Academy, who is determined to uncover the mystery behind Shara Wheeler's sudden disappearance after a kiss. Chloe teams up with Shara's boyfriend, Smith, and her neighbor, Rory, to follow a series of cryptic notes left by Shara, leading them on a journey of self-discovery and unexpected alliances. The guide offers insights into the plot, themes, and character development, enhancing the reader's understanding of the story.</w:t>
      </w:r>
      <w:r/>
    </w:p>
    <w:p>
      <w:pPr>
        <w:pStyle w:val="ListNumber"/>
        <w:spacing w:line="240" w:lineRule="auto"/>
        <w:ind w:left="720"/>
      </w:pPr>
      <w:r/>
      <w:hyperlink r:id="rId13">
        <w:r>
          <w:rPr>
            <w:color w:val="0000EE"/>
            <w:u w:val="single"/>
          </w:rPr>
          <w:t>https://www.caseymcquiston.com/i-kissed-shara-wheeler</w:t>
        </w:r>
      </w:hyperlink>
      <w:r>
        <w:t xml:space="preserve"> - On the official website of Casey McQuiston, the author introduces 'I Kissed Shara Wheeler,' a young adult novel set in a conservative Christian high school. The story centers on Chloe Green, who, after moving from Southern California to Alabama, becomes entangled in a rivalry with Shara Wheeler for the valedictorian title. The narrative unfolds as Chloe embarks on a quest to find Shara, who has mysteriously vanished after a kiss, leading to a series of adventures that challenge Chloe's perceptions and beliefs.</w:t>
      </w:r>
      <w:r/>
    </w:p>
    <w:p>
      <w:pPr>
        <w:pStyle w:val="ListNumber"/>
        <w:spacing w:line="240" w:lineRule="auto"/>
        <w:ind w:left="720"/>
      </w:pPr>
      <w:r/>
      <w:hyperlink r:id="rId11">
        <w:r>
          <w:rPr>
            <w:color w:val="0000EE"/>
            <w:u w:val="single"/>
          </w:rPr>
          <w:t>https://www.harvard.com/book/9781250244451</w:t>
        </w:r>
      </w:hyperlink>
      <w:r>
        <w:t xml:space="preserve"> - Harvard Book Store presents 'I Kissed Shara Wheeler' by Casey McQuiston, a romantic comedy that delves into themes of identity, love, and self-discovery. The novel follows Chloe Green, a high school senior at Willowgrove Christian Academy, who is on the brink of achieving her goal of becoming valedictorian. However, her plans are disrupted when Shara Wheeler, the prom queen and her main rival, kisses her and disappears. Chloe, along with Shara's boyfriend Smith and neighbor Rory, embarks on a journey to uncover the truth behind Shara's disappearance, leading to unexpected friendships and revelations.</w:t>
      </w:r>
      <w:r/>
    </w:p>
    <w:p>
      <w:pPr>
        <w:pStyle w:val="ListNumber"/>
        <w:spacing w:line="240" w:lineRule="auto"/>
        <w:ind w:left="720"/>
      </w:pPr>
      <w:r/>
      <w:hyperlink r:id="rId12">
        <w:r>
          <w:rPr>
            <w:color w:val="0000EE"/>
            <w:u w:val="single"/>
          </w:rPr>
          <w:t>https://www.supersummary.com/the-lesbianas-guide-to-catholic-school/summary/</w:t>
        </w:r>
      </w:hyperlink>
      <w:r>
        <w:t xml:space="preserve"> - This SuperSummary study guide offers an in-depth analysis of 'The Lesbiana's Guide to Catholic School' by Sonora Reyes. The novel follows sixteen-year-old Yamilet Flores, a Mexican-American teenager navigating her new, predominantly white Catholic school in Phoenix, Arizona. After being outed as a lesbian, Yamilet strives to keep her sexuality hidden from her classmates and religious mother. The guide explores the themes of self-acceptance, identity, and the challenges of reconciling one's queerness with religious and cultural expectations, providing a comprehensive understanding of the novel's narrative and character dynamics.</w:t>
      </w:r>
      <w:r/>
    </w:p>
    <w:p>
      <w:pPr>
        <w:pStyle w:val="ListNumber"/>
        <w:spacing w:line="240" w:lineRule="auto"/>
        <w:ind w:left="720"/>
      </w:pPr>
      <w:r/>
      <w:hyperlink r:id="rId15">
        <w:r>
          <w:rPr>
            <w:color w:val="0000EE"/>
            <w:u w:val="single"/>
          </w:rPr>
          <w:t>https://www.sonidoreyes.com/books/the-lesbianas-guide-to-catholic-school</w:t>
        </w:r>
      </w:hyperlink>
      <w:r>
        <w:t xml:space="preserve"> - Sonora Reyes' official website features 'The Lesbiana's Guide to Catholic School,' a debut young adult novel that delves into the life of Yamilet Flores, a sixteen-year-old Mexican-American girl adjusting to her new Catholic school. The story explores Yamilet's journey of self-discovery, love, and the complexities of being a queer teenager in a conservative environment. The website provides insights into the book's themes, character development, and the author's inspiration, offering readers a glimpse into the narrative that addresses issues of identity, acceptance, and cultural heritage.</w:t>
      </w:r>
      <w:r/>
    </w:p>
    <w:p>
      <w:pPr>
        <w:pStyle w:val="ListNumber"/>
        <w:spacing w:line="240" w:lineRule="auto"/>
        <w:ind w:left="720"/>
      </w:pPr>
      <w:r/>
      <w:hyperlink r:id="rId14">
        <w:r>
          <w:rPr>
            <w:color w:val="0000EE"/>
            <w:u w:val="single"/>
          </w:rPr>
          <w:t>https://www.slj.com/review/i-kissed-shara-wheeler</w:t>
        </w:r>
      </w:hyperlink>
      <w:r>
        <w:t xml:space="preserve"> - The School Library Journal review of 'I Kissed Shara Wheeler' by Casey McQuiston highlights the novel's exploration of identity, love, and self-discovery. The story follows Chloe Green, a high school senior at Willowgrove Christian Academy, who embarks on a quest to find Shara Wheeler, her rival for valedictorian, after Shara mysteriously disappears following a kiss. The review praises the book for its well-rounded and relatable characters, particularly Chloe, and its ability to address themes of bigotry and hypocrisy with humor and depth, making it a valuable addition to public and school libraries.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thoughtcatalog.com/january-nelson/2026/07/the-book-each-zodiac-should-read-during-pride-month/" TargetMode="External"/><Relationship Id="rId10" Type="http://schemas.openxmlformats.org/officeDocument/2006/relationships/hyperlink" Target="https://www.supersummary.com/i-kissed-shara-wheeler/summary/" TargetMode="External"/><Relationship Id="rId11" Type="http://schemas.openxmlformats.org/officeDocument/2006/relationships/hyperlink" Target="https://www.harvard.com/book/9781250244451" TargetMode="External"/><Relationship Id="rId12" Type="http://schemas.openxmlformats.org/officeDocument/2006/relationships/hyperlink" Target="https://www.supersummary.com/the-lesbianas-guide-to-catholic-school/summary/" TargetMode="External"/><Relationship Id="rId13" Type="http://schemas.openxmlformats.org/officeDocument/2006/relationships/hyperlink" Target="https://www.caseymcquiston.com/i-kissed-shara-wheeler" TargetMode="External"/><Relationship Id="rId14" Type="http://schemas.openxmlformats.org/officeDocument/2006/relationships/hyperlink" Target="https://www.slj.com/review/i-kissed-shara-wheeler" TargetMode="External"/><Relationship Id="rId15" Type="http://schemas.openxmlformats.org/officeDocument/2006/relationships/hyperlink" Target="https://www.sonidoreyes.com/books/the-lesbianas-guide-to-catholic-schoo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