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and What Bratislava’s 2023 Parade Tells Us About Social Climate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Pride in Bratislava looked more like a community day than a hard-line protest , writers and attendees say that matters because it signals shifts in the wider social climate and warns when consensus might be masking rising tensions.</w:t>
      </w:r>
      <w:r/>
    </w:p>
    <w:p>
      <w:r/>
      <w:r>
        <w:t>Essential Takeaways</w:t>
      </w:r>
      <w:r/>
      <w:r/>
    </w:p>
    <w:p>
      <w:pPr>
        <w:pStyle w:val="ListBullet"/>
        <w:spacing w:line="240" w:lineRule="auto"/>
        <w:ind w:left="720"/>
      </w:pPr>
      <w:r/>
      <w:r>
        <w:rPr>
          <w:b/>
        </w:rPr>
        <w:t>Visible calm:</w:t>
      </w:r>
      <w:r>
        <w:t xml:space="preserve"> Bratislava’s 2023 Pride on Námestie slobody had a largely civil, everyday feel, with many participants dressed in regular clothes rather than protest gear.</w:t>
      </w:r>
      <w:r/>
    </w:p>
    <w:p>
      <w:pPr>
        <w:pStyle w:val="ListBullet"/>
        <w:spacing w:line="240" w:lineRule="auto"/>
        <w:ind w:left="720"/>
      </w:pPr>
      <w:r/>
      <w:r>
        <w:rPr>
          <w:b/>
        </w:rPr>
        <w:t>Consensus vs warning:</w:t>
      </w:r>
      <w:r>
        <w:t xml:space="preserve"> Organisers aiming for consensus may make Pride feel inclusive, but writers warn this can also obscure growing hostility in public life.</w:t>
      </w:r>
      <w:r/>
    </w:p>
    <w:p>
      <w:pPr>
        <w:pStyle w:val="ListBullet"/>
        <w:spacing w:line="240" w:lineRule="auto"/>
        <w:ind w:left="720"/>
      </w:pPr>
      <w:r/>
      <w:r>
        <w:rPr>
          <w:b/>
        </w:rPr>
        <w:t>Identity and language:</w:t>
      </w:r>
      <w:r>
        <w:t xml:space="preserve"> Authors exploring queer life link limits of language to feelings of fragmentation; naming intimacy matters.</w:t>
      </w:r>
      <w:r/>
    </w:p>
    <w:p>
      <w:pPr>
        <w:pStyle w:val="ListBullet"/>
        <w:spacing w:line="240" w:lineRule="auto"/>
        <w:ind w:left="720"/>
      </w:pPr>
      <w:r/>
      <w:r>
        <w:rPr>
          <w:b/>
        </w:rPr>
        <w:t>Cultural nuance:</w:t>
      </w:r>
      <w:r>
        <w:t xml:space="preserve"> Central European Pride events often emphasise shared experience with the majority rather than confrontation, which shapes activism and public reception.</w:t>
      </w:r>
      <w:r/>
      <w:r/>
    </w:p>
    <w:p>
      <w:pPr>
        <w:pStyle w:val="Heading2"/>
      </w:pPr>
      <w:r>
        <w:t>Why Bratislava’s Pride felt different , and what that quiet tells us</w:t>
      </w:r>
      <w:r/>
    </w:p>
    <w:p>
      <w:r/>
      <w:r>
        <w:t>Bratislava’s 2023 Pride took place on Námestie slobody and, by most accounts, felt unexpectedly calm and approachable. Reporters and attendees described a crowd in everyday clothes, a softer soundtrack than raw protest, and moments that underlined commonality with wider society. According to coverage of the event, this consensual tone appears deliberate: organisers often choose a less confrontational approach to avoid alienating potential allies and to focus on shared concerns. That strategy can broaden appeal, but writers like Vratislav Maňák suggest it should also be read as a signal , if Pride stops sounding an alarm, we may still need one.</w:t>
      </w:r>
      <w:r/>
    </w:p>
    <w:p>
      <w:pPr>
        <w:pStyle w:val="Heading2"/>
      </w:pPr>
      <w:r>
        <w:t>When consensus becomes a political choice</w:t>
      </w:r>
      <w:r/>
    </w:p>
    <w:p>
      <w:r/>
      <w:r>
        <w:t>Maňák’s reflections on the event raise a simple question: when is seeking consensus still useful, and when does it become a concession? He points out that consensus requires effort from both sides, not just from queer communities trying to appear harmless or relatable. In Central Europe, where nationalist and populist politics have been on the rise, this balancing act is especially fraught. Media reports and event pages for Pride Bratislava show organisers aiming to build bridges, but cultural commentators warn that a friendly parade doesn’t erase the need for vigilance.</w:t>
      </w:r>
      <w:r/>
    </w:p>
    <w:p>
      <w:pPr>
        <w:pStyle w:val="Heading2"/>
      </w:pPr>
      <w:r>
        <w:t>Naming bodies, naming desires , why language matters</w:t>
      </w:r>
      <w:r/>
    </w:p>
    <w:p>
      <w:r/>
      <w:r>
        <w:t>One thread in Maňák’s essays is the friction between language and embodied experience. Drawing loosely on philosophical ideas about the limits of speech, he argues that minority communities often feel the incompleteness of language more acutely. That awareness can spark creativity , queer people find fresh ways to express identity when old words don’t fit , but it also means intimacy and sexuality risk being sanitised when pushed into public debate. Book listings for titles like S Wittgensteinem v gay saune show readers are hungry for writing that names queer desire plainly, without neutralising it.</w:t>
      </w:r>
      <w:r/>
    </w:p>
    <w:p>
      <w:pPr>
        <w:pStyle w:val="Heading2"/>
      </w:pPr>
      <w:r>
        <w:t>How Pride fits into wider regional trends</w:t>
      </w:r>
      <w:r/>
    </w:p>
    <w:p>
      <w:r/>
      <w:r>
        <w:t>Across Central Europe, Pride events have been adapting. In Prague, Bratislava, and elsewhere organisers frequently emphasise cultural programming and family-friendly visibility, rather than street-level confrontation. Event listings and festival coverage from 2023 note thousands attended Bratislava’s festival-style Pride, suggesting broad public interest. Still, commentators highlight that visibility doesn’t equal safety: growing populist rhetoric can coexist with popular attendance, which is why some activists keep protest tools ready even during celebratory moments.</w:t>
      </w:r>
      <w:r/>
    </w:p>
    <w:p>
      <w:pPr>
        <w:pStyle w:val="Heading2"/>
      </w:pPr>
      <w:r>
        <w:t>Practical tips for attendees and allies</w:t>
      </w:r>
      <w:r/>
    </w:p>
    <w:p>
      <w:r/>
      <w:r>
        <w:t>If you’re thinking of going to a Pride that leans towards consensus, keep a few things in mind. Dress comfortably but be prepared for mixed reactions , a calm crowd doesn’t guarantee universal welcome. Pay attention to organisers’ messaging: are they aiming for visibility, legal reform, or cultural celebration? And if you’re an ally, remember consensus asks for mutual work; offer support beyond a one-day appearance, whether that’s donations, volunteering, or staying engaged with local advocacy groups. Local event pages and festival sites list volunteering options and programmes, so check them before you go.</w:t>
      </w:r>
      <w:r/>
    </w:p>
    <w:p>
      <w:r/>
      <w:r>
        <w:t>It’s a small difference in tone that can mean a lot , watch, listen and stay involved.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1">
        <w:r>
          <w:rPr>
            <w:color w:val="0000EE"/>
            <w:u w:val="single"/>
          </w:rPr>
          <w:t>[3]</w:t>
        </w:r>
      </w:hyperlink>
      <w:r>
        <w:t xml:space="preserve">, </w:t>
      </w:r>
      <w:hyperlink r:id="rId14">
        <w:r>
          <w:rPr>
            <w:color w:val="0000EE"/>
            <w:u w:val="single"/>
          </w:rPr>
          <w:t>[7]</w:t>
        </w:r>
      </w:hyperlink>
      <w:r>
        <w:t xml:space="preserve">- Paragraph 5: </w:t>
      </w:r>
      <w:hyperlink r:id="rId11">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https://dennikn.sk/5458113/pride-nemusi-byt-nutne-protest-ale-mal-by-varovat-ze-spolocenska-klima-sa-zhorsuje-hovori-spisovatel-manak/</w:t>
        </w:r>
      </w:hyperlink>
      <w:r>
        <w:t xml:space="preserve"> - Please view link - unable to able to access data</w:t>
      </w:r>
      <w:r/>
    </w:p>
    <w:p>
      <w:pPr>
        <w:pStyle w:val="ListNumber"/>
        <w:spacing w:line="240" w:lineRule="auto"/>
        <w:ind w:left="720"/>
      </w:pPr>
      <w:r/>
      <w:hyperlink r:id="rId9">
        <w:r>
          <w:rPr>
            <w:color w:val="0000EE"/>
            <w:u w:val="single"/>
          </w:rPr>
          <w:t>https://dennikn.sk/5458113/pride-nemusi-byt-nutne-protest-ale-mal-by-varovat-ze-spolocenska-klima-sa-zhorsuje-hovori-spisovatel-manak/</w:t>
        </w:r>
      </w:hyperlink>
      <w:r>
        <w:t xml:space="preserve"> - In an interview with Denník N, Czech author Vratislav Maňák discusses his experiences at the 2023 Bratislava Pride, highlighting the predominantly civilian attire of participants and the event's focus on commonalities with the majority. He reflects on the evolution of Pride events and the importance of consensus-driven activism in the current socio-political climate. Maňák also delves into themes of identity, masculinity, and the challenges of articulating queer experiences, referencing Ludwig Wittgenstein's philosophy to underscore the complexities of language and self-expression within the LGBTQ+ community.</w:t>
      </w:r>
      <w:r/>
    </w:p>
    <w:p>
      <w:pPr>
        <w:pStyle w:val="ListNumber"/>
        <w:spacing w:line="240" w:lineRule="auto"/>
        <w:ind w:left="720"/>
      </w:pPr>
      <w:r/>
      <w:hyperlink r:id="rId11">
        <w:r>
          <w:rPr>
            <w:color w:val="0000EE"/>
            <w:u w:val="single"/>
          </w:rPr>
          <w:t>https://queerslovakia.sk/events/duhovy-pride-bratislava-2023/</w:t>
        </w:r>
      </w:hyperlink>
      <w:r>
        <w:t xml:space="preserve"> - The Dúhový PRIDE Bratislava 2023 was held on July 22, 2023, at Námestie Slobody in Bratislava. The event aimed to celebrate and support the LGBTQ+ community, featuring a variety of activities and performances. The organisers emphasised the importance of creating an inclusive environment where everyone could express their identity and experiences. The festival included concerts by Slovak bands and speeches from prominent figures advocating for equality and human rights.</w:t>
      </w:r>
      <w:r/>
    </w:p>
    <w:p>
      <w:pPr>
        <w:pStyle w:val="ListNumber"/>
        <w:spacing w:line="240" w:lineRule="auto"/>
        <w:ind w:left="720"/>
      </w:pPr>
      <w:r/>
      <w:hyperlink r:id="rId10">
        <w:r>
          <w:rPr>
            <w:color w:val="0000EE"/>
            <w:u w:val="single"/>
          </w:rPr>
          <w:t>https://emefka.sk/takto-to-vyzeralo-na-bratislavskom-pride-festivale-na-namestie-slobody-sa-dostavili-tisicky-slovakov/</w:t>
        </w:r>
      </w:hyperlink>
      <w:r>
        <w:t xml:space="preserve"> - The article provides a visual account of the Dúhový PRIDE Bratislava 2023 festival, which took place on July 22, 2023, at Námestie Slobody. It describes the vibrant atmosphere, with thousands of Slovaks of various ages and backgrounds attending the event. The festival featured music, performances, and a sense of community, highlighting the growing acceptance and support for the LGBTQ+ community in Slovakia.</w:t>
      </w:r>
      <w:r/>
    </w:p>
    <w:p>
      <w:pPr>
        <w:pStyle w:val="ListNumber"/>
        <w:spacing w:line="240" w:lineRule="auto"/>
        <w:ind w:left="720"/>
      </w:pPr>
      <w:r/>
      <w:hyperlink r:id="rId13">
        <w:r>
          <w:rPr>
            <w:color w:val="0000EE"/>
            <w:u w:val="single"/>
          </w:rPr>
          <w:t>https://www.kosmas.cz/knihy/566136/s-wittgensteinem-v-gay-saune/</w:t>
        </w:r>
      </w:hyperlink>
      <w:r>
        <w:t xml:space="preserve"> - S Wittgensteinem v gay sauně is a book by Vratislav Maňák, published by Host in 2026. The book comprises journalistic essays exploring male homosexuality in contemporary Central Europe, delving into its sexual roots and examining themes typically associated with gay life. Maňák aims to present these topics in a way that resonates with both the LGBTQ+ community and the majority society, challenging conventional narratives and encouraging broader understanding.</w:t>
      </w:r>
      <w:r/>
    </w:p>
    <w:p>
      <w:pPr>
        <w:pStyle w:val="ListNumber"/>
        <w:spacing w:line="240" w:lineRule="auto"/>
        <w:ind w:left="720"/>
      </w:pPr>
      <w:r/>
      <w:hyperlink r:id="rId12">
        <w:r>
          <w:rPr>
            <w:color w:val="0000EE"/>
            <w:u w:val="single"/>
          </w:rPr>
          <w:t>https://dennikn.sk/minuta/3486245/</w:t>
        </w:r>
      </w:hyperlink>
      <w:r>
        <w:t xml:space="preserve"> - This article provides logistical details for the Dúhový PRIDE Bratislava 2023, scheduled for July 22, 2023, at Námestie Slobody. It outlines the event's security measures, including four controlled entrances and restrictions on bringing personal beverages, with glass bottles being completely prohibited. The programme is set to begin at 12:00 and continue until at least 21:00, featuring various zones such as NGO, gastro, and children's areas to ensure a comprehensive and inclusive experience for all attendees.</w:t>
      </w:r>
      <w:r/>
    </w:p>
    <w:p>
      <w:pPr>
        <w:pStyle w:val="ListNumber"/>
        <w:spacing w:line="240" w:lineRule="auto"/>
        <w:ind w:left="720"/>
      </w:pPr>
      <w:r/>
      <w:hyperlink r:id="rId14">
        <w:r>
          <w:rPr>
            <w:color w:val="0000EE"/>
            <w:u w:val="single"/>
          </w:rPr>
          <w:t>https://www.teraz.sk/slovensko/duhovy-pride-zacne-sa-na-poludnie-na/894022-clanok.html</w:t>
        </w:r>
      </w:hyperlink>
      <w:r>
        <w:t xml:space="preserve"> - The article announces the Dúhový PRIDE Bratislava 2023, set to take place on July 22, 2023, at Námestie Slobody. The event aims to highlight the contributions of the LGBTQ+ community to society, with the theme 'Culture of Freedom'. The programme starts at noon and runs until 21:00, featuring performances by artists representing various regions, ethnicities, identities, and age groups. The organisers emphasise the importance of an open and inclusive culture that embraces diversity and freedom.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ennikn.sk/5458113/pride-nemusi-byt-nutne-protest-ale-mal-by-varovat-ze-spolocenska-klima-sa-zhorsuje-hovori-spisovatel-manak/" TargetMode="External"/><Relationship Id="rId10" Type="http://schemas.openxmlformats.org/officeDocument/2006/relationships/hyperlink" Target="https://emefka.sk/takto-to-vyzeralo-na-bratislavskom-pride-festivale-na-namestie-slobody-sa-dostavili-tisicky-slovakov/" TargetMode="External"/><Relationship Id="rId11" Type="http://schemas.openxmlformats.org/officeDocument/2006/relationships/hyperlink" Target="https://queerslovakia.sk/events/duhovy-pride-bratislava-2023/" TargetMode="External"/><Relationship Id="rId12" Type="http://schemas.openxmlformats.org/officeDocument/2006/relationships/hyperlink" Target="https://dennikn.sk/minuta/3486245/" TargetMode="External"/><Relationship Id="rId13" Type="http://schemas.openxmlformats.org/officeDocument/2006/relationships/hyperlink" Target="https://www.kosmas.cz/knihy/566136/s-wittgensteinem-v-gay-saune/" TargetMode="External"/><Relationship Id="rId14" Type="http://schemas.openxmlformats.org/officeDocument/2006/relationships/hyperlink" Target="https://www.teraz.sk/slovensko/duhovy-pride-zacne-sa-na-poludnie-na/894022-clanok.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