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Masses in Omaha: Why Trinity Episcopal's Service Feels Like Home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alongside worshippers at Trinity Episcopal Cathedral, where the annual Pride Mass during Heartland Pride Week honours LGBTQ+ inclusion, warmth and music , and reminds the community that everyone is welcome in the life of the church.</w:t>
      </w:r>
      <w:r/>
      <w:r/>
    </w:p>
    <w:p>
      <w:pPr>
        <w:pStyle w:val="ListBullet"/>
        <w:spacing w:line="240" w:lineRule="auto"/>
        <w:ind w:left="720"/>
      </w:pPr>
      <w:r/>
      <w:r>
        <w:rPr>
          <w:b/>
        </w:rPr>
        <w:t>Community-focused:</w:t>
      </w:r>
      <w:r>
        <w:t xml:space="preserve"> Trinity Episcopal Cathedral has hosted this Pride Mass for several years, creating a familiar, welcoming tradition. </w:t>
      </w:r>
      <w:r/>
    </w:p>
    <w:p>
      <w:pPr>
        <w:pStyle w:val="ListBullet"/>
        <w:spacing w:line="240" w:lineRule="auto"/>
        <w:ind w:left="720"/>
      </w:pPr>
      <w:r/>
      <w:r>
        <w:rPr>
          <w:b/>
        </w:rPr>
        <w:t>Musical and uplifting:</w:t>
      </w:r>
      <w:r>
        <w:t xml:space="preserve"> Services feature the cathedral choir plus guest singers such as the River City Mixed Chorus, giving the Mass a lively, celebratory feel. </w:t>
      </w:r>
      <w:r/>
    </w:p>
    <w:p>
      <w:pPr>
        <w:pStyle w:val="ListBullet"/>
        <w:spacing w:line="240" w:lineRule="auto"/>
        <w:ind w:left="720"/>
      </w:pPr>
      <w:r/>
      <w:r>
        <w:rPr>
          <w:b/>
        </w:rPr>
        <w:t>Clear message:</w:t>
      </w:r>
      <w:r>
        <w:t xml:space="preserve"> Worship leaders emphasise that God’s love extends to everyone, regardless of gender expression or appearance. </w:t>
      </w:r>
      <w:r/>
    </w:p>
    <w:p>
      <w:pPr>
        <w:pStyle w:val="ListBullet"/>
        <w:spacing w:line="240" w:lineRule="auto"/>
        <w:ind w:left="720"/>
      </w:pPr>
      <w:r/>
      <w:r>
        <w:rPr>
          <w:b/>
        </w:rPr>
        <w:t>Accessible setting:</w:t>
      </w:r>
      <w:r>
        <w:t xml:space="preserve"> The cathedral’s history and leadership make it an intentional space for inclusion and outreach in Omaha. </w:t>
      </w:r>
      <w:r/>
      <w:r/>
    </w:p>
    <w:p>
      <w:pPr>
        <w:pStyle w:val="Heading2"/>
      </w:pPr>
      <w:r>
        <w:t>A service that feels like a hug , music, colour and welcome</w:t>
      </w:r>
      <w:r/>
    </w:p>
    <w:p>
      <w:r/>
      <w:r>
        <w:t>This Pride Mass lands like a warm, intentional embrace: bright voices, familiar liturgy and a congregation that wants you to know you belong. The River City Mixed Chorus joins the cathedral choir, so the music has a joyful, communal energy that softens pews and nerves alike. For many attendees, the sound of the singers is the simplest proof that this moment is meant to celebrate, not exclude.</w:t>
      </w:r>
      <w:r/>
    </w:p>
    <w:p>
      <w:r/>
      <w:r>
        <w:t>Trinity Episcopal Cathedral has shaped the event into a repeat fixture, so regulars and newcomers find a similar rhythm and message each year. According to local listings and the cathedral’s events page, organisers structure the service around inclusion, making it easy for anyone to participate or simply listen and be seen.</w:t>
      </w:r>
      <w:r/>
    </w:p>
    <w:p>
      <w:pPr>
        <w:pStyle w:val="Heading2"/>
      </w:pPr>
      <w:r>
        <w:t>Why clergy make inclusion central , words that matter</w:t>
      </w:r>
      <w:r/>
    </w:p>
    <w:p>
      <w:r/>
      <w:r>
        <w:t>Clergy at Trinity make a point of saying the obvious: God’s love is for everyone. That kind of plain-speaking matters in a religious setting where people have often felt judged or sidelined. The cathedral’s leaders frame the message in compassionate language that’s meant to reassure , not lecture , and that approach resonates.</w:t>
      </w:r>
      <w:r/>
    </w:p>
    <w:p>
      <w:r/>
      <w:r>
        <w:t>You’ll hear that sentiment not as doctrine alone but as pastoral practice. The cathedral’s about page and leadership bios show a community-focused staff, which helps explain why the Mass has become a go-to Pride event in Omaha.</w:t>
      </w:r>
      <w:r/>
    </w:p>
    <w:p>
      <w:pPr>
        <w:pStyle w:val="Heading2"/>
      </w:pPr>
      <w:r>
        <w:t>How this fits into Heartland Pride Week</w:t>
      </w:r>
      <w:r/>
    </w:p>
    <w:p>
      <w:r/>
      <w:r>
        <w:t>The Pride Mass is one part of a broader Heartland Pride Week calendar that mixes parties, panels and public events. Making worship part of Pride sends a clear signal: faith and queer identity aren’t mutually exclusive. It also gives the week a moment of reflection, where celebration meets spiritual care.</w:t>
      </w:r>
      <w:r/>
    </w:p>
    <w:p>
      <w:r/>
      <w:r>
        <w:t>For anyone planning to attend Pride events, slotting the Mass into your itinerary offers something quieter and restorative amid the high-energy festivals. The cathedral’s event listing makes it easy to find times and accessibility details so you can plan better.</w:t>
      </w:r>
      <w:r/>
    </w:p>
    <w:p>
      <w:pPr>
        <w:pStyle w:val="Heading2"/>
      </w:pPr>
      <w:r>
        <w:t>Practical tips for first-timers</w:t>
      </w:r>
      <w:r/>
    </w:p>
    <w:p>
      <w:r/>
      <w:r>
        <w:t>If you’re curious but unsure, go as you are and expect warmth. Services are usually fully public, with music and readings that invite participation but don’t require it. If you want to feel prepared, check the cathedral’s events page or Heartland Pride listings for date and time updates, and arrive a little early to get a good seat and soak in the atmosphere.</w:t>
      </w:r>
      <w:r/>
    </w:p>
    <w:p>
      <w:r/>
      <w:r>
        <w:t>Accessibility and welcome are part of the point, so if you have questions about parking, seating or quiet spaces, the cathedral’s staff pages suggest there are people ready to help.</w:t>
      </w:r>
      <w:r/>
    </w:p>
    <w:p>
      <w:pPr>
        <w:pStyle w:val="Heading2"/>
      </w:pPr>
      <w:r>
        <w:t>Why it matters beyond one Sunday</w:t>
      </w:r>
      <w:r/>
    </w:p>
    <w:p>
      <w:r/>
      <w:r>
        <w:t>A Pride Mass in a mainstream cathedral sends ripples through both the religious and queer communities , it normalises belonging while offering a public reminder that faith spaces can change. For those who’ve felt excluded, seeing a familiar building filled with affirming faces is quietly transformative.</w:t>
      </w:r>
      <w:r/>
    </w:p>
    <w:p>
      <w:r/>
      <w:r>
        <w:t>So whether you’re aiming to mark Pride with song, spirituality, or simple presence, Trinity’s service offers a thoughtful option that blends ritual, music and a clear message of inclusion.</w:t>
      </w:r>
      <w:r/>
    </w:p>
    <w:p>
      <w:r/>
      <w:r>
        <w:t>It's a small change that can make every worship experience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11">
        <w:r>
          <w:rPr>
            <w:color w:val="0000EE"/>
            <w:u w:val="single"/>
          </w:rPr>
          <w:t>[3]</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https://www.ketv.com/article/omaha-church-celebrates-lgbtq-inclusion-during-pride-mass/72260106</w:t>
        </w:r>
      </w:hyperlink>
      <w:r>
        <w:t xml:space="preserve"> - Please view link - unable to able to access data</w:t>
      </w:r>
      <w:r/>
    </w:p>
    <w:p>
      <w:pPr>
        <w:pStyle w:val="ListNumber"/>
        <w:spacing w:line="240" w:lineRule="auto"/>
        <w:ind w:left="720"/>
      </w:pPr>
      <w:r/>
      <w:hyperlink r:id="rId10">
        <w:r>
          <w:rPr>
            <w:color w:val="0000EE"/>
            <w:u w:val="single"/>
          </w:rPr>
          <w:t>https://trinityepiscopal.org/events/pridemass26</w:t>
        </w:r>
      </w:hyperlink>
      <w:r>
        <w:t xml:space="preserve"> - Trinity Episcopal Cathedral in Omaha is hosting its Fifth Annual Pride Mass on July 15, 2026, at 7 PM. The service aims to celebrate and promote the full inclusion of LGBTQ+ individuals in the church's life. It will feature performances by the Trinity Cathedral Choir and the River City Mixed Chorus. All attendees are invited to participate in communion and worship. The event is open to the LGBTQ+ community, allies, and anyone seeking an affirming space during Heartland Pride week. More details are available on the cathedral's official website.</w:t>
      </w:r>
      <w:r/>
    </w:p>
    <w:p>
      <w:pPr>
        <w:pStyle w:val="ListNumber"/>
        <w:spacing w:line="240" w:lineRule="auto"/>
        <w:ind w:left="720"/>
      </w:pPr>
      <w:r/>
      <w:hyperlink r:id="rId11">
        <w:r>
          <w:rPr>
            <w:color w:val="0000EE"/>
            <w:u w:val="single"/>
          </w:rPr>
          <w:t>https://heartlandpride.org/event/pride-mass-omaha-2026/</w:t>
        </w:r>
      </w:hyperlink>
      <w:r>
        <w:t xml:space="preserve"> - The Fifth Annual Pride Mass, organised by Trinity Episcopal Cathedral, is scheduled for July 15, 2026, from 7:00 PM to 8:00 PM at 113 North 18th Street, Omaha, Nebraska. This inclusive worship service celebrates the full inclusion of LGBTQ+ individuals in the church through prayer, music, communion, and community. The service will feature singers from the Trinity Cathedral Choir and River City Mixed Chorus. All are welcome, including LGBTQ+ community members, youth, families, allies, and those seeking an affirming space during Pride week. Further information is available on the Heartland Pride website.</w:t>
      </w:r>
      <w:r/>
    </w:p>
    <w:p>
      <w:pPr>
        <w:pStyle w:val="ListNumber"/>
        <w:spacing w:line="240" w:lineRule="auto"/>
        <w:ind w:left="720"/>
      </w:pPr>
      <w:r/>
      <w:hyperlink r:id="rId12">
        <w:r>
          <w:rPr>
            <w:color w:val="0000EE"/>
            <w:u w:val="single"/>
          </w:rPr>
          <w:t>https://trinityepiscopal.org/events/pridemass25</w:t>
        </w:r>
      </w:hyperlink>
      <w:r>
        <w:t xml:space="preserve"> - Trinity Episcopal Cathedral's Fourth Annual Pride Mass took place on July 10, 2025, at 7 PM. The service was designed to celebrate and promote the full inclusion of LGBTQ+ individuals in the church's life. It featured performances by the Trinity Cathedral Choir and the River City Mixed Chorus. The Rt. Rev. Dr. Bonnie A. Perry, the 11th bishop of the Episcopal Diocese of Michigan, was invited to preach at this service. The event was open to the LGBTQ+ community, allies, and anyone seeking an affirming space during Heartland Pride week. More details are available on the cathedral's official website.</w:t>
      </w:r>
      <w:r/>
    </w:p>
    <w:p>
      <w:pPr>
        <w:pStyle w:val="ListNumber"/>
        <w:spacing w:line="240" w:lineRule="auto"/>
        <w:ind w:left="720"/>
      </w:pPr>
      <w:r/>
      <w:hyperlink r:id="rId14">
        <w:r>
          <w:rPr>
            <w:color w:val="0000EE"/>
            <w:u w:val="single"/>
          </w:rPr>
          <w:t>https://heartlandpride.org/event/fourth-annual-pride-mass-celebrating-lgbtq-inclusion-in-the-church/</w:t>
        </w:r>
      </w:hyperlink>
      <w:r>
        <w:t xml:space="preserve"> - The Fourth Annual Pride Mass, organised by Trinity Episcopal Cathedral, was held on July 10, 2025, at 7:00 PM at 113 N. 18th Street, Omaha, Nebraska. This worship service honoured the full inclusion of LGBTQ+ individuals in the church's life. The service included sacred music from the Trinity Cathedral Choir and River City Mixed Chorus, with all attendees warmly welcomed to communion and worship. The Rt. Rev. Dr. Bonnie A. Perry, the 11th bishop of the Episcopal Diocese of Michigan, was the preacher for this service. Further information is available on the Heartland Pride website.</w:t>
      </w:r>
      <w:r/>
    </w:p>
    <w:p>
      <w:pPr>
        <w:pStyle w:val="ListNumber"/>
        <w:spacing w:line="240" w:lineRule="auto"/>
        <w:ind w:left="720"/>
      </w:pPr>
      <w:r/>
      <w:hyperlink r:id="rId13">
        <w:r>
          <w:rPr>
            <w:color w:val="0000EE"/>
            <w:u w:val="single"/>
          </w:rPr>
          <w:t>https://trinityepiscopal.org/about-trinity</w:t>
        </w:r>
      </w:hyperlink>
      <w:r>
        <w:t xml:space="preserve"> - Trinity Episcopal Cathedral in Omaha is an open and welcoming congregation that embraces everyone, regardless of ethnicity, sexual orientation, gender identity or expression, socio-economic circumstance, or religious background or beliefs. As an affirming church and a member of the Community of Welcoming Congregations, Trinity supports and embraces the LGBTQIA+ community in all its ministries and programs. The cathedral is committed to radical hospitality, ensuring that the altar is open to everyone without exceptions. More information about the cathedral's mission and values can be found on their official website.</w:t>
      </w:r>
      <w:r/>
    </w:p>
    <w:p>
      <w:pPr>
        <w:pStyle w:val="ListNumber"/>
        <w:spacing w:line="240" w:lineRule="auto"/>
        <w:ind w:left="720"/>
      </w:pPr>
      <w:r/>
      <w:hyperlink r:id="rId15">
        <w:r>
          <w:rPr>
            <w:color w:val="0000EE"/>
            <w:u w:val="single"/>
          </w:rPr>
          <w:t>https://trinityepiscopal.org/people</w:t>
        </w:r>
      </w:hyperlink>
      <w:r>
        <w:t xml:space="preserve"> - Trinity Episcopal Cathedral in Omaha is a community of people, not just a building or denomination. The congregation is committed to being a part of something larger than themselves, coming together to pray, serve, and learn. The cathedral stands with the national Episcopal Church in affirming that LGBTQ+ people have a full and equal claim to the love, acceptance, and pastoral care of the church. Trinity's Annual Pride Mass, held during Heartland Pride Week every summer, celebrates and promotes the full inclusion of LGBTQ+ people in the life of the church. More information about the cathedral's community and events can be found on their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etv.com/article/omaha-church-celebrates-lgbtq-inclusion-during-pride-mass/72260106" TargetMode="External"/><Relationship Id="rId10" Type="http://schemas.openxmlformats.org/officeDocument/2006/relationships/hyperlink" Target="https://trinityepiscopal.org/events/pridemass26" TargetMode="External"/><Relationship Id="rId11" Type="http://schemas.openxmlformats.org/officeDocument/2006/relationships/hyperlink" Target="https://heartlandpride.org/event/pride-mass-omaha-2026/" TargetMode="External"/><Relationship Id="rId12" Type="http://schemas.openxmlformats.org/officeDocument/2006/relationships/hyperlink" Target="https://trinityepiscopal.org/events/pridemass25" TargetMode="External"/><Relationship Id="rId13" Type="http://schemas.openxmlformats.org/officeDocument/2006/relationships/hyperlink" Target="https://trinityepiscopal.org/about-trinity" TargetMode="External"/><Relationship Id="rId14" Type="http://schemas.openxmlformats.org/officeDocument/2006/relationships/hyperlink" Target="https://heartlandpride.org/event/fourth-annual-pride-mass-celebrating-lgbtq-inclusion-in-the-church/" TargetMode="External"/><Relationship Id="rId15" Type="http://schemas.openxmlformats.org/officeDocument/2006/relationships/hyperlink" Target="https://trinityepiscopal.org/peo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