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Events in Mallorca: Why Orgullosament Inca 2026 Is a Must-Visit Celebration of Inclusion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Bursting into colour on Saturday 18 July, Orgullosament Inca 2026 brings music, performances and family-friendly activities to the town centre, as residents and visitors gather to celebrate diversity, boost local businesses and push for greater visibility and equality across Mallorca.</w:t>
      </w:r>
      <w:r/>
    </w:p>
    <w:p>
      <w:r/>
      <w:r>
        <w:t>Essential Takeaways</w:t>
      </w:r>
      <w:r/>
      <w:r/>
    </w:p>
    <w:p>
      <w:pPr>
        <w:pStyle w:val="ListBullet"/>
        <w:spacing w:line="240" w:lineRule="auto"/>
        <w:ind w:left="720"/>
      </w:pPr>
      <w:r/>
      <w:r>
        <w:rPr>
          <w:b/>
        </w:rPr>
        <w:t>When and where:</w:t>
      </w:r>
      <w:r>
        <w:t xml:space="preserve"> Orgullosament Inca returns on Saturday 18 July in the heart of Inca, Mallorca.</w:t>
      </w:r>
      <w:r/>
    </w:p>
    <w:p>
      <w:pPr>
        <w:pStyle w:val="ListBullet"/>
        <w:spacing w:line="240" w:lineRule="auto"/>
        <w:ind w:left="720"/>
      </w:pPr>
      <w:r/>
      <w:r>
        <w:rPr>
          <w:b/>
        </w:rPr>
        <w:t>What to expect:</w:t>
      </w:r>
      <w:r>
        <w:t xml:space="preserve"> Live music, DJs, cultural performances and street decorations creating a lively, festival feel.</w:t>
      </w:r>
      <w:r/>
    </w:p>
    <w:p>
      <w:pPr>
        <w:pStyle w:val="ListBullet"/>
        <w:spacing w:line="240" w:lineRule="auto"/>
        <w:ind w:left="720"/>
      </w:pPr>
      <w:r/>
      <w:r>
        <w:rPr>
          <w:b/>
        </w:rPr>
        <w:t>Who it’s for:</w:t>
      </w:r>
      <w:r>
        <w:t xml:space="preserve"> Designed for all ages , family-friendly activities alongside LGBTQ+ focused programming.</w:t>
      </w:r>
      <w:r/>
    </w:p>
    <w:p>
      <w:pPr>
        <w:pStyle w:val="ListBullet"/>
        <w:spacing w:line="240" w:lineRule="auto"/>
        <w:ind w:left="720"/>
      </w:pPr>
      <w:r/>
      <w:r>
        <w:rPr>
          <w:b/>
        </w:rPr>
        <w:t>Why it matters:</w:t>
      </w:r>
      <w:r>
        <w:t xml:space="preserve"> Promotes visibility, respect and inclusion, while supporting local cafés, bars and shops.</w:t>
      </w:r>
      <w:r/>
    </w:p>
    <w:p>
      <w:pPr>
        <w:pStyle w:val="ListBullet"/>
        <w:spacing w:line="240" w:lineRule="auto"/>
        <w:ind w:left="720"/>
      </w:pPr>
      <w:r/>
      <w:r>
        <w:rPr>
          <w:b/>
        </w:rPr>
        <w:t>Atmosphere:</w:t>
      </w:r>
      <w:r>
        <w:t xml:space="preserve"> Colourful, energetic and community-driven, with a welcoming, inclusive vibe.</w:t>
      </w:r>
      <w:r/>
      <w:r/>
    </w:p>
    <w:p>
      <w:pPr>
        <w:pStyle w:val="Heading2"/>
      </w:pPr>
      <w:r>
        <w:t>A colourful comeback in Inca , what the day looks like</w:t>
      </w:r>
      <w:r/>
    </w:p>
    <w:p>
      <w:r/>
      <w:r>
        <w:t>The headline detail is simple: music and colour will fill Inca’s streets from morning to night. Organisers have put together a packed programme of live bands, DJs and performances that promises to keep the tempo up and the crowd smiling. According to event listings, the focus is as much on local talent as on visiting acts, so expect performances that feel rooted in the town’s community. If you’re planning to go, wear comfortable shoes and bring a reusable water bottle , it’s a day of standing, dancing and chatting in the square.</w:t>
      </w:r>
      <w:r/>
    </w:p>
    <w:p>
      <w:pPr>
        <w:pStyle w:val="Heading2"/>
      </w:pPr>
      <w:r>
        <w:t>More than a party , a platform for visibility and rights</w:t>
      </w:r>
      <w:r/>
    </w:p>
    <w:p>
      <w:r/>
      <w:r>
        <w:t>While the scene will be festive, the point of the event runs deeper: it’s about visibility, equality and respect. The organisers emphasise the educational and social side alongside entertainment, creating space for conversations and local groups to share resources. For visitors, this means you might encounter information stalls and community stands in between the music sets , a gentle reminder that Pride traditions blend celebration with campaigning. It’s a good chance to learn, lend support or simply show up.</w:t>
      </w:r>
      <w:r/>
    </w:p>
    <w:p>
      <w:pPr>
        <w:pStyle w:val="Heading2"/>
      </w:pPr>
      <w:r>
        <w:t>Family-friendly and accessible , who feels welcome</w:t>
      </w:r>
      <w:r/>
    </w:p>
    <w:p>
      <w:r/>
      <w:r>
        <w:t>One of Orgullosament Inca’s strengths is its intergenerational approach. Activities are planned with families in mind, so parents can expect child-friendly workshops and performances while older attendees enjoy stages and talks. The town centre layout helps too; events are concentrated and easy to navigate, which matters if you’re coming with pushchairs or prefer a quieter corner. Think of it as Pride with room for everyone.</w:t>
      </w:r>
      <w:r/>
    </w:p>
    <w:p>
      <w:pPr>
        <w:pStyle w:val="Heading2"/>
      </w:pPr>
      <w:r>
        <w:t>Local lift , why businesses and the town benefit</w:t>
      </w:r>
      <w:r/>
    </w:p>
    <w:p>
      <w:r/>
      <w:r>
        <w:t>Pride isn’t only emotional , it’s practical for Inca’s economy. Local bars, cafés and shops tend to see a lift in footfall during the festival, turning the celebration into a genuine boost for small businesses. If you want to support the town, arrive early for breakfast or linger for dinner; you’ll help the local scene and get a slice of authentic Mallorcan hospitality. Organisers and listings note the event’s role in drawing visitors to parts of the island beyond Palma, which is good for spreading tourism more evenly.</w:t>
      </w:r>
      <w:r/>
    </w:p>
    <w:p>
      <w:pPr>
        <w:pStyle w:val="Heading2"/>
      </w:pPr>
      <w:r>
        <w:t>How Orgullosament Inca fits Mallorca’s Pride scene</w:t>
      </w:r>
      <w:r/>
    </w:p>
    <w:p>
      <w:r/>
      <w:r>
        <w:t>Palma still hosts the island’s largest Pride events, but smaller towns like Inca are staking out their own space with locally-led festivals that celebrate culture and community. Orgullosament Inca has carved a niche by leaning into inclusivity and neighbourhood participation, not just big-name headliners. If you’re curious about Mallorca’s broader Pride calendar, this kind of town-centred approach shows how celebrations are diversifying across the island , more access, more local stories, more reasons to stay a little longer.</w:t>
      </w:r>
      <w:r/>
    </w:p>
    <w:p>
      <w:r/>
      <w:r>
        <w:t>It’s a small change that can make every celebration feel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4">
        <w:r>
          <w:rPr>
            <w:color w:val="0000EE"/>
            <w:u w:val="single"/>
          </w:rPr>
          <w:t>[6]</w:t>
        </w:r>
      </w:hyperlink>
      <w:r>
        <w:t xml:space="preserve">- Paragraph 4: </w:t>
      </w:r>
      <w:hyperlink r:id="rId13">
        <w:r>
          <w:rPr>
            <w:color w:val="0000EE"/>
            <w:u w:val="single"/>
          </w:rPr>
          <w:t>[5]</w:t>
        </w:r>
      </w:hyperlink>
      <w:r>
        <w:t xml:space="preserve">, </w:t>
      </w:r>
      <w:hyperlink r:id="rId11">
        <w:r>
          <w:rPr>
            <w:color w:val="0000EE"/>
            <w:u w:val="single"/>
          </w:rPr>
          <w:t>[4]</w:t>
        </w:r>
      </w:hyperlink>
      <w:r>
        <w:t xml:space="preserve">- Paragraph 5: </w:t>
      </w:r>
      <w:hyperlink r:id="rId12">
        <w:r>
          <w:rPr>
            <w:color w:val="0000EE"/>
            <w:u w:val="single"/>
          </w:rPr>
          <w:t>[3]</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https://euroweeklynews.com/2026/07/16/pride-takes-over-inca-in-mallorca-with-music-colour-and-community-celebration/</w:t>
        </w:r>
      </w:hyperlink>
      <w:r>
        <w:t xml:space="preserve"> - Please view link - unable to able to access data</w:t>
      </w:r>
      <w:r/>
    </w:p>
    <w:p>
      <w:pPr>
        <w:pStyle w:val="ListNumber"/>
        <w:spacing w:line="240" w:lineRule="auto"/>
        <w:ind w:left="720"/>
      </w:pPr>
      <w:r/>
      <w:hyperlink r:id="rId10">
        <w:r>
          <w:rPr>
            <w:color w:val="0000EE"/>
            <w:u w:val="single"/>
          </w:rPr>
          <w:t>https://fiestasbaleares.com/que-hacemos/orgullosament-inca/</w:t>
        </w:r>
      </w:hyperlink>
      <w:r>
        <w:t xml:space="preserve"> - Orgullosament Inca is a prominent LGBTQ+ Pride festival in Inca, Mallorca, scheduled for Saturday, 18 July 2026. Organised by the Inca City Council, the event promotes respect, diversity, and equality through a programme that combines culture, art, and entertainment for all audiences. The Grand Parade is a highlight, filling the streets with colour, music, and citizen participation in a celebratory and visibility-focused atmosphere. The festival also includes concerts, drag shows, theatre, cinema, exhibitions, and family activities, many of which take place in iconic venues like the Museu del Calçat i de la Indústria. Over the years, Orgullosament Inca has become an essential event that unites culture, advocacy, and coexistence, making the city a benchmark for inclusion and diversity in Mallorca.</w:t>
      </w:r>
      <w:r/>
    </w:p>
    <w:p>
      <w:pPr>
        <w:pStyle w:val="ListNumber"/>
        <w:spacing w:line="240" w:lineRule="auto"/>
        <w:ind w:left="720"/>
      </w:pPr>
      <w:r/>
      <w:hyperlink r:id="rId12">
        <w:r>
          <w:rPr>
            <w:color w:val="0000EE"/>
            <w:u w:val="single"/>
          </w:rPr>
          <w:t>https://v2.artsmallorca.com/es/evento/orgullosament-inca-2026</w:t>
        </w:r>
      </w:hyperlink>
      <w:r>
        <w:t xml:space="preserve"> - Orgullosament Inca 2026 is set to take place from 11 to 18 July 2026, transforming Inca into the epicentre of Mallorca's LGBTQ+ Pride celebrations. The event spans a week, filling the streets with music, culture, advocacy activities, and a festive atmosphere that annually attracts thousands of people. More than just a celebration, Orgullosament Inca serves as a space for meeting, visibility, and inclusion, offering a programme designed for all ages and audiences. The final day, Saturday, 18 July, promises the most festive environment, with concerts and special activities. Although the complete programme will be announced soon, the event typically features concerts, performances, cultural and artistic shows, DJ sessions, family and community activities, and social gatherings. This makes Inca one of the most vibrant summer destinations in Mallorca.</w:t>
      </w:r>
      <w:r/>
    </w:p>
    <w:p>
      <w:pPr>
        <w:pStyle w:val="ListNumber"/>
        <w:spacing w:line="240" w:lineRule="auto"/>
        <w:ind w:left="720"/>
      </w:pPr>
      <w:r/>
      <w:hyperlink r:id="rId11">
        <w:r>
          <w:rPr>
            <w:color w:val="0000EE"/>
            <w:u w:val="single"/>
          </w:rPr>
          <w:t>https://thecalendarmallorca.com/es/eventos/orgullosament-inca-2026/</w:t>
        </w:r>
      </w:hyperlink>
      <w:r>
        <w:t xml:space="preserve"> - Celebrating its 10th anniversary, Orgullosament Inca 2026 is scheduled for Saturday, 18 July 2026, in Inca, Mallorca. Over the past decade, the event has become a significant space for visibility, inclusion, and celebration, bringing together residents, visitors, and allies for a day dedicated to diversity, equality, and community. This historic edition promises a dynamic programme filled with culture, entertainment, music, and activities, while continuing to uphold the values of respect, freedom, and LGBTQIA+ visibility. Whether joining to celebrate, support, or simply enjoy the atmosphere, Orgullosament Inca invites everyone to participate in one of Mallorca's most colourful and meaningful summer gatherings.</w:t>
      </w:r>
      <w:r/>
    </w:p>
    <w:p>
      <w:pPr>
        <w:pStyle w:val="ListNumber"/>
        <w:spacing w:line="240" w:lineRule="auto"/>
        <w:ind w:left="720"/>
      </w:pPr>
      <w:r/>
      <w:hyperlink r:id="rId13">
        <w:r>
          <w:rPr>
            <w:color w:val="0000EE"/>
            <w:u w:val="single"/>
          </w:rPr>
          <w:t>https://www.mallorca.com/en/events/10e-orgullosament-inca-2026-inca-2026-d93bc7</w:t>
        </w:r>
      </w:hyperlink>
      <w:r>
        <w:t xml:space="preserve"> - The 10th Orgullosament Inca 2026 is scheduled for Wednesday, 15 July 2026, in Inca, Mallorca. The event will feature an open-air cinema screening of the film 'La llamada', recommended for ages 12 and above. The festival is set to take place from 11 to 18 July 2026, with the final day, Saturday, 18 July, offering the most festive environment, including concerts and special activities. The complete programme will be announced soon, but the event typically includes concerts, performances, cultural and artistic shows, DJ sessions, family and community activities, and social gatherings. This makes Inca one of the most vibrant summer destinations in Mallorca.</w:t>
      </w:r>
      <w:r/>
    </w:p>
    <w:p>
      <w:pPr>
        <w:pStyle w:val="ListNumber"/>
        <w:spacing w:line="240" w:lineRule="auto"/>
        <w:ind w:left="720"/>
      </w:pPr>
      <w:r/>
      <w:hyperlink r:id="rId14">
        <w:r>
          <w:rPr>
            <w:color w:val="0000EE"/>
            <w:u w:val="single"/>
          </w:rPr>
          <w:t>https://www.mallorca.com/en/events/10e-orgullosament-inca-2026-inca-2026-da5f9e</w:t>
        </w:r>
      </w:hyperlink>
      <w:r>
        <w:t xml:space="preserve"> - The 10th Orgullosament Inca 2026 is scheduled for Wednesday, 15 July 2026, in Inca, Mallorca. The event will feature an open-air cinema screening of the film 'La llamada', recommended for ages 12 and above. The festival is set to take place from 11 to 18 July 2026, with the final day, Saturday, 18 July, offering the most festive environment, including concerts and special activities. The complete programme will be announced soon, but the event typically includes concerts, performances, cultural and artistic shows, DJ sessions, family and community activities, and social gatherings. This makes Inca one of the most vibrant summer destinations in Mallorca.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uroweeklynews.com/2026/07/16/pride-takes-over-inca-in-mallorca-with-music-colour-and-community-celebration/" TargetMode="External"/><Relationship Id="rId10" Type="http://schemas.openxmlformats.org/officeDocument/2006/relationships/hyperlink" Target="https://fiestasbaleares.com/que-hacemos/orgullosament-inca/" TargetMode="External"/><Relationship Id="rId11" Type="http://schemas.openxmlformats.org/officeDocument/2006/relationships/hyperlink" Target="https://thecalendarmallorca.com/es/eventos/orgullosament-inca-2026/" TargetMode="External"/><Relationship Id="rId12" Type="http://schemas.openxmlformats.org/officeDocument/2006/relationships/hyperlink" Target="https://v2.artsmallorca.com/es/evento/orgullosament-inca-2026" TargetMode="External"/><Relationship Id="rId13" Type="http://schemas.openxmlformats.org/officeDocument/2006/relationships/hyperlink" Target="https://www.mallorca.com/en/events/10e-orgullosament-inca-2026-inca-2026-d93bc7" TargetMode="External"/><Relationship Id="rId14" Type="http://schemas.openxmlformats.org/officeDocument/2006/relationships/hyperlink" Target="https://www.mallorca.com/en/events/10e-orgullosament-inca-2026-inca-2026-da5f9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