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Barcelona 2026 Line-up: Clean Bandit and a Feast of Pop, Drag and Dance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spectacle and music lovers are already circling calendars: Pride Barcelona 2026 has dropped a sprawling line-up led by Clean Bandit, with pop, urban beats, cabaret and drag across Plaça Universitat and Passeig Lluís Companys , and it matters because this festival mixes big names with the city’s queer scene.</w:t>
      </w:r>
      <w:r/>
    </w:p>
    <w:p>
      <w:r/>
      <w:r>
        <w:t>Essential Takeaways</w:t>
      </w:r>
      <w:r/>
      <w:r/>
    </w:p>
    <w:p>
      <w:pPr>
        <w:pStyle w:val="ListBullet"/>
        <w:spacing w:line="240" w:lineRule="auto"/>
        <w:ind w:left="720"/>
      </w:pPr>
      <w:r/>
      <w:r>
        <w:rPr>
          <w:b/>
        </w:rPr>
        <w:t>Headliner:</w:t>
      </w:r>
      <w:r>
        <w:t xml:space="preserve"> Clean Bandit tops the bill, bringing stadium-sized pop anthems and orchestral hooks. </w:t>
      </w:r>
      <w:r/>
    </w:p>
    <w:p>
      <w:pPr>
        <w:pStyle w:val="ListBullet"/>
        <w:spacing w:line="240" w:lineRule="auto"/>
        <w:ind w:left="720"/>
      </w:pPr>
      <w:r/>
      <w:r>
        <w:rPr>
          <w:b/>
        </w:rPr>
        <w:t>Big domestic names:</w:t>
      </w:r>
      <w:r>
        <w:t xml:space="preserve"> Kate Ryan, Zahara, Julieta, María Peláe and Leire Martínez join the roster, offering a mix of dance, singer-songwriter flair and mainstream pop. </w:t>
      </w:r>
      <w:r/>
    </w:p>
    <w:p>
      <w:pPr>
        <w:pStyle w:val="ListBullet"/>
        <w:spacing w:line="240" w:lineRule="auto"/>
        <w:ind w:left="720"/>
      </w:pPr>
      <w:r/>
      <w:r>
        <w:rPr>
          <w:b/>
        </w:rPr>
        <w:t>Drag and cabaret presence:</w:t>
      </w:r>
      <w:r>
        <w:t xml:space="preserve"> A strong programme of drag, cabaret and DJs , from Pupi Poisson to DJ Ashtattz , keeps the nights theatrical and lively. </w:t>
      </w:r>
      <w:r/>
    </w:p>
    <w:p>
      <w:pPr>
        <w:pStyle w:val="ListBullet"/>
        <w:spacing w:line="240" w:lineRule="auto"/>
        <w:ind w:left="720"/>
      </w:pPr>
      <w:r/>
      <w:r>
        <w:rPr>
          <w:b/>
        </w:rPr>
        <w:t>Two hubs:</w:t>
      </w:r>
      <w:r>
        <w:t xml:space="preserve"> Concerts return to Plaça Universitat and Passeig Lluís Companys (Arc de Triomf), with the march linking both under “Totes les realitats, un sol orgull.” </w:t>
      </w:r>
      <w:r/>
    </w:p>
    <w:p>
      <w:pPr>
        <w:pStyle w:val="ListBullet"/>
        <w:spacing w:line="240" w:lineRule="auto"/>
        <w:ind w:left="720"/>
      </w:pPr>
      <w:r/>
      <w:r>
        <w:rPr>
          <w:b/>
        </w:rPr>
        <w:t>When to go:</w:t>
      </w:r>
      <w:r>
        <w:t xml:space="preserve"> Social and cultural events run 27 June–16 July, with the main festival and concerts concentrated 16–19 July; the march is on 18 July.</w:t>
      </w:r>
      <w:r/>
      <w:r/>
    </w:p>
    <w:p>
      <w:pPr>
        <w:pStyle w:val="Heading2"/>
      </w:pPr>
      <w:r>
        <w:t>Clean Bandit leads a pop-packed, emotionally big show</w:t>
      </w:r>
      <w:r/>
    </w:p>
    <w:p>
      <w:r/>
      <w:r>
        <w:t>Expect glossy production and singalong moments when Clean Bandit take the stage; their hits like “Rather Be” and “Symphony” are built for open-air festivals. According to event listings, the British group is the marquee international name, which gives the weekend immediate crossover appeal for mainstream audiences. For festival-goers that means the big, polished set you’d want on a holiday night , think strings and synths, bright lights and a crowd that knows every chorus. If you’re after a show with pop polish and instant crowd-pleasers, this is the ticket.</w:t>
      </w:r>
      <w:r/>
    </w:p>
    <w:p>
      <w:pPr>
        <w:pStyle w:val="Heading2"/>
      </w:pPr>
      <w:r>
        <w:t>A strong Spanish and LGBTQI+ roster keeps the festival rooted</w:t>
      </w:r>
      <w:r/>
    </w:p>
    <w:p>
      <w:r/>
      <w:r>
        <w:t>Organisers balanced the headline act with a long list of national and queer-scene artists so Pride feels both global and local. Names such as Zahara, Julieta, María Peláe and Leire Martínez offer everything from intimate songwriting to chart-friendly pop, while acts like Gala and Beth add nostalgic and contemporary spice. This mix means you can wander from a heartfelt acoustic moment to a high-energy electro set without leaving the festival footprint. Tip: check the schedule early and map your must-sees , stages are close but sets overlap.</w:t>
      </w:r>
      <w:r/>
    </w:p>
    <w:p>
      <w:pPr>
        <w:pStyle w:val="Heading2"/>
      </w:pPr>
      <w:r>
        <w:t>Drag, cabaret and DJs mean the nights will be theatrical</w:t>
      </w:r>
      <w:r/>
    </w:p>
    <w:p>
      <w:r/>
      <w:r>
        <w:t>Pride Barcelona isn’t just a concert series; it’s a parade of personalities and performance styles. The bill includes established drag figures and cabaret performers alongside DJs such as DJ Ashtattz and Putilatex, so expect late-night theatrical runs and club-ready DJ sets. That variety keeps the atmosphere playful and inclusive , great if you want glitter, choreography and cheeky humour alongside serious music. Practical note: arrive early for popular drag slots, they fill fast and the front rows are where the energy peaks.</w:t>
      </w:r>
      <w:r/>
    </w:p>
    <w:p>
      <w:pPr>
        <w:pStyle w:val="Heading2"/>
      </w:pPr>
      <w:r>
        <w:t>Two stages, one march , how the logistics work</w:t>
      </w:r>
      <w:r/>
    </w:p>
    <w:p>
      <w:r/>
      <w:r>
        <w:t>Concerts return to both Plaça Universitat and Passeig Lluís Companys (Arc de Triomf), and the traditional march will travel between them under the banner “Totes les realitats, un sol orgull.” The festival’s multi-stage layout makes it easy to stroll between shows, but also means crowds move en masse during headline sets and the parade day on 18 July. If accessibility or quieter spots matter to you, scout the route beforehand and look for programme slots that overlap less with the march. City services and schedules from Pride organisers give the full rundown of spaces and timings.</w:t>
      </w:r>
      <w:r/>
    </w:p>
    <w:p>
      <w:pPr>
        <w:pStyle w:val="Heading2"/>
      </w:pPr>
      <w:r>
        <w:t>When to plan , the summer programme and what to expect</w:t>
      </w:r>
      <w:r/>
    </w:p>
    <w:p>
      <w:r/>
      <w:r>
        <w:t>Pride Barcelona stages a long build-up: social and cultural activities run from 27 June to 16 July, with the official opening speech on 16 July and the core concerts from 16–19 July. That timeline gives locals and visitors a chance to catch exhibitions, talks and community events before the party starts. For visitors, booking accommodation early is sensible; July dates attract both festivalgoers and holidaymakers. And if you want a quieter experience, aim for early-evening shows or weekday slots within the festival window.</w:t>
      </w:r>
      <w:r/>
    </w:p>
    <w:p>
      <w:r/>
      <w:r>
        <w:t>It’s a festival blueprint that blends mainstream pop energy with the joy and theatricality of the queer scene , pick your highlights and enjoy the parade.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[5]</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11">
        <w:r>
          <w:rPr>
            <w:color w:val="0000EE"/>
            <w:u w:val="single"/>
          </w:rPr>
          <w:t>[5]</w:t>
        </w:r>
      </w:hyperlink>
      <w:r>
        <w:t xml:space="preserve">, </w:t>
      </w:r>
      <w:hyperlink r:id="rId13">
        <w:r>
          <w:rPr>
            <w:color w:val="0000EE"/>
            <w:u w:val="single"/>
          </w:rPr>
          <w:t>[6]</w:t>
        </w:r>
      </w:hyperlink>
      <w:r>
        <w:t xml:space="preserve">- Paragraph 4: </w:t>
      </w:r>
      <w:hyperlink r:id="rId14">
        <w:r>
          <w:rPr>
            <w:color w:val="0000EE"/>
            <w:u w:val="single"/>
          </w:rPr>
          <w:t>[2]</w:t>
        </w:r>
      </w:hyperlink>
      <w:r>
        <w:t xml:space="preserve">, </w:t>
      </w:r>
      <w:hyperlink r:id="rId10">
        <w:r>
          <w:rPr>
            <w:color w:val="0000EE"/>
            <w:u w:val="single"/>
          </w:rPr>
          <w:t>[3]</w:t>
        </w:r>
      </w:hyperlink>
      <w:r>
        <w:t xml:space="preserve">- Paragraph 5: </w:t>
      </w:r>
      <w:hyperlink r:id="rId14">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https://jenesaispop.com/2026/07/16/526161/clean-bandit-pride/</w:t>
        </w:r>
      </w:hyperlink>
      <w:r>
        <w:t xml:space="preserve"> - Please view link - unable to able to access data</w:t>
      </w:r>
      <w:r/>
    </w:p>
    <w:p>
      <w:pPr>
        <w:pStyle w:val="ListNumber"/>
        <w:spacing w:line="240" w:lineRule="auto"/>
        <w:ind w:left="720"/>
      </w:pPr>
      <w:r/>
      <w:hyperlink r:id="rId14">
        <w:r>
          <w:rPr>
            <w:color w:val="0000EE"/>
            <w:u w:val="single"/>
          </w:rPr>
          <w:t>https://www.pridebarcelona.org/en/pride-2026/</w:t>
        </w:r>
      </w:hyperlink>
      <w:r>
        <w:t xml:space="preserve"> - Pride Barcelona 2026 is set to be a significant event, aiming to showcase strength, unity, and commitment within the LGBTQIA+ community. Under the slogan 'All Realities, One Pride', the campaign seeks to highlight the diversity of the community and advocate for rights, dignity, and equality. The main celebrations are scheduled from July 15 to 18, 2026, at Plaça Universitat and Passeig de Lluís Companys, featuring a variety of musical performances, cultural activities, and a historic unified march on July 18.</w:t>
      </w:r>
      <w:r/>
    </w:p>
    <w:p>
      <w:pPr>
        <w:pStyle w:val="ListNumber"/>
        <w:spacing w:line="240" w:lineRule="auto"/>
        <w:ind w:left="720"/>
      </w:pPr>
      <w:r/>
      <w:hyperlink r:id="rId10">
        <w:r>
          <w:rPr>
            <w:color w:val="0000EE"/>
            <w:u w:val="single"/>
          </w:rPr>
          <w:t>https://agendaconcerts.cat/en/news/202/pride-barcelona-2026-brings-clean-bandit-kate-ryan-zahara-and-dozens-of-acts-to-the-city</w:t>
        </w:r>
      </w:hyperlink>
      <w:r>
        <w:t xml:space="preserve"> - Pride Barcelona 2026 is set to feature an extensive musical programme, bringing international pop acts, Catalan artists, emerging performers, DJs, and drag groups to two outdoor stages in the city centre. The main celebrations will take place from July 15 to 18 at Plaça Universitat and Passeig de Lluís Companys, forming the central part of a wider programme of Pride activities across Barcelona from June 27 to July 19. The opening event on July 15 will showcase Metrika, a prominent voice in Spain's alternative and urban pop scene.</w:t>
      </w:r>
      <w:r/>
    </w:p>
    <w:p>
      <w:pPr>
        <w:pStyle w:val="ListNumber"/>
        <w:spacing w:line="240" w:lineRule="auto"/>
        <w:ind w:left="720"/>
      </w:pPr>
      <w:r/>
      <w:hyperlink r:id="rId12">
        <w:r>
          <w:rPr>
            <w:color w:val="0000EE"/>
            <w:u w:val="single"/>
          </w:rPr>
          <w:t>https://www.planomato.com/es/barcelona/p/pride-barcelona-2026-conciertos</w:t>
        </w:r>
      </w:hyperlink>
      <w:r>
        <w:t xml:space="preserve"> - Pride Barcelona 2026 is set to be the largest edition to date, featuring over thirty performances that blend music, culture, advocacy, and drag shows. The main concerts will take place from July 15 to 18, 2026, at Plaça Universitat and Passeig de Lluís Companys. The lineup includes international acts like Clean Bandit, Las Ketchup, and Ouineta, as well as local artists such as Sandra Monfort, Ferrxn, María Peláe, Pupi Poisson, Las Pilardos, Vidda Priego, Markos, Pastora, and Joanna Crass.</w:t>
      </w:r>
      <w:r/>
    </w:p>
    <w:p>
      <w:pPr>
        <w:pStyle w:val="ListNumber"/>
        <w:spacing w:line="240" w:lineRule="auto"/>
        <w:ind w:left="720"/>
      </w:pPr>
      <w:r/>
      <w:hyperlink r:id="rId11">
        <w:r>
          <w:rPr>
            <w:color w:val="0000EE"/>
            <w:u w:val="single"/>
          </w:rPr>
          <w:t>https://www.timeout.es/barcelona/es/noticias/estos-son-los-conciertos-del-pride-barcelona-2026-del-16-al-18-de-julio-071026</w:t>
        </w:r>
      </w:hyperlink>
      <w:r>
        <w:t xml:space="preserve"> - Pride Barcelona 2026 is set to feature a diverse lineup of concerts from July 16 to 18, including performances by Clean Bandit, Ouineta, Kate Ryan, Pastora, and Sandra Monfort. The concerts will be held at two main stages: Plaça Universitat and Passeig de Lluís Companys. The event aims to celebrate and advocate for LGBTQIA+ rights, with a variety of musical performances, cultural activities, and a historic unified march on July 18.</w:t>
      </w:r>
      <w:r/>
    </w:p>
    <w:p>
      <w:pPr>
        <w:pStyle w:val="ListNumber"/>
        <w:spacing w:line="240" w:lineRule="auto"/>
        <w:ind w:left="720"/>
      </w:pPr>
      <w:r/>
      <w:hyperlink r:id="rId13">
        <w:r>
          <w:rPr>
            <w:color w:val="0000EE"/>
            <w:u w:val="single"/>
          </w:rPr>
          <w:t>https://www.laguiago.com/articulo/barcelona/pride-barcelona-2026-programacion-clean-bandit-julieta-zahara/20260713083018711586.amp.html</w:t>
        </w:r>
      </w:hyperlink>
      <w:r>
        <w:t xml:space="preserve"> - Pride Barcelona 2026 is set to be a significant event, aiming to showcase strength, unity, and commitment within the LGBTQIA+ community. Under the slogan 'All Realities, One Pride', the campaign seeks to highlight the diversity of the community and advocate for rights, dignity, and equality. The main celebrations are scheduled from July 15 to 18, 2026, at Plaça Universitat and Passeig de Lluís Companys, featuring a variety of musical performances, cultural activities, and a historic unified march on July 18.</w:t>
      </w:r>
      <w:r/>
    </w:p>
    <w:p>
      <w:pPr>
        <w:pStyle w:val="ListNumber"/>
        <w:spacing w:line="240" w:lineRule="auto"/>
        <w:ind w:left="720"/>
      </w:pPr>
      <w:r/>
      <w:hyperlink r:id="rId15">
        <w:r>
          <w:rPr>
            <w:color w:val="0000EE"/>
            <w:u w:val="single"/>
          </w:rPr>
          <w:t>https://www.thegayagenda.fyi/barcelona/events/clean-bandit-performance-at-pride-barcelona-2026-jul-17-2026/</w:t>
        </w:r>
      </w:hyperlink>
      <w:r>
        <w:t xml:space="preserve"> - Estrella and The Dolls are set to perform at Pride Barcelona 2026 on July 17, 2026, from 12:00 AM to 2:00 AM at Passeig de Lluís Companys. The performance will blend pop-rock, neopunk, and a bold drag aesthetic into a powerful, fun, and attitude-filled live show. This event is part of the wider Pride Barcelona 2026 celebrations, which include a variety of musical performances, cultural activities, and a historic unified march on July 18.</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enesaispop.com/2026/07/16/526161/clean-bandit-pride/" TargetMode="External"/><Relationship Id="rId10" Type="http://schemas.openxmlformats.org/officeDocument/2006/relationships/hyperlink" Target="https://agendaconcerts.cat/en/news/202/pride-barcelona-2026-brings-clean-bandit-kate-ryan-zahara-and-dozens-of-acts-to-the-city" TargetMode="External"/><Relationship Id="rId11" Type="http://schemas.openxmlformats.org/officeDocument/2006/relationships/hyperlink" Target="https://www.timeout.es/barcelona/es/noticias/estos-son-los-conciertos-del-pride-barcelona-2026-del-16-al-18-de-julio-071026" TargetMode="External"/><Relationship Id="rId12" Type="http://schemas.openxmlformats.org/officeDocument/2006/relationships/hyperlink" Target="https://www.planomato.com/es/barcelona/p/pride-barcelona-2026-conciertos" TargetMode="External"/><Relationship Id="rId13" Type="http://schemas.openxmlformats.org/officeDocument/2006/relationships/hyperlink" Target="https://www.laguiago.com/articulo/barcelona/pride-barcelona-2026-programacion-clean-bandit-julieta-zahara/20260713083018711586.amp.html" TargetMode="External"/><Relationship Id="rId14" Type="http://schemas.openxmlformats.org/officeDocument/2006/relationships/hyperlink" Target="https://www.pridebarcelona.org/en/pride-2026/" TargetMode="External"/><Relationship Id="rId15" Type="http://schemas.openxmlformats.org/officeDocument/2006/relationships/hyperlink" Target="https://www.thegayagenda.fyi/barcelona/events/clean-bandit-performance-at-pride-barcelona-2026-jul-17-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