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Newcastle Pride March Route Changes and What to Expect in 2026</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revellers are already talking , Newcastle Pride 2026 brings a fresh march route, big-name speakers and a weekend of city-centre joy on July 25; here’s what’s changed, who’s speaking, and how to make the most of Pride weekend in Newcastle.</w:t>
      </w:r>
      <w:r/>
    </w:p>
    <w:p>
      <w:r/>
      <w:r>
        <w:t>Essential Takeaways</w:t>
      </w:r>
      <w:r/>
      <w:r/>
    </w:p>
    <w:p>
      <w:pPr>
        <w:pStyle w:val="ListBullet"/>
        <w:spacing w:line="240" w:lineRule="auto"/>
        <w:ind w:left="720"/>
      </w:pPr>
      <w:r/>
      <w:r>
        <w:rPr>
          <w:b/>
        </w:rPr>
        <w:t>New finish line:</w:t>
      </w:r>
      <w:r>
        <w:t xml:space="preserve"> The march will start at Newcastle Civic Centre and finish at Grey’s Monument, giving a prominent central end-point and lively atmosphere.</w:t>
      </w:r>
      <w:r/>
    </w:p>
    <w:p>
      <w:pPr>
        <w:pStyle w:val="ListBullet"/>
        <w:spacing w:line="240" w:lineRule="auto"/>
        <w:ind w:left="720"/>
      </w:pPr>
      <w:r/>
      <w:r>
        <w:rPr>
          <w:b/>
        </w:rPr>
        <w:t>Big speakers:</w:t>
      </w:r>
      <w:r>
        <w:t xml:space="preserve"> Expect speeches from North East Mayor Kim McGuinness and Olympic champion Dame Kelly Holmes, adding high-profile support.</w:t>
      </w:r>
      <w:r/>
    </w:p>
    <w:p>
      <w:pPr>
        <w:pStyle w:val="ListBullet"/>
        <w:spacing w:line="240" w:lineRule="auto"/>
        <w:ind w:left="720"/>
      </w:pPr>
      <w:r/>
      <w:r>
        <w:rPr>
          <w:b/>
        </w:rPr>
        <w:t>Festival shift:</w:t>
      </w:r>
      <w:r>
        <w:t xml:space="preserve"> Curious Arts now runs the festival, with events across Theatre Royal, Northern Stage and Times Square.</w:t>
      </w:r>
      <w:r/>
    </w:p>
    <w:p>
      <w:pPr>
        <w:pStyle w:val="ListBullet"/>
        <w:spacing w:line="240" w:lineRule="auto"/>
        <w:ind w:left="720"/>
      </w:pPr>
      <w:r/>
      <w:r>
        <w:rPr>
          <w:b/>
        </w:rPr>
        <w:t>Headline acts:</w:t>
      </w:r>
      <w:r>
        <w:t xml:space="preserve"> Times Square stage will host Nadine Coyle, Danny Beard and Katy B , a mix of pop and club-ready energy.</w:t>
      </w:r>
      <w:r/>
    </w:p>
    <w:p>
      <w:pPr>
        <w:pStyle w:val="ListBullet"/>
        <w:spacing w:line="240" w:lineRule="auto"/>
        <w:ind w:left="720"/>
      </w:pPr>
      <w:r/>
      <w:r>
        <w:rPr>
          <w:b/>
        </w:rPr>
        <w:t>Practical note:</w:t>
      </w:r>
      <w:r>
        <w:t xml:space="preserve"> The Pride 5K kicks off on July 24, started by Dame Kelly Holmes; plan travel and meet-up spots around central hubs.</w:t>
      </w:r>
      <w:r/>
      <w:r/>
    </w:p>
    <w:p>
      <w:pPr>
        <w:pStyle w:val="Heading2"/>
      </w:pPr>
      <w:r>
        <w:t>A bold new finish , Grey’s Monument puts Pride centre stage</w:t>
      </w:r>
      <w:r/>
    </w:p>
    <w:p>
      <w:r/>
      <w:r>
        <w:t>The headline change is simple and visible: the march still begins at Newcastle Civic Centre, but this year it finishes at Grey’s Monument. That switch gives the parade a packed, photogenic end-point in the heart of the city, and it’s an obvious win for anyone who wants to linger and enjoy speeches and performances afterwards. Organisers tell us the move reflects a desire to make the march more accessible and to centre visibility where people already gather, and that means more room for crowds, banners and that unmistakable Pride colour. If you’re meeting friends, pick a landmark like the Monument or one of the nearby cafes , it’s easier than trying to find someone near the Civic Centre exit.</w:t>
      </w:r>
      <w:r/>
    </w:p>
    <w:p>
      <w:pPr>
        <w:pStyle w:val="Heading2"/>
      </w:pPr>
      <w:r>
        <w:t>High-profile voices , why Dame Kelly Holmes matters this year</w:t>
      </w:r>
      <w:r/>
    </w:p>
    <w:p>
      <w:r/>
      <w:r>
        <w:t>Dame Kelly Holmes isn’t just a surprise speaker, she’s a symbolic one; she’ll also start the Pride 5K on the Friday. Having an Olympic legend on the bill gives the weekend gravitas at a moment when public support feels important. Organisers say the line-up aims to reflect the event’s community-led priorities , joy, togetherness and visibility , and a familiar face helps draw media and new attendees alike. For locals, it’s a reminder that Pride in Newcastle is both a celebration and a statement of support in a tricky national climate.</w:t>
      </w:r>
      <w:r/>
    </w:p>
    <w:p>
      <w:pPr>
        <w:pStyle w:val="Heading2"/>
      </w:pPr>
      <w:r>
        <w:t>A city-wide festival , Curious Arts and venue diversity</w:t>
      </w:r>
      <w:r/>
    </w:p>
    <w:p>
      <w:r/>
      <w:r>
        <w:t>This year Curious Arts takes the reins and has spread events across the city: the Theatre Royal, Northern Stage and Times Square all host parts of the programme. That approach creates variety , formal panel discussions and intimate theatre events mix with the big outdoor party vibe. It’s useful if you want quieter moments as well as the mainstage spectacle: book theatre slots in advance, but save some time for spontaneous street-level performances. The mixed-venue model also helps footfall across town, which local businesses will welcome.</w:t>
      </w:r>
      <w:r/>
    </w:p>
    <w:p>
      <w:pPr>
        <w:pStyle w:val="Heading2"/>
      </w:pPr>
      <w:r>
        <w:t>Music, drag and club hits , who’s on the Times Square stage</w:t>
      </w:r>
      <w:r/>
    </w:p>
    <w:p>
      <w:r/>
      <w:r>
        <w:t>If you’re coming for the music, Times Square promises a lively and varied bill: Girls Aloud alum Nadine Coyle brings pop familiarity, Drag Race UK winner Danny Beard will deliver the sass and camp, and Katy B is there for the dancefloor moments. That mix shows organisers are aiming for broad appeal, from pop nostalgia to contemporary club energy. Expect late-night crowds and sticky-floor dance-offs; if you prefer a calmer experience, arrive early or plan a nearby quiet spot to retreat to between acts.</w:t>
      </w:r>
      <w:r/>
    </w:p>
    <w:p>
      <w:pPr>
        <w:pStyle w:val="Heading2"/>
      </w:pPr>
      <w:r>
        <w:t>Practical tips , getting there, staying safe and joining the fun</w:t>
      </w:r>
      <w:r/>
    </w:p>
    <w:p>
      <w:r/>
      <w:r>
        <w:t>Plan travel early: central roads will be busy and some closures are likely around the Civic Centre and Grey’s Monument. If you’re running the 5K, register ahead and leave plenty of time to warm up. For families or accessibility needs, aim to position yourselves near the Monument’s flatter approaches or check Newcastle Pride’s website for guidance on viewing areas and facilities. Bring a refillable bottle, layer up for unpredictable summer weather, and charge your phone , you’ll want photos, and you’ll want to be able to find mates.</w:t>
      </w:r>
      <w:r/>
    </w:p>
    <w:p>
      <w:r/>
      <w:r>
        <w:t>It's a small change that can make every march feel bigger and brighter.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2">
        <w:r>
          <w:rPr>
            <w:color w:val="0000EE"/>
            <w:u w:val="single"/>
          </w:rPr>
          <w:t>[3]</w:t>
        </w:r>
      </w:hyperlink>
      <w:r>
        <w:t xml:space="preserve">- Paragraph 3: </w:t>
      </w:r>
      <w:hyperlink r:id="rId12">
        <w:r>
          <w:rPr>
            <w:color w:val="0000EE"/>
            <w:u w:val="single"/>
          </w:rPr>
          <w:t>[3]</w:t>
        </w:r>
      </w:hyperlink>
      <w:r>
        <w:t xml:space="preserve">, </w:t>
      </w:r>
      <w:hyperlink r:id="rId13">
        <w:r>
          <w:rPr>
            <w:color w:val="0000EE"/>
            <w:u w:val="single"/>
          </w:rPr>
          <w:t>[5]</w:t>
        </w:r>
      </w:hyperlink>
      <w:r>
        <w:t xml:space="preserve">- Paragraph 4: </w:t>
      </w:r>
      <w:hyperlink r:id="rId9">
        <w:r>
          <w:rPr>
            <w:color w:val="0000EE"/>
            <w:u w:val="single"/>
          </w:rPr>
          <w:t>[1]</w:t>
        </w:r>
      </w:hyperlink>
      <w:r>
        <w:t xml:space="preserve">, </w:t>
      </w:r>
      <w:hyperlink r:id="rId14">
        <w:r>
          <w:rPr>
            <w:color w:val="0000EE"/>
            <w:u w:val="single"/>
          </w:rPr>
          <w:t>[7]</w:t>
        </w:r>
      </w:hyperlink>
      <w:r>
        <w:t xml:space="preserve">- Paragraph 5: </w:t>
      </w:r>
      <w:hyperlink r:id="rId15">
        <w:r>
          <w:rPr>
            <w:color w:val="0000EE"/>
            <w:u w:val="single"/>
          </w:rPr>
          <w:t>[6]</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https://www.chroniclelive.co.uk/whats-on/whats-on-news/newcastle-pride-march-route-parade-34290541</w:t>
        </w:r>
      </w:hyperlink>
      <w:r>
        <w:t xml:space="preserve"> - Please view link - unable to able to access data</w:t>
      </w:r>
      <w:r/>
    </w:p>
    <w:p>
      <w:pPr>
        <w:pStyle w:val="ListNumber"/>
        <w:spacing w:line="240" w:lineRule="auto"/>
        <w:ind w:left="720"/>
      </w:pPr>
      <w:r/>
      <w:hyperlink r:id="rId10">
        <w:r>
          <w:rPr>
            <w:color w:val="0000EE"/>
            <w:u w:val="single"/>
          </w:rPr>
          <w:t>https://www.newcastlepride.co.uk/march</w:t>
        </w:r>
      </w:hyperlink>
      <w:r>
        <w:t xml:space="preserve"> - The Newcastle Pride March is the cornerstone of the annual celebrations, uniting the community to celebrate identity and stand together in the ongoing fight for equality and acceptance. The 2026 march is scheduled for 25th July, with the route starting at Newcastle Civic Centre and ending at Grey's Monument. The theme for this year is 'City of Hope, Streets of Joy', reflecting the community's priorities of joy, togetherness, and visibility. The march is free to attend, and community groups or organisations interested in participating can register through the official website.</w:t>
      </w:r>
      <w:r/>
    </w:p>
    <w:p>
      <w:pPr>
        <w:pStyle w:val="ListNumber"/>
        <w:spacing w:line="240" w:lineRule="auto"/>
        <w:ind w:left="720"/>
      </w:pPr>
      <w:r/>
      <w:hyperlink r:id="rId12">
        <w:r>
          <w:rPr>
            <w:color w:val="0000EE"/>
            <w:u w:val="single"/>
          </w:rPr>
          <w:t>https://www.newcastlepride.co.uk/post/newcastle-pride-2026-launches-with-new-theme-and-community-led-vision</w:t>
        </w:r>
      </w:hyperlink>
      <w:r>
        <w:t xml:space="preserve"> - Newcastle Pride 2026 has launched with a new theme, 'City of Hope, Streets of Joy', following extensive public consultation. The festival, taking place on 25th and 26th July 2026, marks an exciting new chapter as it is now delivered by Curious Futures, a not-for-profit organisation established by Curious Arts. The theme reflects the celebration, sense of community, and togetherness expressed by local LGBTQIA+ people and allies through the consultation process. The festival will transform the city centre into a vibrant celebration of LGBTQIA+ culture, creativity, and community.</w:t>
      </w:r>
      <w:r/>
    </w:p>
    <w:p>
      <w:pPr>
        <w:pStyle w:val="ListNumber"/>
        <w:spacing w:line="240" w:lineRule="auto"/>
        <w:ind w:left="720"/>
      </w:pPr>
      <w:r/>
      <w:hyperlink r:id="rId11">
        <w:r>
          <w:rPr>
            <w:color w:val="0000EE"/>
            <w:u w:val="single"/>
          </w:rPr>
          <w:t>https://www.newcastlepride.co.uk/</w:t>
        </w:r>
      </w:hyperlink>
      <w:r>
        <w:t xml:space="preserve"> - Newcastle Pride 2026 is returning on 25th and 26th July, with a city-wide celebration designed with the community at its heart. The festival promises a return to the city centre, featuring a Pride Arena at Times Square with performances from pop icon Nadine Coyle, dance floor queen Katy B, drag superstar Bimini, and RuPaul's Drag Race favourite Danny Beard. The event aims to celebrate every identity, every story, and every person who makes up Newcastle’s vibrant LGBTQIA+ community.</w:t>
      </w:r>
      <w:r/>
    </w:p>
    <w:p>
      <w:pPr>
        <w:pStyle w:val="ListNumber"/>
        <w:spacing w:line="240" w:lineRule="auto"/>
        <w:ind w:left="720"/>
      </w:pPr>
      <w:r/>
      <w:hyperlink r:id="rId13">
        <w:r>
          <w:rPr>
            <w:color w:val="0000EE"/>
            <w:u w:val="single"/>
          </w:rPr>
          <w:t>https://newcastlegateshead.com/blog/ways-to-celebrate-pride-in-newcastle</w:t>
        </w:r>
      </w:hyperlink>
      <w:r>
        <w:t xml:space="preserve"> - A guide to celebrating Pride in Newcastle, highlighting the Pride March route for 2026. The march will begin at Newcastle Civic Centre and end at Grey's Monument, an iconic landmark and fitting gathering place for marchers, supporters, and allies. This change in the end point is in direct response to feedback from attendees, aiming to give the march more visibility and a deeper sense of community. The article also provides information on accessibility for the Pride March.</w:t>
      </w:r>
      <w:r/>
    </w:p>
    <w:p>
      <w:pPr>
        <w:pStyle w:val="ListNumber"/>
        <w:spacing w:line="240" w:lineRule="auto"/>
        <w:ind w:left="720"/>
      </w:pPr>
      <w:r/>
      <w:hyperlink r:id="rId15">
        <w:r>
          <w:rPr>
            <w:color w:val="0000EE"/>
            <w:u w:val="single"/>
          </w:rPr>
          <w:t>https://www.getintonewcastle.co.uk/news/northern-pride-confirm-route-parade-update-annual-pride-march</w:t>
        </w:r>
      </w:hyperlink>
      <w:r>
        <w:t xml:space="preserve"> - An update on the annual Newcastle Pride march, confirming a change in the route due to ongoing development on Northumberland Street. The march will commence from the Civic Centre at 12pm, head down John Dobson Street, join New Bridge Street West, return to the usual route along Blackett Street, and finally onto Percy Street. The march will finish at the Civic Centre ahead of the citywide celebrations. The organisers are working collaboratively with Newcastle City Council and Northumbria Police to ensure safety.</w:t>
      </w:r>
      <w:r/>
    </w:p>
    <w:p>
      <w:pPr>
        <w:pStyle w:val="ListNumber"/>
        <w:spacing w:line="240" w:lineRule="auto"/>
        <w:ind w:left="720"/>
      </w:pPr>
      <w:r/>
      <w:hyperlink r:id="rId14">
        <w:r>
          <w:rPr>
            <w:color w:val="0000EE"/>
            <w:u w:val="single"/>
          </w:rPr>
          <w:t>https://www.songkick.com/festivals/1314323-newcastle-pride/id/43274076-newcastle-pride-2026</w:t>
        </w:r>
      </w:hyperlink>
      <w:r>
        <w:t xml:space="preserve"> - Information about Newcastle Pride 2026, scheduled from Friday 24 July to Sunday 26 July 2026 at Times Square, Newcastle Upon Tyne, UK. The event features performances by Bimini, a London-based DJ, musician, and writer known for their electronic music and punk attitude. Bimini gained popularity on RuPaul’s Drag Race UK and has since focused on music as the core of their creative output, delivering electrifying energy with every performance.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chroniclelive.co.uk/whats-on/whats-on-news/newcastle-pride-march-route-parade-34290541" TargetMode="External"/><Relationship Id="rId10" Type="http://schemas.openxmlformats.org/officeDocument/2006/relationships/hyperlink" Target="https://www.newcastlepride.co.uk/march" TargetMode="External"/><Relationship Id="rId11" Type="http://schemas.openxmlformats.org/officeDocument/2006/relationships/hyperlink" Target="https://www.newcastlepride.co.uk/" TargetMode="External"/><Relationship Id="rId12" Type="http://schemas.openxmlformats.org/officeDocument/2006/relationships/hyperlink" Target="https://www.newcastlepride.co.uk/post/newcastle-pride-2026-launches-with-new-theme-and-community-led-vision" TargetMode="External"/><Relationship Id="rId13" Type="http://schemas.openxmlformats.org/officeDocument/2006/relationships/hyperlink" Target="https://newcastlegateshead.com/blog/ways-to-celebrate-pride-in-newcastle" TargetMode="External"/><Relationship Id="rId14" Type="http://schemas.openxmlformats.org/officeDocument/2006/relationships/hyperlink" Target="https://www.songkick.com/festivals/1314323-newcastle-pride/id/43274076-newcastle-pride-2026" TargetMode="External"/><Relationship Id="rId15" Type="http://schemas.openxmlformats.org/officeDocument/2006/relationships/hyperlink" Target="https://www.getintonewcastle.co.uk/news/northern-pride-confirm-route-parade-update-annual-pride-mar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