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Madrid Pride Guide 2027: What to Expect, Where to Party, and Practical Tips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Bursting onto the streets every July, Madrid Pride draws millions to Chueca for a week of parades, free concerts, and some of Europe’s biggest gay parties , here’s a lively, practical guide to help you plan, party and stay safe at one of the world’s largest LGBTQ+ festivals.</w:t>
      </w:r>
      <w:r/>
    </w:p>
    <w:p>
      <w:r/>
      <w:r>
        <w:t>Essential Takeaways</w:t>
      </w:r>
      <w:r/>
      <w:r/>
    </w:p>
    <w:p>
      <w:pPr>
        <w:pStyle w:val="ListBullet"/>
        <w:spacing w:line="240" w:lineRule="auto"/>
        <w:ind w:left="720"/>
      </w:pPr>
      <w:r/>
      <w:r>
        <w:rPr>
          <w:b/>
        </w:rPr>
        <w:t>Huge crowds:</w:t>
      </w:r>
      <w:r>
        <w:t xml:space="preserve"> Madrid Pride attracts around 2–3 million attendees, making it Europe’s largest LGBTQ+ event and a truly bustling experience.</w:t>
      </w:r>
      <w:r/>
    </w:p>
    <w:p>
      <w:pPr>
        <w:pStyle w:val="ListBullet"/>
        <w:spacing w:line="240" w:lineRule="auto"/>
        <w:ind w:left="720"/>
      </w:pPr>
      <w:r/>
      <w:r>
        <w:rPr>
          <w:b/>
        </w:rPr>
        <w:t>Week-long festival:</w:t>
      </w:r>
      <w:r>
        <w:t xml:space="preserve"> Expect a festival atmosphere from midweek through the weekend, with street stages, free concerts and huge parties late into the morning.</w:t>
      </w:r>
      <w:r/>
    </w:p>
    <w:p>
      <w:pPr>
        <w:pStyle w:val="ListBullet"/>
        <w:spacing w:line="240" w:lineRule="auto"/>
        <w:ind w:left="720"/>
      </w:pPr>
      <w:r/>
      <w:r>
        <w:rPr>
          <w:b/>
        </w:rPr>
        <w:t>Party hotspots:</w:t>
      </w:r>
      <w:r>
        <w:t xml:space="preserve"> Chueca is the beating heart for bars and street life; major promoters like WE Party and MyPleasure host large circuit events at venues such as Fabrik.</w:t>
      </w:r>
      <w:r/>
    </w:p>
    <w:p>
      <w:pPr>
        <w:pStyle w:val="ListBullet"/>
        <w:spacing w:line="240" w:lineRule="auto"/>
        <w:ind w:left="720"/>
      </w:pPr>
      <w:r/>
      <w:r>
        <w:rPr>
          <w:b/>
        </w:rPr>
        <w:t>Plan but be flexible:</w:t>
      </w:r>
      <w:r>
        <w:t xml:space="preserve"> Book hotels early, stay hydrated in July heat, wear comfy shoes and leave room for spontaneous moments.</w:t>
      </w:r>
      <w:r/>
    </w:p>
    <w:p>
      <w:pPr>
        <w:pStyle w:val="ListBullet"/>
        <w:spacing w:line="240" w:lineRule="auto"/>
        <w:ind w:left="720"/>
      </w:pPr>
      <w:r/>
      <w:r>
        <w:rPr>
          <w:b/>
        </w:rPr>
        <w:t>Security &amp; laws:</w:t>
      </w:r>
      <w:r>
        <w:t xml:space="preserve"> Police presence is strong at big events; note poppers are illegal in Spain and bag checks are common.</w:t>
      </w:r>
      <w:r/>
      <w:r/>
    </w:p>
    <w:p>
      <w:pPr>
        <w:pStyle w:val="Heading2"/>
      </w:pPr>
      <w:r>
        <w:t>Why Madrid Pride Feels Unmissable , sheer scale and colour</w:t>
      </w:r>
      <w:r/>
    </w:p>
    <w:p>
      <w:r/>
      <w:r>
        <w:t>Madrid Pride hits you with scale first: millions of people moving through the streets, enormous stages and non-stop music. The parade is famously flamboyant and loud, while free outdoor concerts and block parties spill across the city. According to Spanish event calendars and travel listings, the festival typically centres on the first Saturday of July and transforms Chueca into the epicentre of celebrations. Expect sensory overload in the best way , glitter, basslines and that euphoric crowd energy.</w:t>
      </w:r>
      <w:r/>
    </w:p>
    <w:p>
      <w:r/>
      <w:r>
        <w:t>Behind the spectacle is careful municipal planning: Madrid stages official events across central plazas and sets up security and medical points to handle the crowds. If you’ve done other big Prides, Madrid still surprises , it’s a festival that keeps evolving and growing, year after year.</w:t>
      </w:r>
      <w:r/>
    </w:p>
    <w:p>
      <w:pPr>
        <w:pStyle w:val="Heading2"/>
      </w:pPr>
      <w:r>
        <w:t>When to go and how many days you’ll need</w:t>
      </w:r>
      <w:r/>
    </w:p>
    <w:p>
      <w:r/>
      <w:r>
        <w:t>Most regulars recommend arriving by Thursday and leaving Monday to catch the best bits without rushing. The main parade on Saturday is the highlight, but the free concerts, daytime street parties and nighttime circuit events stretch across the week. You can squeeze a Friday–Sunday trip, but an extra day or two gives you time to recover, see a museum or enjoy quieter neighbourhoods.</w:t>
      </w:r>
      <w:r/>
    </w:p>
    <w:p>
      <w:r/>
      <w:r>
        <w:t>Tourist calendars confirm the festival’s predictable early-July slot, so flights and hotels in Chueca go quickly. Booking early means better picks and fewer surprises at check-in when the city is at capacity.</w:t>
      </w:r>
      <w:r/>
    </w:p>
    <w:p>
      <w:pPr>
        <w:pStyle w:val="Heading2"/>
      </w:pPr>
      <w:r>
        <w:t>Where to stay , Chueca vs nearby neighbourhoods</w:t>
      </w:r>
      <w:r/>
    </w:p>
    <w:p>
      <w:r/>
      <w:r>
        <w:t>Chueca is the obvious choice if you want to be in the centre of the action; it’s walkable to stages, bars and parade routes and has a buzzing, inclusive vibe day and night. Popular picks mentioned by visitors include boutique hotels that cater to LGBTQ+ travellers and make exiting late-night parties easy.</w:t>
      </w:r>
      <w:r/>
    </w:p>
    <w:p>
      <w:r/>
      <w:r>
        <w:t>If you prefer a slightly calmer base, Alonso Martínez is a short walk away and sits outside some road closures, so taxis and airport transfers can be less fraught. That neighbourhood still offers quick access to Chueca but gives you a bit more breathing room when the streets are full.</w:t>
      </w:r>
      <w:r/>
    </w:p>
    <w:p>
      <w:pPr>
        <w:pStyle w:val="Heading2"/>
      </w:pPr>
      <w:r>
        <w:t>The parties: circuit giants, intimate promoters and free street events</w:t>
      </w:r>
      <w:r/>
    </w:p>
    <w:p>
      <w:r/>
      <w:r>
        <w:t>Madrid’s nightlife during Pride spans everything from huge circuit parties with international DJs to neighbourhood bars hosting lively sets and themed nights. Promoters like WE Party run stadium-style shows at large venues, while MyPleasure tends to offer club-based events with energetic crowds and themed production.</w:t>
      </w:r>
      <w:r/>
    </w:p>
    <w:p>
      <w:r/>
      <w:r>
        <w:t>Free street parties and stages provide constant daytime entertainment , think pop-up stages and DJ booths in plazas. If a big club night is on your list, buy tickets early; these events can sell out well before the week begins. And if you prefer surprises, leave some nights unticketed to wander and discover an impromptu street party.</w:t>
      </w:r>
      <w:r/>
    </w:p>
    <w:p>
      <w:pPr>
        <w:pStyle w:val="Heading2"/>
      </w:pPr>
      <w:r>
        <w:t>Practical tips: comfort, safety and local rules</w:t>
      </w:r>
      <w:r/>
    </w:p>
    <w:p>
      <w:r/>
      <w:r>
        <w:t>Pack comfy shoes , you’ll likely clock up huge distances between stages, bars and queues. Madrid in July is hot, so a refillable water bottle and regular water breaks are essential. Carry photo ID for club entry and be ready for security checks; large events often have bag searches and controlled entry.</w:t>
      </w:r>
      <w:r/>
    </w:p>
    <w:p>
      <w:r/>
      <w:r>
        <w:t>A crucial legal note: poppers are illegal in Spain and can be confiscated by police, so don’t risk carrying them. Police presence is robust during Pride to ensure safety , that means friendly but thorough checks. Buy tickets from official outlets, keep a small cash reserve for taxis, and agree on a meeting point with friends because mobile networks can get congested when everyone’s sharing their location.</w:t>
      </w:r>
      <w:r/>
    </w:p>
    <w:p>
      <w:pPr>
        <w:pStyle w:val="Heading2"/>
      </w:pPr>
      <w:r>
        <w:t>What to expect from the parade and how to watch it</w:t>
      </w:r>
      <w:r/>
    </w:p>
    <w:p>
      <w:r/>
      <w:r>
        <w:t>The parade is colossal: colourful floats, DJs, dancers and hundreds of thousands of spectators lining the route. Get there early for a good vantage point because the best spots fill fast and movement becomes difficult once the march begins. Bring sunscreen, a hat and snacks if you plan to stay for hours; official city pages and event guides list crowd services and first-aid stations.</w:t>
      </w:r>
      <w:r/>
    </w:p>
    <w:p>
      <w:r/>
      <w:r>
        <w:t>For a more relaxed viewing experience, scope out nearby stages or terraces that offer parade views with a seat. And if you love being part of the press of people and the sing-song energy, join the throng in Chueca where the atmosphere is both celebratory and welcoming.</w:t>
      </w:r>
      <w:r/>
    </w:p>
    <w:p>
      <w:r/>
      <w:r>
        <w:t>Closing Line</w:t>
      </w:r>
      <w:r/>
    </w:p>
    <w:p>
      <w:r/>
      <w:r>
        <w:t>It’s loud, sweaty and utterly joyous , plan smart, pack light, and you’ll leave Madrid Pride with great stories and a few sore feet.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1">
        <w:r>
          <w:rPr>
            <w:color w:val="0000EE"/>
            <w:u w:val="single"/>
          </w:rPr>
          <w:t>[5]</w:t>
        </w:r>
      </w:hyperlink>
      <w:r>
        <w:t xml:space="preserve">, </w:t>
      </w:r>
      <w:hyperlink r:id="rId12">
        <w:r>
          <w:rPr>
            <w:color w:val="0000EE"/>
            <w:u w:val="single"/>
          </w:rPr>
          <w:t>[4]</w:t>
        </w:r>
      </w:hyperlink>
      <w:r>
        <w:t xml:space="preserve">- Paragraph 3: </w:t>
      </w:r>
      <w:hyperlink r:id="rId10">
        <w:r>
          <w:rPr>
            <w:color w:val="0000EE"/>
            <w:u w:val="single"/>
          </w:rPr>
          <w:t>[2]</w:t>
        </w:r>
      </w:hyperlink>
      <w:r>
        <w:t xml:space="preserve">, </w:t>
      </w:r>
      <w:hyperlink r:id="rId13">
        <w:r>
          <w:rPr>
            <w:color w:val="0000EE"/>
            <w:u w:val="single"/>
          </w:rPr>
          <w:t>[3]</w:t>
        </w:r>
      </w:hyperlink>
      <w:r>
        <w:t xml:space="preserve">- Paragraph 4: </w:t>
      </w:r>
      <w:hyperlink r:id="rId14">
        <w:r>
          <w:rPr>
            <w:color w:val="0000EE"/>
            <w:u w:val="single"/>
          </w:rPr>
          <w:t>[6]</w:t>
        </w:r>
      </w:hyperlink>
      <w:r>
        <w:t xml:space="preserve">, </w:t>
      </w:r>
      <w:hyperlink r:id="rId10">
        <w:r>
          <w:rPr>
            <w:color w:val="0000EE"/>
            <w:u w:val="single"/>
          </w:rPr>
          <w:t>[2]</w:t>
        </w:r>
      </w:hyperlink>
      <w:r>
        <w:t xml:space="preserve">- Paragraph 5: </w:t>
      </w:r>
      <w:hyperlink r:id="rId15">
        <w:r>
          <w:rPr>
            <w:color w:val="0000EE"/>
            <w:u w:val="single"/>
          </w:rPr>
          <w:t>[7]</w:t>
        </w:r>
      </w:hyperlink>
      <w:r>
        <w:t xml:space="preserve">, </w:t>
      </w:r>
      <w:hyperlink r:id="rId14">
        <w:r>
          <w:rPr>
            <w:color w:val="0000EE"/>
            <w:u w:val="single"/>
          </w:rPr>
          <w:t>[6]</w:t>
        </w:r>
      </w:hyperlink>
      <w:r>
        <w:t xml:space="preserve">- Paragraph 6: </w:t>
      </w:r>
      <w:hyperlink r:id="rId13">
        <w:r>
          <w:rPr>
            <w:color w:val="0000EE"/>
            <w:u w:val="single"/>
          </w:rPr>
          <w:t>[3]</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https://nomadicboys.com/madrid-pride/</w:t>
        </w:r>
      </w:hyperlink>
      <w:r>
        <w:t xml:space="preserve"> - Please view link - unable to able to access data</w:t>
      </w:r>
      <w:r/>
    </w:p>
    <w:p>
      <w:pPr>
        <w:pStyle w:val="ListNumber"/>
        <w:spacing w:line="240" w:lineRule="auto"/>
        <w:ind w:left="720"/>
      </w:pPr>
      <w:r/>
      <w:hyperlink r:id="rId10">
        <w:r>
          <w:rPr>
            <w:color w:val="0000EE"/>
            <w:u w:val="single"/>
          </w:rPr>
          <w:t>https://www.idealista.com/en/news/lifestyle-in-spain/2026/06/11/848228-madrid-pride-europe-s-largest-lgbtq-event</w:t>
        </w:r>
      </w:hyperlink>
      <w:r>
        <w:t xml:space="preserve"> - This article provides an overview of Madrid Pride 2026, highlighting its status as Europe's largest LGBTQ+ event. It details the event's dates, parade route, stages, and offers tips for attendees to fully experience Spain's biggest LGBTQ+ celebration.</w:t>
      </w:r>
      <w:r/>
    </w:p>
    <w:p>
      <w:pPr>
        <w:pStyle w:val="ListNumber"/>
        <w:spacing w:line="240" w:lineRule="auto"/>
        <w:ind w:left="720"/>
      </w:pPr>
      <w:r/>
      <w:hyperlink r:id="rId13">
        <w:r>
          <w:rPr>
            <w:color w:val="0000EE"/>
            <w:u w:val="single"/>
          </w:rPr>
          <w:t>https://www.madriddispatch.com/events/madrid-pride-2026-resident-guide</w:t>
        </w:r>
      </w:hyperlink>
      <w:r>
        <w:t xml:space="preserve"> - A comprehensive guide for residents navigating Madrid Pride 2026, this piece covers event dates, parade details, and the impact on local transportation. It offers practical advice for those living near the festivities to manage the celebrations effectively.</w:t>
      </w:r>
      <w:r/>
    </w:p>
    <w:p>
      <w:pPr>
        <w:pStyle w:val="ListNumber"/>
        <w:spacing w:line="240" w:lineRule="auto"/>
        <w:ind w:left="720"/>
      </w:pPr>
      <w:r/>
      <w:hyperlink r:id="rId12">
        <w:r>
          <w:rPr>
            <w:color w:val="0000EE"/>
            <w:u w:val="single"/>
          </w:rPr>
          <w:t>https://www.esmadrid.com/agenda/fiestas-del-orgullo-lgtbiqa-madrid/pregon-oficial-mado-fiestas-orgullo</w:t>
        </w:r>
      </w:hyperlink>
      <w:r>
        <w:t xml:space="preserve"> - This official announcement details the opening speech (Pregón) of Madrid Pride 2027, scheduled for Wednesday, 30 June 2027, in Plaza Pedro Zerolo. It mentions the involvement of notable personalities and the expected commencement of the celebrations.</w:t>
      </w:r>
      <w:r/>
    </w:p>
    <w:p>
      <w:pPr>
        <w:pStyle w:val="ListNumber"/>
        <w:spacing w:line="240" w:lineRule="auto"/>
        <w:ind w:left="720"/>
      </w:pPr>
      <w:r/>
      <w:hyperlink r:id="rId11">
        <w:r>
          <w:rPr>
            <w:color w:val="0000EE"/>
            <w:u w:val="single"/>
          </w:rPr>
          <w:t>https://www.spain.info/en/calendar/madrid-lgtbi-pride-festival/</w:t>
        </w:r>
      </w:hyperlink>
      <w:r>
        <w:t xml:space="preserve"> - An overview of Madrid Pride, also known as MADO, this article describes the city's transformation into a massive party for a week, with Chueca neighbourhood at its heart. It highlights outdoor bars, live music, cultural activities, and the main parade route from Atocha to Plaza de Colón.</w:t>
      </w:r>
      <w:r/>
    </w:p>
    <w:p>
      <w:pPr>
        <w:pStyle w:val="ListNumber"/>
        <w:spacing w:line="240" w:lineRule="auto"/>
        <w:ind w:left="720"/>
      </w:pPr>
      <w:r/>
      <w:hyperlink r:id="rId14">
        <w:r>
          <w:rPr>
            <w:color w:val="0000EE"/>
            <w:u w:val="single"/>
          </w:rPr>
          <w:t>https://www.gaytravel4u.com/event/madrid-pride/</w:t>
        </w:r>
      </w:hyperlink>
      <w:r>
        <w:t xml:space="preserve"> - This event listing for Madrid Pride 2026 outlines the dates, key highlights, and attractions of the festival. It mentions the large stage, cultural events, the main parade, international DJs, and the legendary high-heels race, emphasizing the event's appeal to a diverse audience.</w:t>
      </w:r>
      <w:r/>
    </w:p>
    <w:p>
      <w:pPr>
        <w:pStyle w:val="ListNumber"/>
        <w:spacing w:line="240" w:lineRule="auto"/>
        <w:ind w:left="720"/>
      </w:pPr>
      <w:r/>
      <w:hyperlink r:id="rId15">
        <w:r>
          <w:rPr>
            <w:color w:val="0000EE"/>
            <w:u w:val="single"/>
          </w:rPr>
          <w:t>https://www.holafly.com/travel-tips/madrid-pride/</w:t>
        </w:r>
      </w:hyperlink>
      <w:r>
        <w:t xml:space="preserve"> - A complete guide to Madrid Pride 2026, this article provides dates, parade route, top events, and practical tips for first-time visitors. It emphasizes the event's significance as one of the biggest LGBTQ+ celebrations in the world and offers insights into the best areas and venues to celebrate.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omadicboys.com/madrid-pride/" TargetMode="External"/><Relationship Id="rId10" Type="http://schemas.openxmlformats.org/officeDocument/2006/relationships/hyperlink" Target="https://www.idealista.com/en/news/lifestyle-in-spain/2026/06/11/848228-madrid-pride-europe-s-largest-lgbtq-event" TargetMode="External"/><Relationship Id="rId11" Type="http://schemas.openxmlformats.org/officeDocument/2006/relationships/hyperlink" Target="https://www.spain.info/en/calendar/madrid-lgtbi-pride-festival/" TargetMode="External"/><Relationship Id="rId12" Type="http://schemas.openxmlformats.org/officeDocument/2006/relationships/hyperlink" Target="https://www.esmadrid.com/agenda/fiestas-del-orgullo-lgtbiqa-madrid/pregon-oficial-mado-fiestas-orgullo" TargetMode="External"/><Relationship Id="rId13" Type="http://schemas.openxmlformats.org/officeDocument/2006/relationships/hyperlink" Target="https://www.madriddispatch.com/events/madrid-pride-2026-resident-guide" TargetMode="External"/><Relationship Id="rId14" Type="http://schemas.openxmlformats.org/officeDocument/2006/relationships/hyperlink" Target="https://www.gaytravel4u.com/event/madrid-pride/" TargetMode="External"/><Relationship Id="rId15" Type="http://schemas.openxmlformats.org/officeDocument/2006/relationships/hyperlink" Target="https://www.holafly.com/travel-tips/madrid-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