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Friendly San Sebastián Guide: Where to Eat, Stay and Play</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Discover why travellers are suddenly flocking to San Sebastián for an LGBTQ+ friendly short break , where rainbow steps, seaside sunsets and pintxos combine to make a surprisingly welcoming Basque escape just two hours from London. Practical tips on getting there, where to stay and the spots locals and visitors love.</w:t>
      </w:r>
      <w:r/>
    </w:p>
    <w:p>
      <w:r/>
      <w:r>
        <w:t>Essential Takeaways</w:t>
      </w:r>
      <w:r/>
      <w:r/>
    </w:p>
    <w:p>
      <w:pPr>
        <w:pStyle w:val="ListBullet"/>
        <w:spacing w:line="240" w:lineRule="auto"/>
        <w:ind w:left="720"/>
      </w:pPr>
      <w:r/>
      <w:r>
        <w:rPr>
          <w:b/>
        </w:rPr>
        <w:t>Easy access:</w:t>
      </w:r>
      <w:r>
        <w:t xml:space="preserve"> Fly London to Bilbao, then a direct bus to San Sebastián in about an hour , scenic and affordable.</w:t>
      </w:r>
      <w:r/>
    </w:p>
    <w:p>
      <w:pPr>
        <w:pStyle w:val="ListBullet"/>
        <w:spacing w:line="240" w:lineRule="auto"/>
        <w:ind w:left="720"/>
      </w:pPr>
      <w:r/>
      <w:r>
        <w:rPr>
          <w:b/>
        </w:rPr>
        <w:t>Inclusive vibe:</w:t>
      </w:r>
      <w:r>
        <w:t xml:space="preserve"> Progress Pride flags, rainbow steps and visible Pride gatherings make the city feel openly welcoming.</w:t>
      </w:r>
      <w:r/>
    </w:p>
    <w:p>
      <w:pPr>
        <w:pStyle w:val="ListBullet"/>
        <w:spacing w:line="240" w:lineRule="auto"/>
        <w:ind w:left="720"/>
      </w:pPr>
      <w:r/>
      <w:r>
        <w:rPr>
          <w:b/>
        </w:rPr>
        <w:t>Top stay:</w:t>
      </w:r>
      <w:r>
        <w:t xml:space="preserve"> The Social Hub blends trendy communal spaces, a rooftop pool and Pride touches with rooms from mid‑season prices.</w:t>
      </w:r>
      <w:r/>
    </w:p>
    <w:p>
      <w:pPr>
        <w:pStyle w:val="ListBullet"/>
        <w:spacing w:line="240" w:lineRule="auto"/>
        <w:ind w:left="720"/>
      </w:pPr>
      <w:r/>
      <w:r>
        <w:rPr>
          <w:b/>
        </w:rPr>
        <w:t>Food highlights:</w:t>
      </w:r>
      <w:r>
        <w:t xml:space="preserve"> Pintxos in the Parte Vieja and standout dishes like grilled Iberian pork secreto and local Txakoli wine.</w:t>
      </w:r>
      <w:r/>
    </w:p>
    <w:p>
      <w:pPr>
        <w:pStyle w:val="ListBullet"/>
        <w:spacing w:line="240" w:lineRule="auto"/>
        <w:ind w:left="720"/>
      </w:pPr>
      <w:r/>
      <w:r>
        <w:rPr>
          <w:b/>
        </w:rPr>
        <w:t>Local social spots:</w:t>
      </w:r>
      <w:r>
        <w:t xml:space="preserve"> Gros neighbourhood bars, Bar Teorema and a small social sauna offer relaxed queer‑friendly hangouts.</w:t>
      </w:r>
      <w:r/>
      <w:r/>
    </w:p>
    <w:p>
      <w:pPr>
        <w:pStyle w:val="Heading2"/>
      </w:pPr>
      <w:r>
        <w:t>Why San Sebastián feels like a fresh queer travel pick</w:t>
      </w:r>
      <w:r/>
    </w:p>
    <w:p>
      <w:r/>
      <w:r>
        <w:t>San Sebastián surprised me with a bright, relaxed energy and colourful signs of welcome around almost every corner. City Hall’s Progress Pride display and rainbow steps make for cheerful snapshots, but it’s the atmosphere , easy smiles, music in the Plaza de la Constitución and a real sense of community , that lingers. According to local reporting and travel features, the city has quietly grown into a spot where visibility and everyday life coexist, so it’s no longer just a foodie pilgrimage; it’s a place you can be yourself while enjoying beach days and tapas.</w:t>
      </w:r>
      <w:r/>
    </w:p>
    <w:p>
      <w:pPr>
        <w:pStyle w:val="Heading2"/>
      </w:pPr>
      <w:r>
        <w:t>Getting there: quick, cheap and scenic</w:t>
      </w:r>
      <w:r/>
    </w:p>
    <w:p>
      <w:r/>
      <w:r>
        <w:t>The most straightforward route is a Vueling flight from London Gatwick to Bilbao followed by a bus that pulls up right in the centre of San Sebastián. The bus costs around €13.50 and the ride takes roughly an hour, offering coastal views that ease you straight into holiday mode. Flights can be surprisingly affordable off‑peak, so check carrier sites for Economy Light deals and time transfers to avoid the busiest travel windows.</w:t>
      </w:r>
      <w:r/>
    </w:p>
    <w:p>
      <w:pPr>
        <w:pStyle w:val="Heading2"/>
      </w:pPr>
      <w:r>
        <w:t>Where to stay: The Social Hub for style and community</w:t>
      </w:r>
      <w:r/>
    </w:p>
    <w:p>
      <w:r/>
      <w:r>
        <w:t>If you want accommodation that’s equal parts hotel, club and community space, The Social Hub is worth considering. Expect modern, airy rooms, a rooftop pool that attracts a young crowd, 24/7 gym access, and Pride‑themed touches such as a rainbow lift interior. It doubles as student housing, which keeps the vibe lively, and the communal programming , yoga, events, shared meals , makes it easy to meet people. For quieter nights, pick an executive room or visit outside the May–October high season when rates drop.</w:t>
      </w:r>
      <w:r/>
    </w:p>
    <w:p>
      <w:pPr>
        <w:pStyle w:val="Heading2"/>
      </w:pPr>
      <w:r>
        <w:t>Eat and drink like a local: pintxos, seafood and Txakoli</w:t>
      </w:r>
      <w:r/>
    </w:p>
    <w:p>
      <w:r/>
      <w:r>
        <w:t>San Sebastián is rightly famous for its pintxos culture; hop bar to bar in the Parte Vieja to try tiny masterpieces on baguette slices. Crowd‑pleasers include sea urchin and the ever‑tempting gilda , olive, guindilla pepper and anchovy on a toothpick. For a proper sit‑down, local restaurants and The Social Hub’s tapas‑style menu serve regional classics; don’t miss the grilled Iberian pork secreto. Pair dishes with a chilled glass of Txakoli , slightly sparkling, citrusy and very drinkable , to round out the meal.</w:t>
      </w:r>
      <w:r/>
    </w:p>
    <w:p>
      <w:pPr>
        <w:pStyle w:val="Heading2"/>
      </w:pPr>
      <w:r>
        <w:t>Friendly hangouts and wellness spots to know</w:t>
      </w:r>
      <w:r/>
    </w:p>
    <w:p>
      <w:r/>
      <w:r>
        <w:t>Gros neighbourhood bars tend to be relaxed and social, and Bar Teorema stands out with its year‑round Pride flag and a sunny terrace for people‑watching. If you want a more sociable wellness experience, look into Venconmen Sauna , small, clean and with a bar area for conversation. Community gatherings in plazas, especially during Pride Month, bring locals and visitors together for music and celebration, so time your trip if you want that extra buzz.</w:t>
      </w:r>
      <w:r/>
    </w:p>
    <w:p>
      <w:pPr>
        <w:pStyle w:val="Heading2"/>
      </w:pPr>
      <w:r>
        <w:t>Practical tips for a smooth trip</w:t>
      </w:r>
      <w:r/>
    </w:p>
    <w:p>
      <w:r/>
      <w:r>
        <w:t>Pack for variable weather: sunny beach days can turn into cool evenings along La Concha. Book bus transfers from Bilbao in advance during peak times, and reserve popular pintxo bars or The Social Hub’s rooftop spot for weekend evenings. If you want quieter times, visit in shoulder months when flights are cheaper and the city still feels alive but less crowded.</w:t>
      </w:r>
      <w:r/>
    </w:p>
    <w:p>
      <w:r/>
      <w:r>
        <w:t>It's a small change that can make your next short break both delicious and comfortably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10">
        <w:r>
          <w:rPr>
            <w:color w:val="0000EE"/>
            <w:u w:val="single"/>
          </w:rPr>
          <w:t>[3]</w:t>
        </w:r>
      </w:hyperlink>
      <w:r>
        <w:t xml:space="preserve">, </w:t>
      </w:r>
      <w:hyperlink r:id="rId10">
        <w:r>
          <w:rPr>
            <w:color w:val="0000EE"/>
            <w:u w:val="single"/>
          </w:rPr>
          <w:t>[6]</w:t>
        </w:r>
      </w:hyperlink>
      <w:r>
        <w:t xml:space="preserve">- Paragraph 3: </w:t>
      </w:r>
      <w:hyperlink r:id="rId10">
        <w:r>
          <w:rPr>
            <w:color w:val="0000EE"/>
            <w:u w:val="single"/>
          </w:rPr>
          <w:t>[6]</w:t>
        </w:r>
      </w:hyperlink>
      <w:r>
        <w:t xml:space="preserve">, </w:t>
      </w:r>
      <w:hyperlink r:id="rId10">
        <w:r>
          <w:rPr>
            <w:color w:val="0000EE"/>
            <w:u w:val="single"/>
          </w:rPr>
          <w:t>[3]</w:t>
        </w:r>
      </w:hyperlink>
      <w:r>
        <w:t xml:space="preserve">- Paragraph 4: </w:t>
      </w:r>
      <w:hyperlink r:id="rId9">
        <w:r>
          <w:rPr>
            <w:color w:val="0000EE"/>
            <w:u w:val="single"/>
          </w:rPr>
          <w:t>[2]</w:t>
        </w:r>
      </w:hyperlink>
      <w:r>
        <w:t xml:space="preserve">, </w:t>
      </w:r>
      <w:hyperlink r:id="rId10">
        <w:r>
          <w:rPr>
            <w:color w:val="0000EE"/>
            <w:u w:val="single"/>
          </w:rPr>
          <w:t>[6]</w:t>
        </w:r>
      </w:hyperlink>
      <w:r>
        <w:t xml:space="preserve">- Paragraph 5: </w:t>
      </w:r>
      <w:hyperlink r:id="rId9">
        <w:r>
          <w:rPr>
            <w:color w:val="0000EE"/>
            <w:u w:val="single"/>
          </w:rPr>
          <w:t>[2]</w:t>
        </w:r>
      </w:hyperlink>
      <w:r>
        <w:t xml:space="preserve">, </w:t>
      </w:r>
      <w:hyperlink r:id="rId10">
        <w:r>
          <w:rPr>
            <w:color w:val="0000EE"/>
            <w:u w:val="single"/>
          </w:rPr>
          <w:t>[6]</w:t>
        </w:r>
      </w:hyperlink>
      <w:r>
        <w:t xml:space="preserve">- Paragraph 6: </w:t>
      </w:r>
      <w:hyperlink r:id="rId10">
        <w:r>
          <w:rPr>
            <w:color w:val="0000EE"/>
            <w:u w:val="single"/>
          </w:rPr>
          <w:t>[3]</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https://www.thepinknews.com/2026/07/16/lgbtq-travel-europe-spain-san-sebastian/</w:t>
        </w:r>
      </w:hyperlink>
      <w:r>
        <w:t xml:space="preserve"> - Please view link - unable to able to access data</w:t>
      </w:r>
      <w:r/>
    </w:p>
    <w:p>
      <w:pPr>
        <w:pStyle w:val="ListNumber"/>
        <w:spacing w:line="240" w:lineRule="auto"/>
        <w:ind w:left="720"/>
      </w:pPr>
      <w:r/>
      <w:hyperlink r:id="rId9">
        <w:r>
          <w:rPr>
            <w:color w:val="0000EE"/>
            <w:u w:val="single"/>
          </w:rPr>
          <w:t>https://www.thepinknews.com/2026/07/16/lgbtq-travel-europe-spain-san-sebastian/</w:t>
        </w:r>
      </w:hyperlink>
      <w:r>
        <w:t xml:space="preserve"> - An article from The Pink News highlights San Sebastián as an unexpectedly LGBTQ+ friendly destination in Europe. The author shares their experience visiting during Pride Month, noting the city's overt inclusivity with monuments and buildings adorned with rainbow flags. They mention the City Hall's display of the Progress Pride flag and rainbow-coloured steps, and an LGBTQ+ gathering in Plaza de la Constitución. The piece also describes the city's scenic beauty, including the Urumea River, and provides travel details from London Gatwick to Bilbao Airport, followed by a bus ride to San Sebastián.</w:t>
      </w:r>
      <w:r/>
    </w:p>
    <w:p>
      <w:pPr>
        <w:pStyle w:val="ListNumber"/>
        <w:spacing w:line="240" w:lineRule="auto"/>
        <w:ind w:left="720"/>
      </w:pPr>
      <w:r/>
      <w:hyperlink r:id="rId10">
        <w:r>
          <w:rPr>
            <w:color w:val="0000EE"/>
            <w:u w:val="single"/>
          </w:rPr>
          <w:t>https://www.thesocialhub.co/san-sebastian/</w:t>
        </w:r>
      </w:hyperlink>
      <w:r>
        <w:t xml:space="preserve"> - The Social Hub San Sebastián offers modern hotel rooms, student accommodation, coworking spaces, and event venues. Located near the city's golden beaches and lush hillsides, it features a rooftop bar and pool, making it an ideal base for visitors seeking inspiration in this beautiful seaside city. The hub provides a vibrant community atmosphere, catering to both short and extended stays, and offers various amenities to enhance the guest experience.</w:t>
      </w:r>
      <w:r/>
    </w:p>
    <w:p>
      <w:pPr>
        <w:pStyle w:val="ListNumber"/>
        <w:spacing w:line="240" w:lineRule="auto"/>
        <w:ind w:left="720"/>
      </w:pPr>
      <w:r/>
      <w:hyperlink r:id="rId11">
        <w:r>
          <w:rPr>
            <w:color w:val="0000EE"/>
            <w:u w:val="single"/>
          </w:rPr>
          <w:t>https://www.thesocialhub.co/es/san-sebastian/estancia-estudiantes/</w:t>
        </w:r>
      </w:hyperlink>
      <w:r>
        <w:t xml:space="preserve"> - The Social Hub San Sebastián provides fully furnished student accommodation equipped with private bathrooms, desks, TVs, bed linen, towels, monthly cleaning services, and free Wi-Fi. Located near the University of Deusto, Basque Culinary Centre, and UPV, it offers a secure and hassle-free stay, fostering a community where students can study, ignite positive change, and form lifelong friendships.</w:t>
      </w:r>
      <w:r/>
    </w:p>
    <w:p>
      <w:pPr>
        <w:pStyle w:val="ListNumber"/>
        <w:spacing w:line="240" w:lineRule="auto"/>
        <w:ind w:left="720"/>
      </w:pPr>
      <w:r/>
      <w:hyperlink r:id="rId12">
        <w:r>
          <w:rPr>
            <w:color w:val="0000EE"/>
            <w:u w:val="single"/>
          </w:rPr>
          <w:t>https://www.thesocialhub.co/san-sebastian/student-stay/</w:t>
        </w:r>
      </w:hyperlink>
      <w:r>
        <w:t xml:space="preserve"> - The Social Hub San Sebastián offers all-inclusive student rooms designed to help students thrive. Each room is fully furnished with a modern bathroom, desk, TV, bed linen, towels, monthly cleaning service, and free Wi-Fi. Located near the University of Deusto, Basque Culinary Centre, and UPV, it provides a secure and hassle-free stay, fostering a community where students can study, ignite positive change, and form lifelong friendships.</w:t>
      </w:r>
      <w:r/>
    </w:p>
    <w:p>
      <w:pPr>
        <w:pStyle w:val="ListNumber"/>
        <w:spacing w:line="240" w:lineRule="auto"/>
        <w:ind w:left="720"/>
      </w:pPr>
      <w:r/>
      <w:hyperlink r:id="rId10">
        <w:r>
          <w:rPr>
            <w:color w:val="0000EE"/>
            <w:u w:val="single"/>
          </w:rPr>
          <w:t>https://www.thesocialhub.co/san-sebastian/</w:t>
        </w:r>
      </w:hyperlink>
      <w:r>
        <w:t xml:space="preserve"> - The Social Hub San Sebastián offers modern hotel rooms, student accommodation, coworking spaces, and event venues. Located near the city's golden beaches and lush hillsides, it features a rooftop bar and pool, making it an ideal base for visitors seeking inspiration in this beautiful seaside city. The hub provides a vibrant community atmosphere, catering to both short and extended stays, and offers various amenities to enhance the guest experience.</w:t>
      </w:r>
      <w:r/>
    </w:p>
    <w:p>
      <w:pPr>
        <w:pStyle w:val="ListNumber"/>
        <w:spacing w:line="240" w:lineRule="auto"/>
        <w:ind w:left="720"/>
      </w:pPr>
      <w:r/>
      <w:hyperlink r:id="rId10">
        <w:r>
          <w:rPr>
            <w:color w:val="0000EE"/>
            <w:u w:val="single"/>
          </w:rPr>
          <w:t>https://www.thesocialhub.co/san-sebastian/</w:t>
        </w:r>
      </w:hyperlink>
      <w:r>
        <w:t xml:space="preserve"> - The Social Hub San Sebastián offers modern hotel rooms, student accommodation, coworking spaces, and event venues. Located near the city's golden beaches and lush hillsides, it features a rooftop bar and pool, making it an ideal base for visitors seeking inspiration in this beautiful seaside city. The hub provides a vibrant community atmosphere, catering to both short and extended stays, and offers various amenities to enhance the guest experience.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16/lgbtq-travel-europe-spain-san-sebastian/" TargetMode="External"/><Relationship Id="rId10" Type="http://schemas.openxmlformats.org/officeDocument/2006/relationships/hyperlink" Target="https://www.thesocialhub.co/san-sebastian/" TargetMode="External"/><Relationship Id="rId11" Type="http://schemas.openxmlformats.org/officeDocument/2006/relationships/hyperlink" Target="https://www.thesocialhub.co/es/san-sebastian/estancia-estudiantes/" TargetMode="External"/><Relationship Id="rId12" Type="http://schemas.openxmlformats.org/officeDocument/2006/relationships/hyperlink" Target="https://www.thesocialhub.co/san-sebastian/student-sta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