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Characters in Westeros: Who Made It On-Screen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streaming drama and bookish fans alike are revisiting Westeros with fresh eyes , and noticing its quietly powerful queer moments. From Renly and Loras’s doomed tenderness to Rhaenyra’s sapphic subtext, these on-screen LGBTQ+ portrayals matter because they shape how a huge fantasy franchise reflects real-world identities.</w:t>
      </w:r>
      <w:r/>
    </w:p>
    <w:p>
      <w:r/>
      <w:r>
        <w:t>Essential Takeaways</w:t>
      </w:r>
      <w:r/>
      <w:r/>
    </w:p>
    <w:p>
      <w:pPr>
        <w:pStyle w:val="ListBullet"/>
        <w:spacing w:line="240" w:lineRule="auto"/>
        <w:ind w:left="720"/>
      </w:pPr>
      <w:r/>
      <w:r>
        <w:rPr>
          <w:b/>
        </w:rPr>
        <w:t>Visible queer heroes:</w:t>
      </w:r>
      <w:r>
        <w:t xml:space="preserve"> Several named characters in Game of Thrones and House of the Dragon are explicitly shown in same-sex or fluid relationships, giving queer viewers recognisable representation.</w:t>
      </w:r>
      <w:r/>
    </w:p>
    <w:p>
      <w:pPr>
        <w:pStyle w:val="ListBullet"/>
        <w:spacing w:line="240" w:lineRule="auto"/>
        <w:ind w:left="720"/>
      </w:pPr>
      <w:r/>
      <w:r>
        <w:rPr>
          <w:b/>
        </w:rPr>
        <w:t>Sexual fluidity on display:</w:t>
      </w:r>
      <w:r>
        <w:t xml:space="preserve"> Characters like Oberyn and Ellaria enjoy partners of multiple genders, and the shows treat their desires as part of who they are, not a shock twist.</w:t>
      </w:r>
      <w:r/>
    </w:p>
    <w:p>
      <w:pPr>
        <w:pStyle w:val="ListBullet"/>
        <w:spacing w:line="240" w:lineRule="auto"/>
        <w:ind w:left="720"/>
      </w:pPr>
      <w:r/>
      <w:r>
        <w:rPr>
          <w:b/>
        </w:rPr>
        <w:t>Non-binary and trans visibility:</w:t>
      </w:r>
      <w:r>
        <w:t xml:space="preserve"> House of the Dragon introduces Admiral Sharako Lohar, played by a trans actor, bringing gender diversity into the naval politics of Essos.</w:t>
      </w:r>
      <w:r/>
    </w:p>
    <w:p>
      <w:pPr>
        <w:pStyle w:val="ListBullet"/>
        <w:spacing w:line="240" w:lineRule="auto"/>
        <w:ind w:left="720"/>
      </w:pPr>
      <w:r/>
      <w:r>
        <w:rPr>
          <w:b/>
        </w:rPr>
        <w:t>Happy endings are rare but real:</w:t>
      </w:r>
      <w:r>
        <w:t xml:space="preserve"> Laenor and Qarl’s escape is a rare on-screen queer happy ending in this franchise, a small but meaningful shift.</w:t>
      </w:r>
      <w:r/>
    </w:p>
    <w:p>
      <w:pPr>
        <w:pStyle w:val="ListBullet"/>
        <w:spacing w:line="240" w:lineRule="auto"/>
        <w:ind w:left="720"/>
      </w:pPr>
      <w:r/>
      <w:r>
        <w:rPr>
          <w:b/>
        </w:rPr>
        <w:t>Subtext matters:</w:t>
      </w:r>
      <w:r>
        <w:t xml:space="preserve"> Even characters not labelled LGBTQ+ onscreen, like Brienne or Arya, resonate with queer audiences because they reject rigid gender expectations.</w:t>
      </w:r>
      <w:r/>
      <w:r/>
    </w:p>
    <w:p>
      <w:pPr>
        <w:pStyle w:val="Heading2"/>
      </w:pPr>
      <w:r>
        <w:t>Why these on-screen moments feel bigger than they are</w:t>
      </w:r>
      <w:r/>
    </w:p>
    <w:p>
      <w:r/>
      <w:r>
        <w:t>The shows take George R.R. Martin’s sprawling world and put faces, gestures and looks where the books often leave things unsaid, so onscreen moments land with particular force. When Renly and Loras share gentle scenes or Oberyn moves through brothels with unapologetic charm, the camera makes a private truth public, and that matters emotionally. Producers and actors have sometimes added choices , an improvised kiss, or a scene staged to underline affinity , and those small decisions turn subtext into something viewers can point to and discuss.</w:t>
      </w:r>
      <w:r/>
    </w:p>
    <w:p>
      <w:pPr>
        <w:pStyle w:val="Heading2"/>
      </w:pPr>
      <w:r>
        <w:t>Game of Thrones: queer stories that shaped viewers’ memories</w:t>
      </w:r>
      <w:r/>
    </w:p>
    <w:p>
      <w:r/>
      <w:r>
        <w:t>Game of Thrones opened mainstream TV’s door to fantasy queer storytelling in a very public way. Renly and Loras’s romance, Loras’s tragic fall after being outed, and Oberyn’s fluid attractions are the headline moments most people remember. Varys’s dispassionate answer about desire created space for asexual readings, while Brienne and Arya appealed to audiences tired of narrow feminine roles. These arcs show that representation wasn’t just tokenism: it was woven into politics, violence and love, and sometimes weaponised against characters in heartbreakingly clear ways.</w:t>
      </w:r>
      <w:r/>
    </w:p>
    <w:p>
      <w:pPr>
        <w:pStyle w:val="Heading2"/>
      </w:pPr>
      <w:r>
        <w:t>House of the Dragon: representation with more nuance</w:t>
      </w:r>
      <w:r/>
    </w:p>
    <w:p>
      <w:r/>
      <w:r>
        <w:t>House of the Dragon leans into queer subtext and brings a few romances more directly onscreen. Rhaenyra’s flirtations, her surprising kiss with Mysaria, and Laenor’s tender relationship with Joffrey , followed by his escape with Qarl , give viewers both longing and, occasionally, hope. The series also broadens gender expression with Admiral Sharako Lohar, creating a face for trans representation in the franchise. These moments matter because they show queer stories can exist alongside dynastic warfare and dragons, not apart from them.</w:t>
      </w:r>
      <w:r/>
    </w:p>
    <w:p>
      <w:pPr>
        <w:pStyle w:val="Heading2"/>
      </w:pPr>
      <w:r>
        <w:t>How these portrayals compare to the books and wider TV trends</w:t>
      </w:r>
      <w:r/>
    </w:p>
    <w:p>
      <w:r/>
      <w:r>
        <w:t>The television adaptations tend to make interpersonal dynamics more explicit than the novels, because onscreen chemistry is a storytelling tool producers lean on. That means some characters who felt ambiguous on the page gain clearer queer presentation on-screen. Across TV, viewers now expect authenticity and nuance; so when actors and creative teams collaborate to heighten a relationship , as with Rhaenyra and Mysaria , audiences reward that honesty. Still, Westeros keeps using queer stories as drama fuel, which mirrors a wider trend where queer relationships are compelling storytelling but not always spared tragedy.</w:t>
      </w:r>
      <w:r/>
    </w:p>
    <w:p>
      <w:pPr>
        <w:pStyle w:val="Heading2"/>
      </w:pPr>
      <w:r>
        <w:t>Practical tips for viewers and curious parents</w:t>
      </w:r>
      <w:r/>
    </w:p>
    <w:p>
      <w:r/>
      <w:r>
        <w:t>If you’re watching with kids or introducing someone to the franchise, be aware that queer moments are often embedded in adult themes: political betrayal, sex scenes, and violence. For those seeking representation specifically, look for scenes cited by fans , Renly and Loras’s intimate moments, Oberyn and Ellaria’s Dorne sequences, and Rhaenyra’s scenes with Alicent and Mysaria. And if you want to support better representation, notice when creators collaborate with actors to portray queer relationships honestly , that’s usually a sign of thoughtful depiction.</w:t>
      </w:r>
      <w:r/>
    </w:p>
    <w:p>
      <w:r/>
      <w:r>
        <w:t>It's a small change to see Westeros through queer eyes, but it makes a big difference to who feels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9">
        <w:r>
          <w:rPr>
            <w:color w:val="0000EE"/>
            <w:u w:val="single"/>
          </w:rPr>
          <w:t>[1]</w:t>
        </w:r>
      </w:hyperlink>
      <w:r>
        <w:t xml:space="preserve">- Paragraph 4: </w:t>
      </w:r>
      <w:hyperlink r:id="rId9">
        <w:r>
          <w:rPr>
            <w:color w:val="0000EE"/>
            <w:u w:val="single"/>
          </w:rPr>
          <w:t>[2]</w:t>
        </w:r>
      </w:hyperlink>
      <w:r>
        <w:t xml:space="preserve">, </w:t>
      </w:r>
      <w:hyperlink r:id="rId9">
        <w:r>
          <w:rPr>
            <w:color w:val="0000EE"/>
            <w:u w:val="single"/>
          </w:rPr>
          <w:t>[1]</w:t>
        </w:r>
      </w:hyperlink>
      <w:r>
        <w:t xml:space="preserve">- Paragraph 5: </w:t>
      </w:r>
      <w:hyperlink r:id="rId9">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https://www.out.com/gay-tv-shows/game-of-thrones-house-dragon-lgbtq-characters</w:t>
        </w:r>
      </w:hyperlink>
      <w:r>
        <w:t xml:space="preserve"> - Please view link - unable to able to access data</w:t>
      </w:r>
      <w:r/>
    </w:p>
    <w:p>
      <w:pPr>
        <w:pStyle w:val="ListNumber"/>
        <w:spacing w:line="240" w:lineRule="auto"/>
        <w:ind w:left="720"/>
      </w:pPr>
      <w:r/>
      <w:hyperlink r:id="rId9">
        <w:r>
          <w:rPr>
            <w:color w:val="0000EE"/>
            <w:u w:val="single"/>
          </w:rPr>
          <w:t>https://www.out.com/gay-tv-shows/game-of-thrones-house-dragon-lgbtq-characters</w:t>
        </w:r>
      </w:hyperlink>
      <w:r>
        <w:t xml:space="preserve"> - This article from Out.com provides an overview of LGBTQ+ characters in the Game of Thrones and House of the Dragon series. It highlights characters such as Renly Baratheon and Loras Tyrell, discussing their relationships and significance within the narrative. The piece also touches upon other characters like Oberyn Martell and Ellaria Sand, exploring their roles and the representation of LGBTQ+ themes in the series. The article includes spoilers and offers insights into the portrayal of queer characters in the Game of Thrones universe.</w:t>
      </w:r>
      <w:r/>
    </w:p>
    <w:p>
      <w:pPr>
        <w:pStyle w:val="ListNumber"/>
        <w:spacing w:line="240" w:lineRule="auto"/>
        <w:ind w:left="720"/>
      </w:pPr>
      <w:r/>
      <w:hyperlink r:id="rId12">
        <w:r>
          <w:rPr>
            <w:color w:val="0000EE"/>
            <w:u w:val="single"/>
          </w:rPr>
          <w:t>https://en.wikipedia.org/wiki/Renly_Baratheon</w:t>
        </w:r>
      </w:hyperlink>
      <w:r>
        <w:t xml:space="preserve"> - The Wikipedia page on Renly Baratheon provides detailed information about the character from George R.R. Martin's A Song of Ice and Fire series and its television adaptation, Game of Thrones. It covers Renly's background, his role as Lord of Storm's End, and his relationship with Loras Tyrell. The page also discusses Renly's political ambitions, his claim to the Iron Throne, and his eventual death. The article includes references to the source material and the television series.</w:t>
      </w:r>
      <w:r/>
    </w:p>
    <w:p>
      <w:pPr>
        <w:pStyle w:val="ListNumber"/>
        <w:spacing w:line="240" w:lineRule="auto"/>
        <w:ind w:left="720"/>
      </w:pPr>
      <w:r/>
      <w:hyperlink r:id="rId10">
        <w:r>
          <w:rPr>
            <w:color w:val="0000EE"/>
            <w:u w:val="single"/>
          </w:rPr>
          <w:t>https://gameofthrones.fandom.com/wiki/Oberyn_Martell</w:t>
        </w:r>
      </w:hyperlink>
      <w:r>
        <w:t xml:space="preserve"> - This Fandom wiki page offers an in-depth look at Oberyn Martell, a character from the Game of Thrones series. It details his background as the younger brother of Prince Doran Martell, his relationships, and his reputation as the 'Red Viper.' The page also explores Oberyn's sexual fluidity and his interactions with other characters, including his paramour, Ellaria Sand. It provides insights into his role in the series and his impact on the storyline.</w:t>
      </w:r>
      <w:r/>
    </w:p>
    <w:p>
      <w:pPr>
        <w:pStyle w:val="ListNumber"/>
        <w:spacing w:line="240" w:lineRule="auto"/>
        <w:ind w:left="720"/>
      </w:pPr>
      <w:r/>
      <w:hyperlink r:id="rId13">
        <w:r>
          <w:rPr>
            <w:color w:val="0000EE"/>
            <w:u w:val="single"/>
          </w:rPr>
          <w:t>https://www.planete-popcorn.fr/serie/game-of-thrones/loras-tyrell/</w:t>
        </w:r>
      </w:hyperlink>
      <w:r>
        <w:t xml:space="preserve"> - This article from Planète Popcorn focuses on Loras Tyrell, a character from the Game of Thrones series. It discusses his background as the son of Mace Tyrell and his secret relationship with King Renly Baratheon. The piece covers key events involving Loras, including his participation in tournaments, his rivalry with Brienne of Tarth, and his eventual arrest by the Faith Militant. The article provides a comprehensive overview of Loras's character arc and his significance in the series.</w:t>
      </w:r>
      <w:r/>
    </w:p>
    <w:p>
      <w:pPr>
        <w:pStyle w:val="ListNumber"/>
        <w:spacing w:line="240" w:lineRule="auto"/>
        <w:ind w:left="720"/>
      </w:pPr>
      <w:r/>
      <w:hyperlink r:id="rId11">
        <w:r>
          <w:rPr>
            <w:color w:val="0000EE"/>
            <w:u w:val="single"/>
          </w:rPr>
          <w:t>https://hbowatch.com/story/renly-and-loras-the-hidden-romance-that-changed-game-of-thrones/</w:t>
        </w:r>
      </w:hyperlink>
      <w:r>
        <w:t xml:space="preserve"> - This article from HBO Watch delves into the relationship between Renly Baratheon and Loras Tyrell in the Game of Thrones series. It examines how their romance was portrayed, the subtlety of their interactions, and the impact of their relationship on the series' narrative. The piece highlights the significance of their bond as one of the show's notable LGBTQ+ representations and discusses the dynamics of their characters within the context of the story.</w:t>
      </w:r>
      <w:r/>
    </w:p>
    <w:p>
      <w:pPr>
        <w:pStyle w:val="ListNumber"/>
        <w:spacing w:line="240" w:lineRule="auto"/>
        <w:ind w:left="720"/>
      </w:pPr>
      <w:r/>
      <w:hyperlink r:id="rId14">
        <w:r>
          <w:rPr>
            <w:color w:val="0000EE"/>
            <w:u w:val="single"/>
          </w:rPr>
          <w:t>https://time.com/2838546/game-of-thrones-why-you-cant-stop-thinking-about-oberyn-martell/</w:t>
        </w:r>
      </w:hyperlink>
      <w:r>
        <w:t xml:space="preserve"> - This Time magazine article explores the character of Oberyn Martell in the Game of Thrones series. It discusses his charismatic and daring nature, his quest for revenge against the Lannisters, and the impact of his death on fans. The piece reflects on Oberyn's role as a beacon of hope and his unyielding confidence, providing insights into why his character left a lasting impression on viewers.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gay-tv-shows/game-of-thrones-house-dragon-lgbtq-characters" TargetMode="External"/><Relationship Id="rId10" Type="http://schemas.openxmlformats.org/officeDocument/2006/relationships/hyperlink" Target="https://gameofthrones.fandom.com/wiki/Oberyn_Martell" TargetMode="External"/><Relationship Id="rId11" Type="http://schemas.openxmlformats.org/officeDocument/2006/relationships/hyperlink" Target="https://hbowatch.com/story/renly-and-loras-the-hidden-romance-that-changed-game-of-thrones/" TargetMode="External"/><Relationship Id="rId12" Type="http://schemas.openxmlformats.org/officeDocument/2006/relationships/hyperlink" Target="https://en.wikipedia.org/wiki/Renly_Baratheon" TargetMode="External"/><Relationship Id="rId13" Type="http://schemas.openxmlformats.org/officeDocument/2006/relationships/hyperlink" Target="https://www.planete-popcorn.fr/serie/game-of-thrones/loras-tyrell/" TargetMode="External"/><Relationship Id="rId14" Type="http://schemas.openxmlformats.org/officeDocument/2006/relationships/hyperlink" Target="https://time.com/2838546/game-of-thrones-why-you-cant-stop-thinking-about-oberyn-marte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