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Love Stories to Make You Swoon — and Why They Matter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queer romance and TV fans are buzzing as Heartstopper Forever arrives, sparking a fresh debate about how we want gay love stories portrayed , sweeter and safe, or messier and sexier. Who wins hearts now matters for representation, culture, and the stories young people see.</w:t>
      </w:r>
      <w:r/>
    </w:p>
    <w:p>
      <w:r/>
      <w:r>
        <w:t>Essential Takeaways</w:t>
      </w:r>
      <w:r/>
      <w:r/>
    </w:p>
    <w:p>
      <w:pPr>
        <w:pStyle w:val="ListBullet"/>
        <w:spacing w:line="240" w:lineRule="auto"/>
        <w:ind w:left="720"/>
      </w:pPr>
      <w:r/>
      <w:r>
        <w:rPr>
          <w:b/>
        </w:rPr>
        <w:t>New tone:</w:t>
      </w:r>
      <w:r>
        <w:t xml:space="preserve"> Heartstopper Forever leans into more explicit intimacy, signalling a shift from purely wholesome queer romances to grittier teen drama.</w:t>
      </w:r>
      <w:r/>
    </w:p>
    <w:p>
      <w:pPr>
        <w:pStyle w:val="ListBullet"/>
        <w:spacing w:line="240" w:lineRule="auto"/>
        <w:ind w:left="720"/>
      </w:pPr>
      <w:r/>
      <w:r>
        <w:rPr>
          <w:b/>
        </w:rPr>
        <w:t>Actors weigh in:</w:t>
      </w:r>
      <w:r>
        <w:t xml:space="preserve"> Kit Connor and Joe Locke have talked openly about wanting more realistic, complicated young relationships on screen.</w:t>
      </w:r>
      <w:r/>
    </w:p>
    <w:p>
      <w:pPr>
        <w:pStyle w:val="ListBullet"/>
        <w:spacing w:line="240" w:lineRule="auto"/>
        <w:ind w:left="720"/>
      </w:pPr>
      <w:r/>
      <w:r>
        <w:rPr>
          <w:b/>
        </w:rPr>
        <w:t>Audience split:</w:t>
      </w:r>
      <w:r>
        <w:t xml:space="preserve"> Shows like Heated Rivalry prove sexier queer stories attract broad, often female, audiences while reigniting conversations about authenticity.</w:t>
      </w:r>
      <w:r/>
    </w:p>
    <w:p>
      <w:pPr>
        <w:pStyle w:val="ListBullet"/>
        <w:spacing w:line="240" w:lineRule="auto"/>
        <w:ind w:left="720"/>
      </w:pPr>
      <w:r/>
      <w:r>
        <w:rPr>
          <w:b/>
        </w:rPr>
        <w:t>Book options:</w:t>
      </w:r>
      <w:r>
        <w:t xml:space="preserve"> Gay love stories in novels and audiobooks remain a go-to if you want nuance, longer arcs, or more mature perspectives.</w:t>
      </w:r>
      <w:r/>
    </w:p>
    <w:p>
      <w:pPr>
        <w:pStyle w:val="ListBullet"/>
        <w:spacing w:line="240" w:lineRule="auto"/>
        <w:ind w:left="720"/>
      </w:pPr>
      <w:r/>
      <w:r>
        <w:rPr>
          <w:b/>
        </w:rPr>
        <w:t>Practical pick:</w:t>
      </w:r>
      <w:r>
        <w:t xml:space="preserve"> Choose a love story by mood , comforting and soft for a cosy night in, or raw and messy if you want drama and heat.</w:t>
      </w:r>
      <w:r/>
      <w:r/>
    </w:p>
    <w:p>
      <w:pPr>
        <w:pStyle w:val="Heading2"/>
      </w:pPr>
      <w:r>
        <w:t>Why Heartstopper Forever feels like a turning point</w:t>
      </w:r>
      <w:r/>
    </w:p>
    <w:p>
      <w:r/>
      <w:r>
        <w:t>The first thing to know is the tone is different this time: warmer moments are still there, but the sequel brings more explicit scenes and teenage complexity. According to interviews in The Guardian, Kit Connor and Joe Locke say they wanted to reflect how messy growing up can actually be. That makes the show feel more textured , the soft, shy kisses are still lovely, but now there's an edge that tingles.</w:t>
      </w:r>
      <w:r/>
    </w:p>
    <w:p>
      <w:r/>
      <w:r>
        <w:t>This isn’t just shock value. It’s part of a broader evolution in queer storytelling where creators are less afraid to let characters be flawed, sexual, or even make poor choices. For fans who grew up with sanitised romances, it can be a relief; for others it’s a reminder that representation isn’t a single shape.</w:t>
      </w:r>
      <w:r/>
    </w:p>
    <w:p>
      <w:pPr>
        <w:pStyle w:val="Heading2"/>
      </w:pPr>
      <w:r>
        <w:t>Heated Rivalry and the appetite for sexier queer drama</w:t>
      </w:r>
      <w:r/>
    </w:p>
    <w:p>
      <w:r/>
      <w:r>
        <w:t>Heated Rivalry proved there’s a big audience for steamier queer narratives, and not just within the LGBTQ+ community. Axios reported that romance audiobooks and serialised titillation are booming, and shows that lean into adult themes often bring in viewers who want intensity over innocence.</w:t>
      </w:r>
      <w:r/>
    </w:p>
    <w:p>
      <w:r/>
      <w:r>
        <w:t>That popularity has pushed producers to stop assuming young queer stories must be squeaky-clean. If you loved the safe romance of earlier hits, brace yourself , these shows are aiming to be more honest about desire, jealousy and the rough patches that actually teach us about love.</w:t>
      </w:r>
      <w:r/>
    </w:p>
    <w:p>
      <w:pPr>
        <w:pStyle w:val="Heading2"/>
      </w:pPr>
      <w:r>
        <w:t>Favourite gay love stories , classics and new must-reads</w:t>
      </w:r>
      <w:r/>
    </w:p>
    <w:p>
      <w:r/>
      <w:r>
        <w:t>If you’re compiling your all-time list, mix genres. Bring in the quiet courage of older novels, the aching realism of contemporary fiction, and the guilty-pleasure energy of modern TV. Books let you linger in a character’s head; series show chemistry in real time. For a gentle night, pick a slow-burn novel with emotional payoff. For a rowdy discussion with friends, cue up a gritty show and argue about who was right or whether anyone deserved to cheat.</w:t>
      </w:r>
      <w:r/>
    </w:p>
    <w:p>
      <w:r/>
      <w:r>
        <w:t>Audiobooks are worth mentioning: they’ve made romance more communal. Your commute, kitchen or late-night walk can suddenly feel like a shared world , which is why industry notes show listeners are turning to narrated queer love stories more than ever.</w:t>
      </w:r>
      <w:r/>
    </w:p>
    <w:p>
      <w:pPr>
        <w:pStyle w:val="Heading2"/>
      </w:pPr>
      <w:r>
        <w:t>How to pick the right gay love story for you</w:t>
      </w:r>
      <w:r/>
    </w:p>
    <w:p>
      <w:r/>
      <w:r>
        <w:t>Start with mood. Want comfort and reassurance? Go for softer tales with tender pacing. Craving realism and moral messiness? Seek out titles and shows that won’t shy from sex, breakups or flawed protagonists. Consider age-appropriateness too: teen dramas that include explicit scenes might land differently for younger viewers.</w:t>
      </w:r>
      <w:r/>
    </w:p>
    <w:p>
      <w:r/>
      <w:r>
        <w:t>Also think about format. Novels give context and internal monologue; TV offers chemistry, casting and soundtrack. Audiobooks offer intimacy through voice. If you’re buying or streaming, read a few reviews and check trigger warnings , it’s a small effort that keeps the experience enjoyable.</w:t>
      </w:r>
      <w:r/>
    </w:p>
    <w:p>
      <w:pPr>
        <w:pStyle w:val="Heading2"/>
      </w:pPr>
      <w:r>
        <w:t>What this shift means for representation</w:t>
      </w:r>
      <w:r/>
    </w:p>
    <w:p>
      <w:r/>
      <w:r>
        <w:t>There’s a simple human truth here: people want to see themselves , complicated, horny, selfish and tender , on screen. Heartstopper Forever’s pivot is a sign that mainstream platforms are trusting audiences to handle nuance. Critics and viewers will argue about tone, but the upside is clearer portrayals of queer lives, not just on the margins but at their messy, glorious centre.</w:t>
      </w:r>
      <w:r/>
    </w:p>
    <w:p>
      <w:r/>
      <w:r>
        <w:t>Expect more debate as creators push boundaries. Personally, it’s exciting: a world where every queer person can find a story that feels like them, whether that’s sweet, sexy or somewhere gloriously in-between.</w:t>
      </w:r>
      <w:r/>
    </w:p>
    <w:p>
      <w:r/>
      <w:r>
        <w:t>It's a small change that can make every love story feel truer.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3">
        <w:r>
          <w:rPr>
            <w:color w:val="0000EE"/>
            <w:u w:val="single"/>
          </w:rPr>
          <w:t>[6]</w:t>
        </w:r>
      </w:hyperlink>
      <w:r>
        <w:t xml:space="preserve">, </w:t>
      </w:r>
      <w:hyperlink r:id="rId14">
        <w:r>
          <w:rPr>
            <w:color w:val="0000EE"/>
            <w:u w:val="single"/>
          </w:rPr>
          <w:t>[7]</w:t>
        </w:r>
      </w:hyperlink>
      <w:r>
        <w:t xml:space="preserve">- Paragraph 4: </w:t>
      </w:r>
      <w:hyperlink r:id="rId13">
        <w:r>
          <w:rPr>
            <w:color w:val="0000EE"/>
            <w:u w:val="single"/>
          </w:rPr>
          <w:t>[6]</w:t>
        </w:r>
      </w:hyperlink>
      <w:r>
        <w:t xml:space="preserve">, </w:t>
      </w:r>
      <w:hyperlink r:id="rId15">
        <w:r>
          <w:rPr>
            <w:color w:val="0000EE"/>
            <w:u w:val="single"/>
          </w:rPr>
          <w:t>[5]</w:t>
        </w:r>
      </w:hyperlink>
      <w:r>
        <w:t xml:space="preserve">- Paragraph 5: </w:t>
      </w:r>
      <w:hyperlink r:id="rId10">
        <w:r>
          <w:rPr>
            <w:color w:val="0000EE"/>
            <w:u w:val="single"/>
          </w:rPr>
          <w:t>[2]</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https://www.queerty.com/whats-your-all-time-favorite-gay-love-story-20260715/</w:t>
        </w:r>
      </w:hyperlink>
      <w:r>
        <w:t xml:space="preserve"> - Please view link - unable to able to access data</w:t>
      </w:r>
      <w:r/>
    </w:p>
    <w:p>
      <w:pPr>
        <w:pStyle w:val="ListNumber"/>
        <w:spacing w:line="240" w:lineRule="auto"/>
        <w:ind w:left="720"/>
      </w:pPr>
      <w:r/>
      <w:hyperlink r:id="rId10">
        <w:r>
          <w:rPr>
            <w:color w:val="0000EE"/>
            <w:u w:val="single"/>
          </w:rPr>
          <w:t>https://www.theguardian.com/film/2026/jul/10/kit-connor-joe-locke-interview-heartstoppers-forever-queer-teen-drama-netflix</w:t>
        </w:r>
      </w:hyperlink>
      <w:r>
        <w:t xml:space="preserve"> - In an interview with The Guardian, Kit Connor and Joe Locke discuss the upcoming 'Heartstopper Forever' film, highlighting its grittier portrayal of Nick and Charlie's relationship. Connor jokes about depicting youthful indiscretions, while Locke emphasizes the importance of showing authentic queer experiences, including intimacy, to reflect the characters' genuine attraction and the realities of young love.</w:t>
      </w:r>
      <w:r/>
    </w:p>
    <w:p>
      <w:pPr>
        <w:pStyle w:val="ListNumber"/>
        <w:spacing w:line="240" w:lineRule="auto"/>
        <w:ind w:left="720"/>
      </w:pPr>
      <w:r/>
      <w:hyperlink r:id="rId11">
        <w:r>
          <w:rPr>
            <w:color w:val="0000EE"/>
            <w:u w:val="single"/>
          </w:rPr>
          <w:t>https://www.thepinknews.com/2026/07/10/heartstopper-forever-joe-locke-kit-connor-sex-scenes/</w:t>
        </w:r>
      </w:hyperlink>
      <w:r>
        <w:t xml:space="preserve"> - Joe Locke and Kit Connor, stars of 'Heartstopper Forever,' discuss the inclusion of sex scenes in the film. Locke argues that omitting such scenes would be unrealistic, given the characters' age and the show's earnest approach to queer representation. Connor adds that the film takes a step away from idealizing youth, acknowledging the natural progression of their relationship.</w:t>
      </w:r>
      <w:r/>
    </w:p>
    <w:p>
      <w:pPr>
        <w:pStyle w:val="ListNumber"/>
        <w:spacing w:line="240" w:lineRule="auto"/>
        <w:ind w:left="720"/>
      </w:pPr>
      <w:r/>
      <w:hyperlink r:id="rId12">
        <w:r>
          <w:rPr>
            <w:color w:val="0000EE"/>
            <w:u w:val="single"/>
          </w:rPr>
          <w:t>https://www.usmagazine.com/entertainment/news/heartstoppers-kit-connor-joe-locke-defend-queer-sex-scenes/</w:t>
        </w:r>
      </w:hyperlink>
      <w:r>
        <w:t xml:space="preserve"> - Kit Connor and Joe Locke defend the portrayal of queer sex scenes in 'Heartstopper Forever.' They argue that depicting intimacy is essential to the story, reflecting the characters' genuine attraction and the realities of young love. Connor notes the challenge of balancing authenticity with the portrayal of youthful indiscretions, while Locke emphasizes the importance of showing love between two boys.</w:t>
      </w:r>
      <w:r/>
    </w:p>
    <w:p>
      <w:pPr>
        <w:pStyle w:val="ListNumber"/>
        <w:spacing w:line="240" w:lineRule="auto"/>
        <w:ind w:left="720"/>
      </w:pPr>
      <w:r/>
      <w:hyperlink r:id="rId15">
        <w:r>
          <w:rPr>
            <w:color w:val="0000EE"/>
            <w:u w:val="single"/>
          </w:rPr>
          <w:t>https://www.out.com/celebs/kit-connor-joe-locke-heartstopper</w:t>
        </w:r>
      </w:hyperlink>
      <w:r>
        <w:t xml:space="preserve"> - In an interview with Out.com, Joe Locke and Kit Connor discuss the intimate sex scenes in 'Heartstopper Forever.' They highlight the importance of showcasing Nick and Charlie's love authentically, acknowledging the natural progression of their relationship as they grow older. The actors share insights into the filming process and the significance of representing queer intimacy on screen.</w:t>
      </w:r>
      <w:r/>
    </w:p>
    <w:p>
      <w:pPr>
        <w:pStyle w:val="ListNumber"/>
        <w:spacing w:line="240" w:lineRule="auto"/>
        <w:ind w:left="720"/>
      </w:pPr>
      <w:r/>
      <w:hyperlink r:id="rId13">
        <w:r>
          <w:rPr>
            <w:color w:val="0000EE"/>
            <w:u w:val="single"/>
          </w:rPr>
          <w:t>https://www.axios.com/2026/01/16/romance-audiobooks-community-heated-rivalry</w:t>
        </w:r>
      </w:hyperlink>
      <w:r>
        <w:t xml:space="preserve"> - A report by Axios highlights the rising popularity of the 'romantasy' genre in audiobooks, with nearly 23% of listeners captivated by this blend of romance and fantasy. The success of Rachel Reid's 'Heated Rivalry,' featuring a love story between two professional hockey players, exemplifies this trend, reflecting a broader movement towards more explicit and diverse queer narratives in media.</w:t>
      </w:r>
      <w:r/>
    </w:p>
    <w:p>
      <w:pPr>
        <w:pStyle w:val="ListNumber"/>
        <w:spacing w:line="240" w:lineRule="auto"/>
        <w:ind w:left="720"/>
      </w:pPr>
      <w:r/>
      <w:hyperlink r:id="rId14">
        <w:r>
          <w:rPr>
            <w:color w:val="0000EE"/>
            <w:u w:val="single"/>
          </w:rPr>
          <w:t>https://los40.com/2026/02/08/por-que-el-sexo-no-es-gratuito-en-mas-que-rivales-heated-rivalry-aunque-lo-parezca/</w:t>
        </w:r>
      </w:hyperlink>
      <w:r>
        <w:t xml:space="preserve"> - An article in Los40 discusses the success and intimate narrative of the series 'Heated Rivalry,' recently released on Movistar Plus+ after triumphing in the US and Canada. Despite the high sexual content between the protagonists, Ilya and Shane—secretly in love professional hockey players—the piece argues that these scenes are essential for understanding the emotional bond, repression, and development of their relationship in a hostile environment towards homosexuality.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whats-your-all-time-favorite-gay-love-story-20260715/" TargetMode="External"/><Relationship Id="rId10" Type="http://schemas.openxmlformats.org/officeDocument/2006/relationships/hyperlink" Target="https://www.theguardian.com/film/2026/jul/10/kit-connor-joe-locke-interview-heartstoppers-forever-queer-teen-drama-netflix" TargetMode="External"/><Relationship Id="rId11" Type="http://schemas.openxmlformats.org/officeDocument/2006/relationships/hyperlink" Target="https://www.thepinknews.com/2026/07/10/heartstopper-forever-joe-locke-kit-connor-sex-scenes/" TargetMode="External"/><Relationship Id="rId12" Type="http://schemas.openxmlformats.org/officeDocument/2006/relationships/hyperlink" Target="https://www.usmagazine.com/entertainment/news/heartstoppers-kit-connor-joe-locke-defend-queer-sex-scenes/" TargetMode="External"/><Relationship Id="rId13" Type="http://schemas.openxmlformats.org/officeDocument/2006/relationships/hyperlink" Target="https://www.axios.com/2026/01/16/romance-audiobooks-community-heated-rivalry" TargetMode="External"/><Relationship Id="rId14" Type="http://schemas.openxmlformats.org/officeDocument/2006/relationships/hyperlink" Target="https://los40.com/2026/02/08/por-que-el-sexo-no-es-gratuito-en-mas-que-rivales-heated-rivalry-aunque-lo-parezca/" TargetMode="External"/><Relationship Id="rId15" Type="http://schemas.openxmlformats.org/officeDocument/2006/relationships/hyperlink" Target="https://www.out.com/celebs/kit-connor-joe-locke-heartstopp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