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Bristol Pride Guide 2026: Where to Parade, Party and Stay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why Bristol Pride feels like a hug in festival form , who’s marching, what’s on The Downs, where to party and the best places to sleep so you actually enjoy the weekend. Perfect for first-timers and repeat celebrators heading to Bristol this July.</w:t>
      </w:r>
      <w:r/>
    </w:p>
    <w:p>
      <w:r/>
      <w:r>
        <w:t>Essential Takeaways</w:t>
      </w:r>
      <w:r/>
      <w:r/>
    </w:p>
    <w:p>
      <w:pPr>
        <w:pStyle w:val="ListBullet"/>
        <w:spacing w:line="240" w:lineRule="auto"/>
        <w:ind w:left="720"/>
      </w:pPr>
      <w:r/>
      <w:r>
        <w:rPr>
          <w:b/>
        </w:rPr>
        <w:t>When:</w:t>
      </w:r>
      <w:r>
        <w:t xml:space="preserve"> Pride weekend spans late June to early July, with the main Pride Day usually on the second Saturday , plan ahead for ticketed events and transport.</w:t>
      </w:r>
      <w:r/>
    </w:p>
    <w:p>
      <w:pPr>
        <w:pStyle w:val="ListBullet"/>
        <w:spacing w:line="240" w:lineRule="auto"/>
        <w:ind w:left="720"/>
      </w:pPr>
      <w:r/>
      <w:r>
        <w:rPr>
          <w:b/>
        </w:rPr>
        <w:t>Parade vibe:</w:t>
      </w:r>
      <w:r>
        <w:t xml:space="preserve"> Inclusive, participatory and colourful , everyone’s invited to join the march from Castle Park to Harbourside.</w:t>
      </w:r>
      <w:r/>
    </w:p>
    <w:p>
      <w:pPr>
        <w:pStyle w:val="ListBullet"/>
        <w:spacing w:line="240" w:lineRule="auto"/>
        <w:ind w:left="720"/>
      </w:pPr>
      <w:r/>
      <w:r>
        <w:rPr>
          <w:b/>
        </w:rPr>
        <w:t>Festival feel:</w:t>
      </w:r>
      <w:r>
        <w:t xml:space="preserve"> The Downs hosts multiple stages, market stalls and community spaces; it’s relaxed, sunny and easy to wander between acts.</w:t>
      </w:r>
      <w:r/>
    </w:p>
    <w:p>
      <w:pPr>
        <w:pStyle w:val="ListBullet"/>
        <w:spacing w:line="240" w:lineRule="auto"/>
        <w:ind w:left="720"/>
      </w:pPr>
      <w:r/>
      <w:r>
        <w:rPr>
          <w:b/>
        </w:rPr>
        <w:t>Nightlife:</w:t>
      </w:r>
      <w:r>
        <w:t xml:space="preserve"> Afterparties at venues like the O2 Academy plus beloved spots such as The Queenshilling and OMG keep the celebrations going.</w:t>
      </w:r>
      <w:r/>
    </w:p>
    <w:p>
      <w:pPr>
        <w:pStyle w:val="ListBullet"/>
        <w:spacing w:line="240" w:lineRule="auto"/>
        <w:ind w:left="720"/>
      </w:pPr>
      <w:r/>
      <w:r>
        <w:rPr>
          <w:b/>
        </w:rPr>
        <w:t>Accessibility &amp; tips:</w:t>
      </w:r>
      <w:r>
        <w:t xml:space="preserve"> Organisers provide accessibility info and shuttle links from Harbourside to The Downs; book accommodation early and pack layers.</w:t>
      </w:r>
      <w:r/>
      <w:r/>
    </w:p>
    <w:p>
      <w:pPr>
        <w:pStyle w:val="Heading2"/>
      </w:pPr>
      <w:r>
        <w:t>Start with the parade , it’s where Bristol Pride truly begins</w:t>
      </w:r>
      <w:r/>
    </w:p>
    <w:p>
      <w:r/>
      <w:r>
        <w:t>The parade is less spectator sport and more communal procession, full of confetti, handmade banners and smiling faces, so expect a friendly, buoyant energy underfoot. According to Bristol Pride’s parade info, the route traditionally kicks off around Castle Park before threading through the city to Harbourside, which is where many of us join the onward journey up to The Downs. If you want to feel the weekend shift from civic to festival, march with the crowd rather than watch from the kerb , it’s the quickest way to meet people and get swept up in the atmosphere. Bring a small backpack, a reusable water bottle and comfy shoes; you’ll be walking, cheering and likely lingering for selfies.</w:t>
      </w:r>
      <w:r/>
    </w:p>
    <w:p>
      <w:pPr>
        <w:pStyle w:val="Heading2"/>
      </w:pPr>
      <w:r>
        <w:t>The Downs: festival-style Pride without the tented stress</w:t>
      </w:r>
      <w:r/>
    </w:p>
    <w:p>
      <w:r/>
      <w:r>
        <w:t>Once you arrive at The Downs the city opens up into a proper outdoor festival: a Main Stage for headline acts, a Cabaret Stage for drag and comedy, dance tents and quieter community areas to regroup. Visit Bristol’s event listings note the festival’s family-friendly, community-oriented layout, so you can drift from performer to market stall with ease. Food trucks and local vendors mean you won’t go hungry, and the grass is a great place to collapse with a drink between sets. If you prefer specific acts, check the official schedule and arrive early for popular slots , the Cabaret Stage, in particular, fills fast.</w:t>
      </w:r>
      <w:r/>
    </w:p>
    <w:p>
      <w:pPr>
        <w:pStyle w:val="Heading2"/>
      </w:pPr>
      <w:r>
        <w:t>Nightlife and afterparties , where Bristol keeps dancing</w:t>
      </w:r>
      <w:r/>
    </w:p>
    <w:p>
      <w:r/>
      <w:r>
        <w:t>When the sun sets the party doesn’t stop. The official Bristol Pride afterparty at the O2 Academy is a highlight, with multiple rooms, DJs and drag performances running late into the night. Meanwhile, Old Market and Frogmore Street host the city’s most reliable queer venues: club favourites like The Queenshilling and OMG often programme special Pride weekend shows. Total Bristol’s event round-ups suggest booking club tickets in advance, because the best nights do sell out. If you prefer something low-key, pop into a local pub where the post-parade atmosphere is sociable and unpretentious , you’ll make friends faster than you expect.</w:t>
      </w:r>
      <w:r/>
    </w:p>
    <w:p>
      <w:pPr>
        <w:pStyle w:val="Heading2"/>
      </w:pPr>
      <w:r>
        <w:t>Where to stay , choose convenience or character</w:t>
      </w:r>
      <w:r/>
    </w:p>
    <w:p>
      <w:r/>
      <w:r>
        <w:t>Staying near the city centre, Harbourside or Old Market keeps you within walking distance of parade routes and nightlife, so you can make the most of the weekend without worrying about taxis or last trains. For a treat, book a boutique hotel by the Harbour for evening walks and sunset views; for wallet-friendly options, smaller B&amp;Bs and guesthouses in Clifton or Bedminster are within easy reach. Nomadic Boys recommend at least one or two nights if you can spare them , Bristol is a city you want to breathe in rather than dash through. And if you’re travelling in a group, book early: Pride weekend fills hotels fast.</w:t>
      </w:r>
      <w:r/>
    </w:p>
    <w:p>
      <w:pPr>
        <w:pStyle w:val="Heading2"/>
      </w:pPr>
      <w:r>
        <w:t>Accessibility, safety and how to plan like a pro</w:t>
      </w:r>
      <w:r/>
    </w:p>
    <w:p>
      <w:r/>
      <w:r>
        <w:t>Bristol Pride provides accessibility guidance and support services to ensure people with additional needs can enjoy the weekend, so check the organisers’ access page before you book. Community groups and union stalls often appear on The Downs, offering information, chill-out zones and helplines. Practical planning pays: pack sun cream and a lightweight waterproof, wear sturdy shoes and decide on a rendezvous point with friends in case your phone dies. If you’re travelling from outside Bristol, remember shuttle services from Harbourside to The Downs and check train times , the city is busy and public transport fills up quickly.</w:t>
      </w:r>
      <w:r/>
    </w:p>
    <w:p>
      <w:r/>
      <w:r>
        <w:t>It's a small change that can make every Pride weekend feel easier and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1">
        <w:r>
          <w:rPr>
            <w:color w:val="0000EE"/>
            <w:u w:val="single"/>
          </w:rPr>
          <w:t>[6]</w:t>
        </w:r>
      </w:hyperlink>
      <w:r>
        <w:t xml:space="preserve">, </w:t>
      </w:r>
      <w:hyperlink r:id="rId10">
        <w:r>
          <w:rPr>
            <w:color w:val="0000EE"/>
            <w:u w:val="single"/>
          </w:rPr>
          <w:t>[2]</w:t>
        </w:r>
      </w:hyperlink>
      <w:r>
        <w:t xml:space="preserve">- Paragraph 3: </w:t>
      </w:r>
      <w:hyperlink r:id="rId12">
        <w:r>
          <w:rPr>
            <w:color w:val="0000EE"/>
            <w:u w:val="single"/>
          </w:rPr>
          <w:t>[4]</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1">
        <w:r>
          <w:rPr>
            <w:color w:val="0000EE"/>
            <w:u w:val="single"/>
          </w:rPr>
          <w:t>[6]</w:t>
        </w:r>
      </w:hyperlink>
      <w:r>
        <w:t xml:space="preserve">- Paragraph 5: </w:t>
      </w:r>
      <w:hyperlink r:id="rId13">
        <w:r>
          <w:rPr>
            <w:color w:val="0000EE"/>
            <w:u w:val="single"/>
          </w:rPr>
          <w:t>[7]</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https://nomadicboys.com/bristol-pride/</w:t>
        </w:r>
      </w:hyperlink>
      <w:r>
        <w:t xml:space="preserve"> - Please view link - unable to able to access data</w:t>
      </w:r>
      <w:r/>
    </w:p>
    <w:p>
      <w:pPr>
        <w:pStyle w:val="ListNumber"/>
        <w:spacing w:line="240" w:lineRule="auto"/>
        <w:ind w:left="720"/>
      </w:pPr>
      <w:r/>
      <w:hyperlink r:id="rId10">
        <w:r>
          <w:rPr>
            <w:color w:val="0000EE"/>
            <w:u w:val="single"/>
          </w:rPr>
          <w:t>https://bristolpride.co.uk/parade/</w:t>
        </w:r>
      </w:hyperlink>
      <w:r>
        <w:t xml:space="preserve"> - The Bristol Pride Parade is a vibrant annual event that showcases the city's commitment to equality, diversity, and inclusion. In 2026, the parade is scheduled for Saturday, 11 July, with participants gathering at 10:30 am in Castle Park by St. Peter's Church. The parade will depart at 11:00 am and follows a route approximately 2 miles long, taking about an hour to complete. The parade is a walking event, with no vehicles or floats allowed, to ensure accessibility and reduce environmental impact. The route concludes at the Harbourside, where shuttle buses are available to transport attendees to The Downs for the Pride Day festival. For more details, visit the official Bristol Pride Parade page.</w:t>
      </w:r>
      <w:r/>
    </w:p>
    <w:p>
      <w:pPr>
        <w:pStyle w:val="ListNumber"/>
        <w:spacing w:line="240" w:lineRule="auto"/>
        <w:ind w:left="720"/>
      </w:pPr>
      <w:r/>
      <w:hyperlink r:id="rId15">
        <w:r>
          <w:rPr>
            <w:color w:val="0000EE"/>
            <w:u w:val="single"/>
          </w:rPr>
          <w:t>https://bristolpride.co.uk/about-pride/</w:t>
        </w:r>
      </w:hyperlink>
      <w:r>
        <w:t xml:space="preserve"> - Bristol Pride is a registered charity dedicated to challenging homophobia, biphobia, and transphobia while promoting equality and diversity. Organised by a small team and volunteers from the community, the charity works year-round to support the LGBTQ+ community through various events, school visits, consultation services, and lobbying. The annual Pride festival spans two weeks in July, featuring a range of activities including theatre, film, comedy, music, and a Pride Dog show. The festival culminates in the Parade March and Pride Day Festival on The Downs. For more information, visit the About Us page.</w:t>
      </w:r>
      <w:r/>
    </w:p>
    <w:p>
      <w:pPr>
        <w:pStyle w:val="ListNumber"/>
        <w:spacing w:line="240" w:lineRule="auto"/>
        <w:ind w:left="720"/>
      </w:pPr>
      <w:r/>
      <w:hyperlink r:id="rId12">
        <w:r>
          <w:rPr>
            <w:color w:val="0000EE"/>
            <w:u w:val="single"/>
          </w:rPr>
          <w:t>https://www.totalbristol.com/community/bristol-pride/</w:t>
        </w:r>
      </w:hyperlink>
      <w:r>
        <w:t xml:space="preserve"> - Bristol Pride is a two-week programme of LGBTQIA+ events across Bristol, culminating in Pride Day on 11 July 2026 with the parade and festival celebrations. The event spans from 27 June to 12 July 2026, with Pride Day on Saturday 11 July 2026. Various locations in Bristol will host events, including Castle Park and The Downs for Pride Day activities. The Pride March is a walking parade on Saturday 11 July 2026, gathering from 10.30 am at Castle Park and departing around 11.00 am. The route is approximately 2 miles and takes about 1 hour to complete. Tickets and wristbands are required for Pride Day, with general admission tickets listed as £18.50 and concessions at £11. For more details, visit the Total Bristol website.</w:t>
      </w:r>
      <w:r/>
    </w:p>
    <w:p>
      <w:pPr>
        <w:pStyle w:val="ListNumber"/>
        <w:spacing w:line="240" w:lineRule="auto"/>
        <w:ind w:left="720"/>
      </w:pPr>
      <w:r/>
      <w:hyperlink r:id="rId14">
        <w:r>
          <w:rPr>
            <w:color w:val="0000EE"/>
            <w:u w:val="single"/>
          </w:rPr>
          <w:t>https://www.pcs.org.uk/news-events/events/bristol-pride</w:t>
        </w:r>
      </w:hyperlink>
      <w:r>
        <w:t xml:space="preserve"> - The Public and Commercial Services (PCS) Union supports Bristol Pride and encourages members to visibly celebrate and protest for equality and diversity, showing that hatred and prejudice have no place in the city. Trade unions have a proud history of supporting the LGBTQ+ community, and PCS believes in challenging all forms of hate, prejudice, and discrimination. The union works with other organisations as part of its campaigning to achieve LGBTQ+ equality. PCS members are encouraged to join Bristol Pride on Saturday 11 July 2026 and celebrate the diverse and welcoming community. For more information, visit the PCS website.</w:t>
      </w:r>
      <w:r/>
    </w:p>
    <w:p>
      <w:pPr>
        <w:pStyle w:val="ListNumber"/>
        <w:spacing w:line="240" w:lineRule="auto"/>
        <w:ind w:left="720"/>
      </w:pPr>
      <w:r/>
      <w:hyperlink r:id="rId11">
        <w:r>
          <w:rPr>
            <w:color w:val="0000EE"/>
            <w:u w:val="single"/>
          </w:rPr>
          <w:t>https://www.visitbristol.info/whats-on/festivals/bristol-pride/</w:t>
        </w:r>
      </w:hyperlink>
      <w:r>
        <w:t xml:space="preserve"> - Bristol Pride is one of the United Kingdom’s most vibrant annual LGBTQ+ festivals, celebrating equality, diversity, and community in Bristol, England. Organised by volunteers and run as a registered charity, the festival aims to challenge homophobia, biphobia, and transphobia while bringing people together for joyful and inclusive events. Pride Day 2026 will take place on Saturday 11 July on The Downs. Each year, Pride takes place across the first two weeks of July, culminating in a major Pride Day festival and Parade March on the second Saturday of the month. The events programme typically blends talks, film screenings, comedy, music, theatre, cabaret, and community activities, with the highlight being the colourful march through the city centre and the multi-stage outdoor celebration on The Downs. For more details, visit the Visit Bristol website.</w:t>
      </w:r>
      <w:r/>
    </w:p>
    <w:p>
      <w:pPr>
        <w:pStyle w:val="ListNumber"/>
        <w:spacing w:line="240" w:lineRule="auto"/>
        <w:ind w:left="720"/>
      </w:pPr>
      <w:r/>
      <w:hyperlink r:id="rId13">
        <w:r>
          <w:rPr>
            <w:color w:val="0000EE"/>
            <w:u w:val="single"/>
          </w:rPr>
          <w:t>https://bristolpride.co.uk/accessibility/</w:t>
        </w:r>
      </w:hyperlink>
      <w:r>
        <w:t xml:space="preserve"> - Bristol Pride is committed to ensuring that all attendees can fully participate in the event. The Parade March will gather in Castle Park by St. Peter's Church, before heading off to Lloyds Amphitheatre and the 'We the Curious' Millennium Square. The route is 2 miles long and will take about 1 hour to complete. This year, the route has been altered to make it more accessible, with only one route for everyone to march together. People are free to march wherever they would like in the parade; however, there will be an informal access block near the front of the parade, behind the flag. This area will be supported by access stewards to keep space and pace. For more information, visit the Accessibility page.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omadicboys.com/bristol-pride/" TargetMode="External"/><Relationship Id="rId10" Type="http://schemas.openxmlformats.org/officeDocument/2006/relationships/hyperlink" Target="https://bristolpride.co.uk/parade/" TargetMode="External"/><Relationship Id="rId11" Type="http://schemas.openxmlformats.org/officeDocument/2006/relationships/hyperlink" Target="https://www.visitbristol.info/whats-on/festivals/bristol-pride/" TargetMode="External"/><Relationship Id="rId12" Type="http://schemas.openxmlformats.org/officeDocument/2006/relationships/hyperlink" Target="https://www.totalbristol.com/community/bristol-pride/" TargetMode="External"/><Relationship Id="rId13" Type="http://schemas.openxmlformats.org/officeDocument/2006/relationships/hyperlink" Target="https://bristolpride.co.uk/accessibility/" TargetMode="External"/><Relationship Id="rId14" Type="http://schemas.openxmlformats.org/officeDocument/2006/relationships/hyperlink" Target="https://www.pcs.org.uk/news-events/events/bristol-pride" TargetMode="External"/><Relationship Id="rId15" Type="http://schemas.openxmlformats.org/officeDocument/2006/relationships/hyperlink" Target="https://bristolpride.co.uk/about-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