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Big Brother Moments: Why Andy Herren Says Showmances Hurt Queer Contestants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Watching the feeds has turned into watercooler theatre: former winner Andy Herren is calling out Big Brother for leaning on showmances and limited LGBTQ+ casting, arguing it gives queer players an immediate disadvantage and narrows how fans see them. This matters for representation, screen time and who gets a fair shot on reality TV.</w:t>
      </w:r>
      <w:r/>
    </w:p>
    <w:p>
      <w:r/>
      <w:r>
        <w:t>Essential Takeaways</w:t>
      </w:r>
      <w:r/>
      <w:r/>
    </w:p>
    <w:p>
      <w:pPr>
        <w:pStyle w:val="ListBullet"/>
        <w:spacing w:line="240" w:lineRule="auto"/>
        <w:ind w:left="720"/>
      </w:pPr>
      <w:r/>
      <w:r>
        <w:rPr>
          <w:b/>
        </w:rPr>
        <w:t>Key claim:</w:t>
      </w:r>
      <w:r>
        <w:t xml:space="preserve"> Andy Herren, Big Brother season 15 winner, says heavy focus on showmances disadvantages queer houseguests by limiting screen time and depth.</w:t>
      </w:r>
      <w:r/>
    </w:p>
    <w:p>
      <w:pPr>
        <w:pStyle w:val="ListBullet"/>
        <w:spacing w:line="240" w:lineRule="auto"/>
        <w:ind w:left="720"/>
      </w:pPr>
      <w:r/>
      <w:r>
        <w:rPr>
          <w:b/>
        </w:rPr>
        <w:t>What sparked it:</w:t>
      </w:r>
      <w:r>
        <w:t xml:space="preserve"> A new season’s budding romance between two houseguests drew fan attention and prompted Andy’s public comment.</w:t>
      </w:r>
      <w:r/>
    </w:p>
    <w:p>
      <w:pPr>
        <w:pStyle w:val="ListBullet"/>
        <w:spacing w:line="240" w:lineRule="auto"/>
        <w:ind w:left="720"/>
      </w:pPr>
      <w:r/>
      <w:r>
        <w:rPr>
          <w:b/>
        </w:rPr>
        <w:t>Representation issue:</w:t>
      </w:r>
      <w:r>
        <w:t xml:space="preserve"> Herren notes the franchise often casts very few out queer contestants, which concentrates how LGBTQ+ players are portrayed.</w:t>
      </w:r>
      <w:r/>
    </w:p>
    <w:p>
      <w:pPr>
        <w:pStyle w:val="ListBullet"/>
        <w:spacing w:line="240" w:lineRule="auto"/>
        <w:ind w:left="720"/>
      </w:pPr>
      <w:r/>
      <w:r>
        <w:rPr>
          <w:b/>
        </w:rPr>
        <w:t>Practical effect:</w:t>
      </w:r>
      <w:r>
        <w:t xml:space="preserve"> Less nuanced airtime can shape public perception and reduce chances for non-romance-driven storylines to emerge.</w:t>
      </w:r>
      <w:r/>
    </w:p>
    <w:p>
      <w:pPr>
        <w:pStyle w:val="ListBullet"/>
        <w:spacing w:line="240" w:lineRule="auto"/>
        <w:ind w:left="720"/>
      </w:pPr>
      <w:r/>
      <w:r>
        <w:rPr>
          <w:b/>
        </w:rPr>
        <w:t>Viewer cue:</w:t>
      </w:r>
      <w:r>
        <w:t xml:space="preserve"> If you care about diversity, watch live feeds and engagement outside edited episodes to catch fuller portrayals.</w:t>
      </w:r>
      <w:r/>
      <w:r/>
    </w:p>
    <w:p>
      <w:pPr>
        <w:pStyle w:val="Heading2"/>
      </w:pPr>
      <w:r>
        <w:t>Why one out voice in the house makes a big difference</w:t>
      </w:r>
      <w:r/>
    </w:p>
    <w:p>
      <w:r/>
      <w:r>
        <w:t>Andy Herren’s point lands because reality TV edits are selective, and when there’s only one openly queer player, their storyline gets boxed in quickly. He argues , and fans agree , that a single queer presence makes producers more likely to spotlight a romance rather than broader gameplay or personality. That results in a quieter, flatter narrative for LGBTQ+ players, who often need more screen time to be seen as full people rather than one-note plot points.</w:t>
      </w:r>
      <w:r/>
    </w:p>
    <w:p>
      <w:r/>
      <w:r>
        <w:t>Behind the scenes, casting choices shape what viewers get to know. According to coverage of Herren’s comments, last season’s dynamic and this season’s early showmance reignited debate about whether producers are asking for diversity or just the optics of it. For viewers wanting a richer representation, pay attention to live streams and social media, where unedited moments can fill in what broadcast highlights miss.</w:t>
      </w:r>
      <w:r/>
    </w:p>
    <w:p>
      <w:pPr>
        <w:pStyle w:val="Heading2"/>
      </w:pPr>
      <w:r>
        <w:t>Showmances: cheap drama or real connection?</w:t>
      </w:r>
      <w:r/>
    </w:p>
    <w:p>
      <w:r/>
      <w:r>
        <w:t>Showmances sell episodes because they create immediate emotion and conflict; they’re easy to weave into episode arcs. But Herren warns that when a queer houseguest is the romantic focus, their strategic skills and personality can be overshadowed. It’s an old reality-TV trick: relationships make tidy storylines, but they also narrow a contestant’s perceived identity.</w:t>
      </w:r>
      <w:r/>
    </w:p>
    <w:p>
      <w:r/>
      <w:r>
        <w:t>Compare seasons that featured multiple out contestants to those with one; the difference in nuance is striking. Multiple LGBTQ+ players allow producers to draw different story threads , friendships, rivalries, gameplay , instead of relying on romance as shorthand. If you want contestants to be more than a storyline, support seasons with broader casting and speak up about one-dimensional edits.</w:t>
      </w:r>
      <w:r/>
    </w:p>
    <w:p>
      <w:pPr>
        <w:pStyle w:val="Heading2"/>
      </w:pPr>
      <w:r>
        <w:t>Representation isn’t just box-ticking , it affects outcomes</w:t>
      </w:r>
      <w:r/>
    </w:p>
    <w:p>
      <w:r/>
      <w:r>
        <w:t>Herren’s criticism is not only cultural but practical: less screen time and simpler portrayals can influence public voting, jury opinions and long-term fan support. The Big Brother format rewards narrative visibility. When a contestant is reduced to a showmance, they might miss out on the storytelling that convinces viewers and juries they played well.</w:t>
      </w:r>
      <w:r/>
    </w:p>
    <w:p>
      <w:r/>
      <w:r>
        <w:t>Industry observers and former contestants have raised similar points, noting that genuine inclusion requires both casting numbers and editorial care. For producers, that means balancing dramatic moments with sustained character development. For fans, it means watching beyond highlight reels , the live feeds often reveal craft, strategy and humour that edits skip.</w:t>
      </w:r>
      <w:r/>
    </w:p>
    <w:p>
      <w:pPr>
        <w:pStyle w:val="Heading2"/>
      </w:pPr>
      <w:r>
        <w:t>How fans and producers can push for better balance</w:t>
      </w:r>
      <w:r/>
    </w:p>
    <w:p>
      <w:r/>
      <w:r>
        <w:t>There are small, practical steps viewers and the show can take. Fans can champion contestants who get short shrift by engaging with them on social media and amplifying feed moments editors ignore. Meanwhile, producers could aim to cast more openly LGBTQ+ contestants and commit to editing that highlights gameplay as well as relationships.</w:t>
      </w:r>
      <w:r/>
    </w:p>
    <w:p>
      <w:r/>
      <w:r>
        <w:t>If you’re judging representation, look at screen time, variety of roles and whether queer contestants are allowed to lead story arcs beyond romance. Voting with attention , and with your viewing figures , nudges the show toward more well-rounded storytelling.</w:t>
      </w:r>
      <w:r/>
    </w:p>
    <w:p>
      <w:pPr>
        <w:pStyle w:val="Heading2"/>
      </w:pPr>
      <w:r>
        <w:t>What this means for future seasons</w:t>
      </w:r>
      <w:r/>
    </w:p>
    <w:p>
      <w:r/>
      <w:r>
        <w:t>Herren’s comments have already stirred conversation and will likely shape how audiences and critics watch upcoming episodes. Whether Big Brother shifts casting or editing practices remains to be seen, but ongoing fan pressure and media scrutiny tend to move reality TV over time. For now, expect sharper debates about representation whenever a showmance appears early and visibly.</w:t>
      </w:r>
      <w:r/>
    </w:p>
    <w:p>
      <w:r/>
      <w:r>
        <w:t>It’s a small change in production choices that can make a big difference to how contestants are seen and remembered.</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[5]</w:t>
        </w:r>
      </w:hyperlink>
      <w:r>
        <w:t xml:space="preserve">, </w:t>
      </w:r>
      <w:hyperlink r:id="rId11">
        <w:r>
          <w:rPr>
            <w:color w:val="0000EE"/>
            <w:u w:val="single"/>
          </w:rPr>
          <w:t>[2]</w:t>
        </w:r>
      </w:hyperlink>
      <w:r>
        <w:t xml:space="preserve">- Paragraph 2: </w:t>
      </w:r>
      <w:hyperlink r:id="rId10">
        <w:r>
          <w:rPr>
            <w:color w:val="0000EE"/>
            <w:u w:val="single"/>
          </w:rPr>
          <w:t>[5]</w:t>
        </w:r>
      </w:hyperlink>
      <w:r>
        <w:t xml:space="preserve">, </w:t>
      </w:r>
      <w:hyperlink r:id="rId12">
        <w:r>
          <w:rPr>
            <w:color w:val="0000EE"/>
            <w:u w:val="single"/>
          </w:rPr>
          <w:t>[6]</w:t>
        </w:r>
      </w:hyperlink>
      <w:r>
        <w:t xml:space="preserve">- Paragraph 3: </w:t>
      </w:r>
      <w:hyperlink r:id="rId11">
        <w:r>
          <w:rPr>
            <w:color w:val="0000EE"/>
            <w:u w:val="single"/>
          </w:rPr>
          <w:t>[2]</w:t>
        </w:r>
      </w:hyperlink>
      <w:r>
        <w:t xml:space="preserve">, </w:t>
      </w:r>
      <w:hyperlink r:id="rId13">
        <w:r>
          <w:rPr>
            <w:color w:val="0000EE"/>
            <w:u w:val="single"/>
          </w:rPr>
          <w:t>[4]</w:t>
        </w:r>
      </w:hyperlink>
      <w:r>
        <w:t xml:space="preserve">- Paragraph 4: </w:t>
      </w:r>
      <w:hyperlink r:id="rId10">
        <w:r>
          <w:rPr>
            <w:color w:val="0000EE"/>
            <w:u w:val="single"/>
          </w:rPr>
          <w:t>[5]</w:t>
        </w:r>
      </w:hyperlink>
      <w:r>
        <w:t xml:space="preserve">, </w:t>
      </w:r>
      <w:hyperlink r:id="rId14">
        <w:r>
          <w:rPr>
            <w:color w:val="0000EE"/>
            <w:u w:val="single"/>
          </w:rPr>
          <w:t>[3]</w:t>
        </w:r>
      </w:hyperlink>
      <w:r>
        <w:t xml:space="preserve">- Paragraph 5: </w:t>
      </w:r>
      <w:hyperlink r:id="rId11">
        <w:r>
          <w:rPr>
            <w:color w:val="0000EE"/>
            <w:u w:val="single"/>
          </w:rPr>
          <w:t>[2]</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https://meaws.com/news/stage-notes-broadway-dallas-announces-new/104556</w:t>
        </w:r>
      </w:hyperlink>
      <w:r>
        <w:t xml:space="preserve"> - Please view link - unable to able to access data</w:t>
      </w:r>
      <w:r/>
    </w:p>
    <w:p>
      <w:pPr>
        <w:pStyle w:val="ListNumber"/>
        <w:spacing w:line="240" w:lineRule="auto"/>
        <w:ind w:left="720"/>
      </w:pPr>
      <w:r/>
      <w:hyperlink r:id="rId11">
        <w:r>
          <w:rPr>
            <w:color w:val="0000EE"/>
            <w:u w:val="single"/>
          </w:rPr>
          <w:t>https://www.cosmopolitan.com/entertainment/tv/a71943856/big-brother-lgbtq-casting-showmances/</w:t>
        </w:r>
      </w:hyperlink>
      <w:r>
        <w:t xml:space="preserve"> - In July 2026, 'Big Brother' Season 28 premiered, featuring a showmance between Lyric Medeiros and Jack 'Rome' Seymour. Andy Herren, winner of Season 15, criticised the show's focus on showmances and limited LGBTQ+ representation, stating it disadvantages queer contestants. He highlighted the casting of only one gay person and the prominence of heterosexual showmances, expressing concern over the lack of diversity and its impact on screen time and character development for queer houseguests.</w:t>
      </w:r>
      <w:r/>
    </w:p>
    <w:p>
      <w:pPr>
        <w:pStyle w:val="ListNumber"/>
        <w:spacing w:line="240" w:lineRule="auto"/>
        <w:ind w:left="720"/>
      </w:pPr>
      <w:r/>
      <w:hyperlink r:id="rId14">
        <w:r>
          <w:rPr>
            <w:color w:val="0000EE"/>
            <w:u w:val="single"/>
          </w:rPr>
          <w:t>https://www.cbsnews.com/news/big-brother-crowns-a-season-15-winner/</w:t>
        </w:r>
      </w:hyperlink>
      <w:r>
        <w:t xml:space="preserve"> - In September 2013, Andy Herren, a 26-year-old professor from Illinois, won 'Big Brother' Season 15, securing a $500,000 prize. He became the first openly gay winner of the show. The season was marked by controversy due to contestants' racist, homophobic, and misogynistic remarks, leading to public backlash and the loss of employment for some participants.</w:t>
      </w:r>
      <w:r/>
    </w:p>
    <w:p>
      <w:pPr>
        <w:pStyle w:val="ListNumber"/>
        <w:spacing w:line="240" w:lineRule="auto"/>
        <w:ind w:left="720"/>
      </w:pPr>
      <w:r/>
      <w:hyperlink r:id="rId13">
        <w:r>
          <w:rPr>
            <w:color w:val="0000EE"/>
            <w:u w:val="single"/>
          </w:rPr>
          <w:t>https://bigbrother.fandom.com/wiki/Andy_Herren</w:t>
        </w:r>
      </w:hyperlink>
      <w:r>
        <w:t xml:space="preserve"> - Andy Herren, born on November 14, 1986, in Chicago, Illinois, is a college professor and the winner of 'Big Brother' Season 15. Known as 'The Agent,' he played a strategic game, forming alliances like 'The Goof Troupe' and 'The Exterminators.' Herren's victory was notable as he became the first openly gay winner in the show's history, defeating GinaMarie Zimmerman in a 7-2 jury vote.</w:t>
      </w:r>
      <w:r/>
    </w:p>
    <w:p>
      <w:pPr>
        <w:pStyle w:val="ListNumber"/>
        <w:spacing w:line="240" w:lineRule="auto"/>
        <w:ind w:left="720"/>
      </w:pPr>
      <w:r/>
      <w:hyperlink r:id="rId10">
        <w:r>
          <w:rPr>
            <w:color w:val="0000EE"/>
            <w:u w:val="single"/>
          </w:rPr>
          <w:t>https://www.usmagazine.com/celebrity-news/news/big-brother-winner-andy-herren-calls-out-show-for-lack-of-diversity/</w:t>
        </w:r>
      </w:hyperlink>
      <w:r>
        <w:t xml:space="preserve"> - In June 2020, Andy Herren criticised 'Big Brother' for its lack of diversity, stating that the show often features at most two Black houseguests and one gay houseguest, with even less representation for Latino and Asian contestants. He highlighted that straight white males comprised 12 of the 21 winners, expressing frustration over the show's minimal minority representation.</w:t>
      </w:r>
      <w:r/>
    </w:p>
    <w:p>
      <w:pPr>
        <w:pStyle w:val="ListNumber"/>
        <w:spacing w:line="240" w:lineRule="auto"/>
        <w:ind w:left="720"/>
      </w:pPr>
      <w:r/>
      <w:hyperlink r:id="rId12">
        <w:r>
          <w:rPr>
            <w:color w:val="0000EE"/>
            <w:u w:val="single"/>
          </w:rPr>
          <w:t>https://bigbrothernetwork.com/andy-herren-big-brother-15-houseguest/</w:t>
        </w:r>
      </w:hyperlink>
      <w:r>
        <w:t xml:space="preserve"> - Andy Herren, a public speaking professor from Aurora, Illinois, participated in 'Big Brother' Season 15. He anticipated being underestimated due to his 'wacky, gay guy' persona and aimed to establish covert alliances early in the game. Herren's strategy focused on building relationships without drawing attention, planning to be seen as a likable and strategic player by the end of the season.</w:t>
      </w:r>
      <w:r/>
    </w:p>
    <w:p>
      <w:pPr>
        <w:pStyle w:val="ListNumber"/>
        <w:spacing w:line="240" w:lineRule="auto"/>
        <w:ind w:left="720"/>
      </w:pPr>
      <w:r/>
      <w:hyperlink r:id="rId15">
        <w:r>
          <w:rPr>
            <w:color w:val="0000EE"/>
            <w:u w:val="single"/>
          </w:rPr>
          <w:t>https://www.cbsnews.com/losangeles/news/big-brother-andy-wins-season-15/</w:t>
        </w:r>
      </w:hyperlink>
      <w:r>
        <w:t xml:space="preserve"> - In September 2013, Andy Herren won 'Big Brother' Season 15, defeating GinaMarie Zimmerman in a 7-2 jury vote. The season was marked by controversy due to contestants' racist and homophobic remarks, leading to public backlash and the loss of employment for some participants. Herren's victory was significant as he became the first openly gay winner of the show.</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eaws.com/news/stage-notes-broadway-dallas-announces-new/104556" TargetMode="External"/><Relationship Id="rId10" Type="http://schemas.openxmlformats.org/officeDocument/2006/relationships/hyperlink" Target="https://www.usmagazine.com/celebrity-news/news/big-brother-winner-andy-herren-calls-out-show-for-lack-of-diversity/" TargetMode="External"/><Relationship Id="rId11" Type="http://schemas.openxmlformats.org/officeDocument/2006/relationships/hyperlink" Target="https://www.cosmopolitan.com/entertainment/tv/a71943856/big-brother-lgbtq-casting-showmances/" TargetMode="External"/><Relationship Id="rId12" Type="http://schemas.openxmlformats.org/officeDocument/2006/relationships/hyperlink" Target="https://bigbrothernetwork.com/andy-herren-big-brother-15-houseguest/" TargetMode="External"/><Relationship Id="rId13" Type="http://schemas.openxmlformats.org/officeDocument/2006/relationships/hyperlink" Target="https://bigbrother.fandom.com/wiki/Andy_Herren" TargetMode="External"/><Relationship Id="rId14" Type="http://schemas.openxmlformats.org/officeDocument/2006/relationships/hyperlink" Target="https://www.cbsnews.com/news/big-brother-crowns-a-season-15-winner/" TargetMode="External"/><Relationship Id="rId15" Type="http://schemas.openxmlformats.org/officeDocument/2006/relationships/hyperlink" Target="https://www.cbsnews.com/losangeles/news/big-brother-andy-wins-season-1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