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AFL Pride Games to Watch in 2026: Why the Sydney Swans’ Pride Blockbuster Stands Out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Take a seat, unfurl a rainbow fan and watch sport feel a little more like home , the Sydney Swans’ Pride Game has become a fan favourite for reasons beyond glitter and cupcakes. Here’s what makes the Pride Blockbuster a must-see, who’s driving the change, and what it means if you’re thinking of going this season.</w:t>
      </w:r>
      <w:r/>
    </w:p>
    <w:p>
      <w:r/>
      <w:r>
        <w:t>Essential Takeaways</w:t>
      </w:r>
      <w:r/>
      <w:r/>
    </w:p>
    <w:p>
      <w:pPr>
        <w:pStyle w:val="ListBullet"/>
        <w:spacing w:line="240" w:lineRule="auto"/>
        <w:ind w:left="720"/>
      </w:pPr>
      <w:r/>
      <w:r>
        <w:rPr>
          <w:b/>
        </w:rPr>
        <w:t>Big visual impact:</w:t>
      </w:r>
      <w:r>
        <w:t xml:space="preserve"> The Swans stage a colourful Pride Game with rainbow lines and themed effects that feel festive and inclusive.</w:t>
      </w:r>
      <w:r/>
    </w:p>
    <w:p>
      <w:pPr>
        <w:pStyle w:val="ListBullet"/>
        <w:spacing w:line="240" w:lineRule="auto"/>
        <w:ind w:left="720"/>
      </w:pPr>
      <w:r/>
      <w:r>
        <w:rPr>
          <w:b/>
        </w:rPr>
        <w:t>Player voices matter:</w:t>
      </w:r>
      <w:r>
        <w:t xml:space="preserve"> Stars like Chloe Molloy and Brodie Grundy publicly back representation and year-round inclusion.</w:t>
      </w:r>
      <w:r/>
    </w:p>
    <w:p>
      <w:pPr>
        <w:pStyle w:val="ListBullet"/>
        <w:spacing w:line="240" w:lineRule="auto"/>
        <w:ind w:left="720"/>
      </w:pPr>
      <w:r/>
      <w:r>
        <w:rPr>
          <w:b/>
        </w:rPr>
        <w:t>Community vibe:</w:t>
      </w:r>
      <w:r>
        <w:t xml:space="preserve"> Fans report warm, communal energy , families, longtime supporters and newcomers mingle comfortably.</w:t>
      </w:r>
      <w:r/>
    </w:p>
    <w:p>
      <w:pPr>
        <w:pStyle w:val="ListBullet"/>
        <w:spacing w:line="240" w:lineRule="auto"/>
        <w:ind w:left="720"/>
      </w:pPr>
      <w:r/>
      <w:r>
        <w:rPr>
          <w:b/>
        </w:rPr>
        <w:t>Not without controversy:</w:t>
      </w:r>
      <w:r>
        <w:t xml:space="preserve"> Scheduling and club responses to past incidents have sparked debate, so it’s not just celebratory headlines.</w:t>
      </w:r>
      <w:r/>
    </w:p>
    <w:p>
      <w:pPr>
        <w:pStyle w:val="ListBullet"/>
        <w:spacing w:line="240" w:lineRule="auto"/>
        <w:ind w:left="720"/>
      </w:pPr>
      <w:r/>
      <w:r>
        <w:rPr>
          <w:b/>
        </w:rPr>
        <w:t>Practical tip:</w:t>
      </w:r>
      <w:r>
        <w:t xml:space="preserve"> Expect themed merchandise and special seating zones; arrive early for atmosphere and easier entry.</w:t>
      </w:r>
      <w:r/>
      <w:r/>
    </w:p>
    <w:p>
      <w:pPr>
        <w:pStyle w:val="Heading2"/>
      </w:pPr>
      <w:r>
        <w:t>Why the Sydney Swans’ Pride Blockbuster feels like more than a spectacle</w:t>
      </w:r>
      <w:r/>
    </w:p>
    <w:p>
      <w:r/>
      <w:r>
        <w:t>The first thing you notice is the colour: rainbow smoke, themed flags and the 50-metre lines painted in technicolour give the SCG a carnival ambience that’s equal parts playful and powerful. According to coverage around the event, the Swans promote a Pride Blockbuster that leans heavily into visual theatre and community celebration. That spectacle helps disarm some older preconceptions about what an AFL crowd looks and feels like, and it makes the whole night feel accessible to people who might’ve never set foot in a stadium before.</w:t>
      </w:r>
      <w:r/>
    </w:p>
    <w:p>
      <w:r/>
      <w:r>
        <w:t>Behind the glitter there’s clearly intent. Club announcements describe the Pride Blockbuster as part of a broader push to make matches more welcoming, and the sensory flourish becomes a way to signal belonging as soon as you walk through the gates. If you’re going for the first time, soak up the colours , they’re meant to tell you everyone’s welcome.</w:t>
      </w:r>
      <w:r/>
    </w:p>
    <w:p>
      <w:pPr>
        <w:pStyle w:val="Heading2"/>
      </w:pPr>
      <w:r>
        <w:t>Players are speaking up , and that changes the room</w:t>
      </w:r>
      <w:r/>
    </w:p>
    <w:p>
      <w:r/>
      <w:r>
        <w:t>One of the biggest shifts is that players aren’t just wearing themed jumpers; they’re talking about why representation matters. Players such as Chloe Molloy have framed Pride nights as an opportunity to recognise communities beyond the club, while teammates like Brodie Grundy have insisted these conversations must continue year-round and not be confined to a single match.</w:t>
      </w:r>
      <w:r/>
    </w:p>
    <w:p>
      <w:r/>
      <w:r>
        <w:t>When athletes use their platforms, it nudges the crowd culture in a gentler, more respectful direction. For anyone wary that a themed round is mere theatre, hearing players talk about safety and allyship makes the message feel genuine. It also gives patrons permission to bring kids, partners or friends who might be nervous , and to enjoy the match without policing anyone’s identity.</w:t>
      </w:r>
      <w:r/>
    </w:p>
    <w:p>
      <w:pPr>
        <w:pStyle w:val="Heading2"/>
      </w:pPr>
      <w:r>
        <w:t>What the crowd vibe actually feels like , families, fans and new converts</w:t>
      </w:r>
      <w:r/>
    </w:p>
    <w:p>
      <w:r/>
      <w:r>
        <w:t>Reports from attendees describe a warm, communal atmosphere where kids wave rainbow fans and older supporters cheer just the same. The mix of traditional footy rituals , the chants, the banter , with Pride elements creates a curious, pleasing overlap: the same passion for the game, but wrapped in more visible acceptance.</w:t>
      </w:r>
      <w:r/>
    </w:p>
    <w:p>
      <w:r/>
      <w:r>
        <w:t>If you want practical advice, go early. The themed zones, merchandise and food stalls add to the experience but also to queues. Arriving before kickoff gives you time to soak in the ambience, snag a limited-edition scarf and settle into seats where you’ll feel connected to the event rather than being rushed through it.</w:t>
      </w:r>
      <w:r/>
    </w:p>
    <w:p>
      <w:pPr>
        <w:pStyle w:val="Heading2"/>
      </w:pPr>
      <w:r>
        <w:t>There’s still tension , scheduling and the wider context</w:t>
      </w:r>
      <w:r/>
    </w:p>
    <w:p>
      <w:r/>
      <w:r>
        <w:t>Not every part of the story is celebratory. The Pride Game landscape has seen clashes over scheduling and how clubs respond to hurtful incidents, and some commentators and fan groups have pushed back at decisions around venues or club actions. Coverage has noted disputes when clubs or figures have been criticised for handling of slurs or for boycotts in the wake of controversies.</w:t>
      </w:r>
      <w:r/>
    </w:p>
    <w:p>
      <w:r/>
      <w:r>
        <w:t>That nuance matters because it shows the round is about more than a single night; it forces clubs and leagues to reckon with cultural shifts inside and outside their communities. If you’re watching, it’s worth holding both the joy and the critique in mind , the spectacle can coexist with earnest demands for better policies and accountability.</w:t>
      </w:r>
      <w:r/>
    </w:p>
    <w:p>
      <w:pPr>
        <w:pStyle w:val="Heading2"/>
      </w:pPr>
      <w:r>
        <w:t>How to decide if a Pride Game is right for you , simple tips</w:t>
      </w:r>
      <w:r/>
    </w:p>
    <w:p>
      <w:r/>
      <w:r>
        <w:t>If you’ve never been to an AFL match, a Pride Game is a gentle first step: it’s loud, colourful and tends to attract a diverse crowd. Buy tickets in advance for themed blocks, check public transport options to avoid the late-night crush, and pack ear protection if you’re noise-sensitive , Pride nights often include extra pyrotechnics and announcements.</w:t>
      </w:r>
      <w:r/>
    </w:p>
    <w:p>
      <w:r/>
      <w:r>
        <w:t>If you’re bringing children, expect family-friendly zones and activities; if you’re going as an ally, wear anything that comfortably signals support , a pin or scarf goes a long way. And if you’re uneasy because of past experiences in sport spaces, consider attending with a friend or joining a supporters group for company.</w:t>
      </w:r>
      <w:r/>
    </w:p>
    <w:p>
      <w:r/>
      <w:r>
        <w:t>It's a small change that can make every cheer feel a little more welcoming.</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[3]</w:t>
        </w:r>
      </w:hyperlink>
      <w:r>
        <w:t xml:space="preserve">, </w:t>
      </w:r>
      <w:hyperlink r:id="rId11">
        <w:r>
          <w:rPr>
            <w:color w:val="0000EE"/>
            <w:u w:val="single"/>
          </w:rPr>
          <w:t>[4]</w:t>
        </w:r>
      </w:hyperlink>
      <w:r>
        <w:t xml:space="preserve">- Paragraph 2: </w:t>
      </w:r>
      <w:hyperlink r:id="rId10">
        <w:r>
          <w:rPr>
            <w:color w:val="0000EE"/>
            <w:u w:val="single"/>
          </w:rPr>
          <w:t>[3]</w:t>
        </w:r>
      </w:hyperlink>
      <w:r>
        <w:t xml:space="preserve">, </w:t>
      </w:r>
      <w:hyperlink r:id="rId12">
        <w:r>
          <w:rPr>
            <w:color w:val="0000EE"/>
            <w:u w:val="single"/>
          </w:rPr>
          <w:t>[2]</w:t>
        </w:r>
      </w:hyperlink>
      <w:r>
        <w:t xml:space="preserve">- Paragraph 3: </w:t>
      </w:r>
      <w:hyperlink r:id="rId10">
        <w:r>
          <w:rPr>
            <w:color w:val="0000EE"/>
            <w:u w:val="single"/>
          </w:rPr>
          <w:t>[3]</w:t>
        </w:r>
      </w:hyperlink>
      <w:r>
        <w:t xml:space="preserve">, </w:t>
      </w:r>
      <w:hyperlink r:id="rId13">
        <w:r>
          <w:rPr>
            <w:color w:val="0000EE"/>
            <w:u w:val="single"/>
          </w:rPr>
          <w:t>[5]</w:t>
        </w:r>
      </w:hyperlink>
      <w:r>
        <w:t xml:space="preserve">- Paragraph 4: </w:t>
      </w:r>
      <w:hyperlink r:id="rId14">
        <w:r>
          <w:rPr>
            <w:color w:val="0000EE"/>
            <w:u w:val="single"/>
          </w:rPr>
          <w:t>[6]</w:t>
        </w:r>
      </w:hyperlink>
      <w:r>
        <w:t xml:space="preserve">, </w:t>
      </w:r>
      <w:hyperlink r:id="rId12">
        <w:r>
          <w:rPr>
            <w:color w:val="0000EE"/>
            <w:u w:val="single"/>
          </w:rPr>
          <w:t>[2]</w:t>
        </w:r>
      </w:hyperlink>
      <w:r>
        <w:t xml:space="preserve">- Paragraph 5: </w:t>
      </w:r>
      <w:hyperlink r:id="rId10">
        <w:r>
          <w:rPr>
            <w:color w:val="0000EE"/>
            <w:u w:val="single"/>
          </w:rPr>
          <w:t>[3]</w:t>
        </w:r>
      </w:hyperlink>
      <w:r>
        <w:t xml:space="preserve">, </w:t>
      </w:r>
      <w:hyperlink r:id="rId12">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https://www.starobserver.com.au/sponsored-content/i-went-to-my-first-afl-pride-game-with-the-sydney-swans-what-i-felt-really-surprised-me/242726</w:t>
        </w:r>
      </w:hyperlink>
      <w:r>
        <w:t xml:space="preserve"> - Please view link - unable to able to access data</w:t>
      </w:r>
      <w:r/>
    </w:p>
    <w:p>
      <w:pPr>
        <w:pStyle w:val="ListNumber"/>
        <w:spacing w:line="240" w:lineRule="auto"/>
        <w:ind w:left="720"/>
      </w:pPr>
      <w:r/>
      <w:hyperlink r:id="rId12">
        <w:r>
          <w:rPr>
            <w:color w:val="0000EE"/>
            <w:u w:val="single"/>
          </w:rPr>
          <w:t>https://www.abc.net.au/news/2026-05-14/sydney-swans-move-annual-pride-game-away-from-st-kilda/106677390</w:t>
        </w:r>
      </w:hyperlink>
      <w:r>
        <w:t xml:space="preserve"> - In May 2026, the Sydney Swans announced they would not host their annual Pride Game against St Kilda, opting instead to play the Western Bulldogs in Round 17. This decision followed the controversy surrounding St Kilda's handling of player Lance Collard's homophobic slur during a VFL match. The Swans stated that the change aimed to ensure the Pride Game's positive impact and inclusivity for the LGBTQIA+ community.</w:t>
      </w:r>
      <w:r/>
    </w:p>
    <w:p>
      <w:pPr>
        <w:pStyle w:val="ListNumber"/>
        <w:spacing w:line="240" w:lineRule="auto"/>
        <w:ind w:left="720"/>
      </w:pPr>
      <w:r/>
      <w:hyperlink r:id="rId10">
        <w:r>
          <w:rPr>
            <w:color w:val="0000EE"/>
            <w:u w:val="single"/>
          </w:rPr>
          <w:t>https://www.sydneyswans.com.au/news/2048467/introducing-the-pride-blockbuster</w:t>
        </w:r>
      </w:hyperlink>
      <w:r>
        <w:t xml:space="preserve"> - The Sydney Swans introduced the 'Pride Blockbuster' membership ahead of their 2026 Pride Game against the Western Bulldogs in Round 17. This exclusive membership offered reserved seating, a limited-edition Pride scarf, and priority access to finals tickets. The initiative aimed to celebrate inclusivity and support the LGBTQIA+ community, reflecting the club's commitment to diversity and equality in sport.</w:t>
      </w:r>
      <w:r/>
    </w:p>
    <w:p>
      <w:pPr>
        <w:pStyle w:val="ListNumber"/>
        <w:spacing w:line="240" w:lineRule="auto"/>
        <w:ind w:left="720"/>
      </w:pPr>
      <w:r/>
      <w:hyperlink r:id="rId11">
        <w:r>
          <w:rPr>
            <w:color w:val="0000EE"/>
            <w:u w:val="single"/>
          </w:rPr>
          <w:t>https://www.sydneyswans.com.au/news/2020956/sydney-swans-set-for-prime-time-action-in-the-run-home</w:t>
        </w:r>
      </w:hyperlink>
      <w:r>
        <w:t xml:space="preserve"> - The AFL announced the scheduling of prime-time matches for the Sydney Swans in the latter part of the 2026 season. Notably, the Swans' Pride Game against the Western Bulldogs was set for a Friday night in Round 17. This fixture underscored the league's recognition of the Swans' commitment to inclusivity and the significance of the Pride Game in promoting diversity within Australian rules football.</w:t>
      </w:r>
      <w:r/>
    </w:p>
    <w:p>
      <w:pPr>
        <w:pStyle w:val="ListNumber"/>
        <w:spacing w:line="240" w:lineRule="auto"/>
        <w:ind w:left="720"/>
      </w:pPr>
      <w:r/>
      <w:hyperlink r:id="rId13">
        <w:r>
          <w:rPr>
            <w:color w:val="0000EE"/>
            <w:u w:val="single"/>
          </w:rPr>
          <w:t>https://www.saints.com.au/news/1962041/saints-to-face-swans-in-2026-afl-pride-game</w:t>
        </w:r>
      </w:hyperlink>
      <w:r>
        <w:t xml:space="preserve"> - St Kilda Football Club confirmed their participation in the 2026 AFL Pride Game against the Sydney Swans. The match was scheduled for Round 13 at the Sydney Cricket Ground. St Kilda CEO Carl Dilena expressed the club's commitment to inclusion and equality, highlighting the significance of the Pride Game in fostering a welcoming environment for the LGBTQIA+ community within the sport.</w:t>
      </w:r>
      <w:r/>
    </w:p>
    <w:p>
      <w:pPr>
        <w:pStyle w:val="ListNumber"/>
        <w:spacing w:line="240" w:lineRule="auto"/>
        <w:ind w:left="720"/>
      </w:pPr>
      <w:r/>
      <w:hyperlink r:id="rId14">
        <w:r>
          <w:rPr>
            <w:color w:val="0000EE"/>
            <w:u w:val="single"/>
          </w:rPr>
          <w:t>https://www.sen.com.au/news/2026/05/13/afl-2026-tom-morris-swans-boycott-st-kilda-pride-game-following-handling-of-lance-collard-slur</w:t>
        </w:r>
      </w:hyperlink>
      <w:r>
        <w:t xml:space="preserve"> - In May 2026, the Sydney Swans decided to boycott their scheduled Pride Game against St Kilda following the Saints' handling of player Lance Collard's homophobic slur. The Swans expressed their commitment to inclusivity and the LGBTQIA+ community, stating that the decision was made to ensure the Pride Game's positive impact. The match was subsequently moved to Round 17 against the Western Bulldogs.</w:t>
      </w:r>
      <w:r/>
    </w:p>
    <w:p>
      <w:pPr>
        <w:pStyle w:val="ListNumber"/>
        <w:spacing w:line="240" w:lineRule="auto"/>
        <w:ind w:left="720"/>
      </w:pPr>
      <w:r/>
      <w:hyperlink r:id="rId15">
        <w:r>
          <w:rPr>
            <w:color w:val="0000EE"/>
            <w:u w:val="single"/>
          </w:rPr>
          <w:t>https://www.youtube.com/watch?v=DajPR635_7o</w:t>
        </w:r>
      </w:hyperlink>
      <w:r>
        <w:t xml:space="preserve"> - This video features the Sydney Swans celebrating their Pride Game in partnership with official Pride Partner, Adora Fertility. The event highlights the club's commitment to inclusivity and support for the LGBTQIA+ community, showcasing the significance of the Pride Game in promoting diversity within Australian rules football.</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starobserver.com.au/sponsored-content/i-went-to-my-first-afl-pride-game-with-the-sydney-swans-what-i-felt-really-surprised-me/242726" TargetMode="External"/><Relationship Id="rId10" Type="http://schemas.openxmlformats.org/officeDocument/2006/relationships/hyperlink" Target="https://www.sydneyswans.com.au/news/2048467/introducing-the-pride-blockbuster" TargetMode="External"/><Relationship Id="rId11" Type="http://schemas.openxmlformats.org/officeDocument/2006/relationships/hyperlink" Target="https://www.sydneyswans.com.au/news/2020956/sydney-swans-set-for-prime-time-action-in-the-run-home" TargetMode="External"/><Relationship Id="rId12" Type="http://schemas.openxmlformats.org/officeDocument/2006/relationships/hyperlink" Target="https://www.abc.net.au/news/2026-05-14/sydney-swans-move-annual-pride-game-away-from-st-kilda/106677390" TargetMode="External"/><Relationship Id="rId13" Type="http://schemas.openxmlformats.org/officeDocument/2006/relationships/hyperlink" Target="https://www.saints.com.au/news/1962041/saints-to-face-swans-in-2026-afl-pride-game" TargetMode="External"/><Relationship Id="rId14" Type="http://schemas.openxmlformats.org/officeDocument/2006/relationships/hyperlink" Target="https://www.sen.com.au/news/2026/05/13/afl-2026-tom-morris-swans-boycott-st-kilda-pride-game-following-handling-of-lance-collard-slur" TargetMode="External"/><Relationship Id="rId15" Type="http://schemas.openxmlformats.org/officeDocument/2006/relationships/hyperlink" Target="https://www.youtube.com/watch?v=DajPR635_7o"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