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Rochdale Pride Parade: Community, Conversation and Celebration in Rochdale Town Hall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residents are flocking to Rochdale this weekend as Pride returns, bringing a parade, stalls and community-led activities that spotlight inclusion, safety and support for LGBTQ+ people across the borough. The festival matters because it builds connections, challenges discrimination and makes everyday services more visible.</w:t>
      </w:r>
      <w:r/>
    </w:p>
    <w:p>
      <w:r/>
      <w:r>
        <w:t>Essential Takeaways</w:t>
      </w:r>
      <w:r/>
      <w:r/>
    </w:p>
    <w:p>
      <w:pPr>
        <w:pStyle w:val="ListBullet"/>
        <w:spacing w:line="240" w:lineRule="auto"/>
        <w:ind w:left="720"/>
      </w:pPr>
      <w:r/>
      <w:r>
        <w:rPr>
          <w:b/>
        </w:rPr>
        <w:t>When and where:</w:t>
      </w:r>
      <w:r>
        <w:t xml:space="preserve"> Rochdale Pride kicks off with activities from 12.30pm and a parade at 1pm around Rochdale Town Hall, making it easy to drop in. </w:t>
      </w:r>
      <w:r/>
    </w:p>
    <w:p>
      <w:pPr>
        <w:pStyle w:val="ListBullet"/>
        <w:spacing w:line="240" w:lineRule="auto"/>
        <w:ind w:left="720"/>
      </w:pPr>
      <w:r/>
      <w:r>
        <w:rPr>
          <w:b/>
        </w:rPr>
        <w:t>Community-led:</w:t>
      </w:r>
      <w:r>
        <w:t xml:space="preserve"> The event is organised by local volunteers, charities, schools and businesses working together to create a welcoming atmosphere. </w:t>
      </w:r>
      <w:r/>
    </w:p>
    <w:p>
      <w:pPr>
        <w:pStyle w:val="ListBullet"/>
        <w:spacing w:line="240" w:lineRule="auto"/>
        <w:ind w:left="720"/>
      </w:pPr>
      <w:r/>
      <w:r>
        <w:rPr>
          <w:b/>
        </w:rPr>
        <w:t>Wide participation:</w:t>
      </w:r>
      <w:r>
        <w:t xml:space="preserve"> Expect community stalls, emergency services, public-sector stands and LGBTQ+ support groups offering information and signposting. </w:t>
      </w:r>
      <w:r/>
    </w:p>
    <w:p>
      <w:pPr>
        <w:pStyle w:val="ListBullet"/>
        <w:spacing w:line="240" w:lineRule="auto"/>
        <w:ind w:left="720"/>
      </w:pPr>
      <w:r/>
      <w:r>
        <w:rPr>
          <w:b/>
        </w:rPr>
        <w:t>Purpose beyond party:</w:t>
      </w:r>
      <w:r>
        <w:t xml:space="preserve"> The festival aims to challenge discrimination, promote wellbeing and help residents find support and volunteering opportunities. </w:t>
      </w:r>
      <w:r/>
    </w:p>
    <w:p>
      <w:pPr>
        <w:pStyle w:val="ListBullet"/>
        <w:spacing w:line="240" w:lineRule="auto"/>
        <w:ind w:left="720"/>
      </w:pPr>
      <w:r/>
      <w:r>
        <w:rPr>
          <w:b/>
        </w:rPr>
        <w:t>Feel and tone:</w:t>
      </w:r>
      <w:r>
        <w:t xml:space="preserve"> The atmosphere is family-friendly and lively, with a focus on kindness, conversation and practical connections.</w:t>
      </w:r>
      <w:r/>
      <w:r/>
    </w:p>
    <w:p>
      <w:pPr>
        <w:pStyle w:val="Heading2"/>
      </w:pPr>
      <w:r>
        <w:t>Why Rochdale Pride matters this summer</w:t>
      </w:r>
      <w:r/>
    </w:p>
    <w:p>
      <w:r/>
      <w:r>
        <w:t>Rochdale Pride isn’t just a colourful one-day bash , it’s a visible statement that the town wants to be welcoming to people of every age, background and identity. Visitors often comment on the warm, chatty vibe; it feels approachable rather than staged, with stalls where you can actually have a proper conversation about local services or volunteering. Organisers say the event helps tackle stigma and builds tangible links between residents and support groups.</w:t>
      </w:r>
      <w:r/>
    </w:p>
    <w:p>
      <w:pPr>
        <w:pStyle w:val="Heading2"/>
      </w:pPr>
      <w:r>
        <w:t>How the parade and stalls bring people together</w:t>
      </w:r>
      <w:r/>
    </w:p>
    <w:p>
      <w:r/>
      <w:r>
        <w:t>The parade, set to march at 1pm, acts as both celebration and signal: it marks space in the town centre where LGBTQ+ people and allies are seen and heard. Alongside the procession, stalls at the Town Hall will include charities, community groups, sports clubs and public services. That mix means you can celebrate with music and colour, then pick up real information about mental health support, youth services or ways to volunteer.</w:t>
      </w:r>
      <w:r/>
    </w:p>
    <w:p>
      <w:pPr>
        <w:pStyle w:val="Heading2"/>
      </w:pPr>
      <w:r>
        <w:t>What community-led really looks like here</w:t>
      </w:r>
      <w:r/>
    </w:p>
    <w:p>
      <w:r/>
      <w:r>
        <w:t>This is the third annual community-driven Pride in Rochdale, organised by volunteers and local partners rather than a big corporate promoter. That grassroots approach shows in the programme , it’s responsive to what locals say they need, from wellbeing resources to opportunities for schools and clubs to show support. The result feels rooted in local priorities and practical outcomes, not just spectacle.</w:t>
      </w:r>
      <w:r/>
    </w:p>
    <w:p>
      <w:pPr>
        <w:pStyle w:val="Heading2"/>
      </w:pPr>
      <w:r>
        <w:t>Practical tips for attending and getting involved</w:t>
      </w:r>
      <w:r/>
    </w:p>
    <w:p>
      <w:r/>
      <w:r>
        <w:t>If you’re planning to go, aim to arrive before 1pm to catch the lead-up events and find a good spot for the parade. Wear comfortable shoes; the town-centre route is easy walking but you’ll want to be on your feet. Bring a water bottle and a small bag for leaflets, and follow social channels for last-minute updates. If you’re representing a group, stalls are a great way to recruit volunteers, share services and start conversations that last beyond the day.</w:t>
      </w:r>
      <w:r/>
    </w:p>
    <w:p>
      <w:pPr>
        <w:pStyle w:val="Heading2"/>
      </w:pPr>
      <w:r>
        <w:t>Looking beyond the day: building lasting change</w:t>
      </w:r>
      <w:r/>
    </w:p>
    <w:p>
      <w:r/>
      <w:r>
        <w:t>Organisers are clear that Pride’s impact isn’t limited to the weekend. By connecting charities, public services, businesses and residents, the event helps strengthen networks and normalise conversations about inclusion. That kind of ongoing relationship-building is the real legacy: more people aware of where to turn, more volunteers, and a stronger sense that Rochdale wants to be a place where everyone can be themselves.</w:t>
      </w:r>
      <w:r/>
    </w:p>
    <w:p>
      <w:r/>
      <w:r>
        <w:t>It's a small but powerful moment to stand together, learn and celebrate.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[3]</w:t>
        </w:r>
      </w:hyperlink>
      <w:r>
        <w:t xml:space="preserve">- Paragraph 4: </w:t>
      </w:r>
      <w:hyperlink r:id="rId10">
        <w:r>
          <w:rPr>
            <w:color w:val="0000EE"/>
            <w:u w:val="single"/>
          </w:rPr>
          <w:t>[2]</w:t>
        </w:r>
      </w:hyperlink>
      <w:r>
        <w:t xml:space="preserve">, </w:t>
      </w:r>
      <w:hyperlink r:id="rId11">
        <w:r>
          <w:rPr>
            <w:color w:val="0000EE"/>
            <w:u w:val="single"/>
          </w:rPr>
          <w:t>[5]</w:t>
        </w:r>
      </w:hyperlink>
      <w:r>
        <w:t xml:space="preserve">- Paragraph 5: </w:t>
      </w:r>
      <w:hyperlink r:id="rId9">
        <w:r>
          <w:rPr>
            <w:color w:val="0000EE"/>
            <w:u w:val="single"/>
          </w:rPr>
          <w:t>[1]</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https://www.rochdaletimes.co.uk/pride-returns-to-rochdale-this-weekend/</w:t>
        </w:r>
      </w:hyperlink>
      <w:r>
        <w:t xml:space="preserve"> - Please view link - unable to able to access data</w:t>
      </w:r>
      <w:r/>
    </w:p>
    <w:p>
      <w:pPr>
        <w:pStyle w:val="ListNumber"/>
        <w:spacing w:line="240" w:lineRule="auto"/>
        <w:ind w:left="720"/>
      </w:pPr>
      <w:r/>
      <w:hyperlink r:id="rId10">
        <w:r>
          <w:rPr>
            <w:color w:val="0000EE"/>
            <w:u w:val="single"/>
          </w:rPr>
          <w:t>https://www.rochdalepride.co.uk/</w:t>
        </w:r>
      </w:hyperlink>
      <w:r>
        <w:t xml:space="preserve"> - Rochdale Pride is an annual celebration of LGBTQIA+ life, culture, and equality in the Rochdale borough. The event brings together local residents, community groups, businesses, and allies to create a welcoming space where everyone can be themselves, make connections, and celebrate the borough's diversity. The 2026 event is scheduled for 18th July outside the Town Hall in Town Hall Square. The organisation is supported by volunteers, sponsors, community groups, and local businesses, and offers opportunities for community support, sponsorship, and contact.</w:t>
      </w:r>
      <w:r/>
    </w:p>
    <w:p>
      <w:pPr>
        <w:pStyle w:val="ListNumber"/>
        <w:spacing w:line="240" w:lineRule="auto"/>
        <w:ind w:left="720"/>
      </w:pPr>
      <w:r/>
      <w:hyperlink r:id="rId13">
        <w:r>
          <w:rPr>
            <w:color w:val="0000EE"/>
            <w:u w:val="single"/>
          </w:rPr>
          <w:t>https://www.businessmanchester.co.uk/2024/07/09/first-ever-rainbows-pride-parade-takes-place-in-rochdale/</w:t>
        </w:r>
      </w:hyperlink>
      <w:r>
        <w:t xml:space="preserve"> - Rochdale in Rainbows, also known as Rochdale Pride, is returning with a spectacular event this summer to raise awareness and celebrate LGBTQ+ communities. The event will feature the first-ever Rochdale in Rainbows Pride parade, taking place on Saturday between 10am and 11.30am, followed by celebrations, refreshments, information stalls, and fun at the Bright Hall inside the town hall until 2pm. Councillor Susan Smith expressed pride in the cooperative nature of the event, highlighting the collaboration of local partners, businesses, community groups, and residents.</w:t>
      </w:r>
      <w:r/>
    </w:p>
    <w:p>
      <w:pPr>
        <w:pStyle w:val="ListNumber"/>
        <w:spacing w:line="240" w:lineRule="auto"/>
        <w:ind w:left="720"/>
      </w:pPr>
      <w:r/>
      <w:hyperlink r:id="rId12">
        <w:r>
          <w:rPr>
            <w:color w:val="0000EE"/>
            <w:u w:val="single"/>
          </w:rPr>
          <w:t>https://www.investinrochdale.co.uk/news/post/rochdale-pride-parade-raises-progress-flags</w:t>
        </w:r>
      </w:hyperlink>
      <w:r>
        <w:t xml:space="preserve"> - Rochdale in Rainbows, Rochdale Pride, is returning with a line-up of spectacular events and activities during the summer across the borough. The main event will be the borough’s first Rochdale in Rainbows pride parade on Saturday 13 July, taking place outside the newly restored Rochdale Town Hall. Community groups, partners, local businesses, and dance groups will all be taking part in the parade, showing off their Pride progress flags, some of which will be hand-crafted. The event aims to support and celebrate equality, equity, inclusion, and respect for everyone.</w:t>
      </w:r>
      <w:r/>
    </w:p>
    <w:p>
      <w:pPr>
        <w:pStyle w:val="ListNumber"/>
        <w:spacing w:line="240" w:lineRule="auto"/>
        <w:ind w:left="720"/>
      </w:pPr>
      <w:r/>
      <w:hyperlink r:id="rId11">
        <w:r>
          <w:rPr>
            <w:color w:val="0000EE"/>
            <w:u w:val="single"/>
          </w:rPr>
          <w:t>https://www.rochvalleyradio.com/news/local-news/rochdale-in-rainbows-returns-this-sunday-with-a-pride-parade-and-celebration-at-town-hall/</w:t>
        </w:r>
      </w:hyperlink>
      <w:r>
        <w:t xml:space="preserve"> - Rochdale Pride is making a vibrant return with a community celebration and colourful parade. The free event will begin at 12.30pm outside Rochdale Town Hall, inviting residents, organisations, and community groups to take part in the Pride Parade, which runs until 1.30pm. Participants are encouraged to bring progress flags, banners, and a spirit of solidarity to this inclusive occasion. Following the parade, the celebration continues in the recently restored Great Hall, where attendees can enjoy speeches, entertainment, refreshments, and activities until 4pm.</w:t>
      </w:r>
      <w:r/>
    </w:p>
    <w:p>
      <w:pPr>
        <w:pStyle w:val="ListNumber"/>
        <w:spacing w:line="240" w:lineRule="auto"/>
        <w:ind w:left="720"/>
      </w:pPr>
      <w:r/>
      <w:hyperlink r:id="rId14">
        <w:r>
          <w:rPr>
            <w:color w:val="0000EE"/>
            <w:u w:val="single"/>
          </w:rPr>
          <w:t>https://www.withingtonpride.com/</w:t>
        </w:r>
      </w:hyperlink>
      <w:r>
        <w:t xml:space="preserve"> - Withington Pride is a grassroots event, for the community by the community, celebrating the local LGBTQ+ community’s vibrancy, creativity, and value. The 2024 event is scheduled for 21st September, featuring a day and night of events across Withington, including free kids' crafts, a parade, and a street party. The event aims to build community networks of care, allyship, and solidarity through music, art, and dance. There are plenty of ways to get involved, from volunteering as a steward, safe-space facilitator, or as part of the clean-up crew, to marching in the parade as a group or individual.</w:t>
      </w:r>
      <w:r/>
    </w:p>
    <w:p>
      <w:pPr>
        <w:pStyle w:val="ListNumber"/>
        <w:spacing w:line="240" w:lineRule="auto"/>
        <w:ind w:left="720"/>
      </w:pPr>
      <w:r/>
      <w:hyperlink r:id="rId15">
        <w:r>
          <w:rPr>
            <w:color w:val="0000EE"/>
            <w:u w:val="single"/>
          </w:rPr>
          <w:t>https://www.prestonpride.com/about/</w:t>
        </w:r>
      </w:hyperlink>
      <w:r>
        <w:t xml:space="preserve"> - Preston Pride is a volunteer-led community organisation established in 2012. The 2024 event will mark the 11th annual Preston Pride event, featuring two parades. The organisation takes a positive stance against discrimination and delivers an inclusive event that promotes cohesion and celebrates diversity. Preston Pride is located in the heart of Central Lancashire, surrounded by 82 villages and 27 towns, including 7 coastal towns. The ongoing aim is to ensure that the LGBT+ community of Preston and its supporters are recognised, celebrated, and supported.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rochdaletimes.co.uk/pride-returns-to-rochdale-this-weekend/" TargetMode="External"/><Relationship Id="rId10" Type="http://schemas.openxmlformats.org/officeDocument/2006/relationships/hyperlink" Target="https://www.rochdalepride.co.uk/" TargetMode="External"/><Relationship Id="rId11" Type="http://schemas.openxmlformats.org/officeDocument/2006/relationships/hyperlink" Target="https://www.rochvalleyradio.com/news/local-news/rochdale-in-rainbows-returns-this-sunday-with-a-pride-parade-and-celebration-at-town-hall/" TargetMode="External"/><Relationship Id="rId12" Type="http://schemas.openxmlformats.org/officeDocument/2006/relationships/hyperlink" Target="https://www.investinrochdale.co.uk/news/post/rochdale-pride-parade-raises-progress-flags" TargetMode="External"/><Relationship Id="rId13" Type="http://schemas.openxmlformats.org/officeDocument/2006/relationships/hyperlink" Target="https://www.businessmanchester.co.uk/2024/07/09/first-ever-rainbows-pride-parade-takes-place-in-rochdale/" TargetMode="External"/><Relationship Id="rId14" Type="http://schemas.openxmlformats.org/officeDocument/2006/relationships/hyperlink" Target="https://www.withingtonpride.com/" TargetMode="External"/><Relationship Id="rId15" Type="http://schemas.openxmlformats.org/officeDocument/2006/relationships/hyperlink" Target="https://www.prestonpride.com/abo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