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Broadway Shock: Why Cats: The Jellicle Ball Is Closing Early — What That Means for Theatre Fans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this space: Broadway regulars and theatre fans are buzzing after the surprise announcement that Cats: The Jellicle Ball will end its run on 6 August, a decision that spotlights rising ticket strains and has even prompted warnings about Broadway’s wider health. Here’s what’s happening, why it matters, and what to see instead.</w:t>
      </w:r>
      <w:r/>
    </w:p>
    <w:p>
      <w:r/>
      <w:r>
        <w:t>Essential Takeaways</w:t>
      </w:r>
      <w:r/>
      <w:r/>
    </w:p>
    <w:p>
      <w:pPr>
        <w:pStyle w:val="ListBullet"/>
        <w:spacing w:line="240" w:lineRule="auto"/>
        <w:ind w:left="720"/>
      </w:pPr>
      <w:r/>
      <w:r>
        <w:rPr>
          <w:b/>
        </w:rPr>
        <w:t>Closing date:</w:t>
      </w:r>
      <w:r>
        <w:t xml:space="preserve"> Cats: The Jellicle Ball will end performances on 6 August, several weeks earlier than planned.</w:t>
      </w:r>
      <w:r/>
    </w:p>
    <w:p>
      <w:pPr>
        <w:pStyle w:val="ListBullet"/>
        <w:spacing w:line="240" w:lineRule="auto"/>
        <w:ind w:left="720"/>
      </w:pPr>
      <w:r/>
      <w:r>
        <w:rPr>
          <w:b/>
        </w:rPr>
        <w:t>Creator concern:</w:t>
      </w:r>
      <w:r>
        <w:t xml:space="preserve"> Andrew Lloyd Webber has sounded the alarm, calling the closure a worrying sign for Broadway’s financial stability.</w:t>
      </w:r>
      <w:r/>
    </w:p>
    <w:p>
      <w:pPr>
        <w:pStyle w:val="ListBullet"/>
        <w:spacing w:line="240" w:lineRule="auto"/>
        <w:ind w:left="720"/>
      </w:pPr>
      <w:r/>
      <w:r>
        <w:rPr>
          <w:b/>
        </w:rPr>
        <w:t>Audience note:</w:t>
      </w:r>
      <w:r>
        <w:t xml:space="preserve"> Producers say the show struggled to attract a large enough regular audience despite high-profile marketing.</w:t>
      </w:r>
      <w:r/>
    </w:p>
    <w:p>
      <w:pPr>
        <w:pStyle w:val="ListBullet"/>
        <w:spacing w:line="240" w:lineRule="auto"/>
        <w:ind w:left="720"/>
      </w:pPr>
      <w:r/>
      <w:r>
        <w:rPr>
          <w:b/>
        </w:rPr>
        <w:t>Practical tip:</w:t>
      </w:r>
      <w:r>
        <w:t xml:space="preserve"> If you’ve got tickets, check refund and exchange policies now; rush and discount options may appear as the final weeks approach.</w:t>
      </w:r>
      <w:r/>
    </w:p>
    <w:p>
      <w:pPr>
        <w:pStyle w:val="ListBullet"/>
        <w:spacing w:line="240" w:lineRule="auto"/>
        <w:ind w:left="720"/>
      </w:pPr>
      <w:r/>
      <w:r>
        <w:rPr>
          <w:b/>
        </w:rPr>
        <w:t>Fan mood:</w:t>
      </w:r>
      <w:r>
        <w:t xml:space="preserve"> The run feels bittersweet , glossy production values but a faint sense that the market’s tastes are shifting.</w:t>
      </w:r>
      <w:r/>
      <w:r/>
    </w:p>
    <w:p>
      <w:pPr>
        <w:pStyle w:val="Heading2"/>
      </w:pPr>
      <w:r>
        <w:t>What happened , the quick, slightly awkward curtain call</w:t>
      </w:r>
      <w:r/>
    </w:p>
    <w:p>
      <w:r/>
      <w:r>
        <w:t>The producers of Cats: The Jellicle Ball confirmed the show will play its final Broadway performance on 6 August, bringing an end to a run that never quite found a steady groove with theatregoers. Fans report a tacky mix of surprise and resignation; the theatre looked as polished as ever, but ticket sales apparently lagged. Andrew Lloyd Webber has publicly criticised the situation, framing the closure as a symptom of a bigger problem for the industry.</w:t>
      </w:r>
      <w:r/>
    </w:p>
    <w:p>
      <w:pPr>
        <w:pStyle w:val="Heading2"/>
      </w:pPr>
      <w:r>
        <w:t>Why Andrew Lloyd Webber’s warning matters</w:t>
      </w:r>
      <w:r/>
    </w:p>
    <w:p>
      <w:r/>
      <w:r>
        <w:t>When a figure of Webber’s stature raises the alarm, people listen. He’s suggested the show’s early close points to a “dire” moment for Broadway , rising costs, changing consumer habits, and competition from streaming and other leisure options. The Guardian noted his comments as part of a broader conversation about commercial theatre’s fragility. It’s easy to picture a nervous season ahead for producers juggling budgets and creative risks.</w:t>
      </w:r>
      <w:r/>
    </w:p>
    <w:p>
      <w:pPr>
        <w:pStyle w:val="Heading2"/>
      </w:pPr>
      <w:r>
        <w:t>How this fits into the bigger Broadway picture</w:t>
      </w:r>
      <w:r/>
    </w:p>
    <w:p>
      <w:r/>
      <w:r>
        <w:t>This isn’t an isolated incident. Several recent productions have faced tougher-than-expected runs, forcing creatives and investors to rethink how musicals are financed and marketed. Reviews praised Cats’ spectacle and performances, yet good notices don’t always translate into sell-out houses. Industry observers, including reporting from Broadway.com and BroadwayWorld, point to a mismatch between expensive staging and audience appetite for novelty or nostalgia.</w:t>
      </w:r>
      <w:r/>
    </w:p>
    <w:p>
      <w:pPr>
        <w:pStyle w:val="Heading2"/>
      </w:pPr>
      <w:r>
        <w:t>What to do if you’ve got tickets , quick, practical moves</w:t>
      </w:r>
      <w:r/>
    </w:p>
    <w:p>
      <w:r/>
      <w:r>
        <w:t>If you’re holding tickets, first check the box office or your point of purchase for refund or exchange options , producers often prioritise customers when a show announces an early close. Consider reselling through official channels rather than risky third parties. If you’re theatre-curious but missed out, keep an eye on discounted rush tickets and lottery releases that commonly appear in a show’s last weeks. And if you’re planning a Broadway trip, diversify your choices , smaller off-Broadway shows can be brilliant and kinder to your wallet.</w:t>
      </w:r>
      <w:r/>
    </w:p>
    <w:p>
      <w:pPr>
        <w:pStyle w:val="Heading2"/>
      </w:pPr>
      <w:r>
        <w:t>Where to turn next , other queer-inclusive or must-see productions</w:t>
      </w:r>
      <w:r/>
    </w:p>
    <w:p>
      <w:r/>
      <w:r>
        <w:t>For anyone disappointed by Cats’ early farewell, there’s plenty else to love on the marquee. Critics are pointing to new queer-inclusive shows and bold plays gaining traction; meanwhile, classics and revivals still pull crowds. Touring productions and West End transfers also offer chances to catch high-quality theatre without the same pricing pressure. Think of this as an opportunity to discover a hidden gem rather than a full stop on the season.</w:t>
      </w:r>
      <w:r/>
    </w:p>
    <w:p>
      <w:r/>
      <w:r>
        <w:t>It's a small, sharp moment for Broadway, but it may nudge the industry toward smarter choices and surprising fresh work.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2">
        <w:r>
          <w:rPr>
            <w:color w:val="0000EE"/>
            <w:u w:val="single"/>
          </w:rPr>
          <w:t>[3]</w:t>
        </w:r>
      </w:hyperlink>
      <w:r>
        <w:t xml:space="preserve">, </w:t>
      </w:r>
      <w:hyperlink r:id="rId13">
        <w:r>
          <w:rPr>
            <w:color w:val="0000EE"/>
            <w:u w:val="single"/>
          </w:rPr>
          <w:t>[7]</w:t>
        </w:r>
      </w:hyperlink>
      <w:r>
        <w:t xml:space="preserve">- Paragraph 4: </w:t>
      </w:r>
      <w:hyperlink r:id="rId10">
        <w:r>
          <w:rPr>
            <w:color w:val="0000EE"/>
            <w:u w:val="single"/>
          </w:rPr>
          <w:t>[4]</w:t>
        </w:r>
      </w:hyperlink>
      <w:r>
        <w:t xml:space="preserve">, </w:t>
      </w:r>
      <w:hyperlink r:id="rId14">
        <w:r>
          <w:rPr>
            <w:color w:val="0000EE"/>
            <w:u w:val="single"/>
          </w:rPr>
          <w:t>[5]</w:t>
        </w:r>
      </w:hyperlink>
      <w:r>
        <w:t xml:space="preserve">- Paragraph 5: </w:t>
      </w:r>
      <w:hyperlink r:id="rId11">
        <w:r>
          <w:rPr>
            <w:color w:val="0000EE"/>
            <w:u w:val="single"/>
          </w:rPr>
          <w:t>[6]</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https://www.queerty.com/troye-sivans-tantalizing-tease-elliot-pages-heroic-odyssey-all-the-best-lgbtq-releases-this-week-20260715/</w:t>
        </w:r>
      </w:hyperlink>
      <w:r>
        <w:t xml:space="preserve"> - Please view link - unable to able to access data</w:t>
      </w:r>
      <w:r/>
    </w:p>
    <w:p>
      <w:pPr>
        <w:pStyle w:val="ListNumber"/>
        <w:spacing w:line="240" w:lineRule="auto"/>
        <w:ind w:left="720"/>
      </w:pPr>
      <w:r/>
      <w:hyperlink r:id="rId9">
        <w:r>
          <w:rPr>
            <w:color w:val="0000EE"/>
            <w:u w:val="single"/>
          </w:rPr>
          <w:t>https://www.queerty.com/troye-sivans-tantalizing-tease-elliot-pages-heroic-odyssey-all-the-best-lgbtq-releases-this-week-20260715/</w:t>
        </w:r>
      </w:hyperlink>
      <w:r>
        <w:t xml:space="preserve"> - This article from Queerty highlights the latest LGBTQ+ entertainment releases, including Troye Sivan's teaser for new music, Elliot Page's casting in 'The Odyssey', and the upcoming finale of 'Heartstopper Forever'. It also discusses the early closure of 'Cats: The Jellicle Ball' on Broadway and other notable events in the LGBTQ+ community.</w:t>
      </w:r>
      <w:r/>
    </w:p>
    <w:p>
      <w:pPr>
        <w:pStyle w:val="ListNumber"/>
        <w:spacing w:line="240" w:lineRule="auto"/>
        <w:ind w:left="720"/>
      </w:pPr>
      <w:r/>
      <w:hyperlink r:id="rId12">
        <w:r>
          <w:rPr>
            <w:color w:val="0000EE"/>
            <w:u w:val="single"/>
          </w:rPr>
          <w:t>https://www.theguardian.com/culture/2026/jul/14/andrew-lloyd-webber-cats-jellice-ball-broadway</w:t>
        </w:r>
      </w:hyperlink>
      <w:r>
        <w:t xml:space="preserve"> - Andrew Lloyd Webber has expressed concern over the state of Broadway following the early closure of his revival 'Cats: The Jellicle Ball'. He warned that the iconic cultural institution is in 'dire danger' and urged for collective action to preserve it.</w:t>
      </w:r>
      <w:r/>
    </w:p>
    <w:p>
      <w:pPr>
        <w:pStyle w:val="ListNumber"/>
        <w:spacing w:line="240" w:lineRule="auto"/>
        <w:ind w:left="720"/>
      </w:pPr>
      <w:r/>
      <w:hyperlink r:id="rId10">
        <w:r>
          <w:rPr>
            <w:color w:val="0000EE"/>
            <w:u w:val="single"/>
          </w:rPr>
          <w:t>https://www.broadway.com/buzz/207313/cats-the-jellicle-ball-to-close-early-on-broadway/</w:t>
        </w:r>
      </w:hyperlink>
      <w:r>
        <w:t xml:space="preserve"> - Broadway.com reports that 'Cats: The Jellicle Ball', a reimagined version of Andrew Lloyd Webber's classic musical, will end its Broadway run early, with the final performance scheduled for August 8, 2026. The production had initially been extended through January 2027.</w:t>
      </w:r>
      <w:r/>
    </w:p>
    <w:p>
      <w:pPr>
        <w:pStyle w:val="ListNumber"/>
        <w:spacing w:line="240" w:lineRule="auto"/>
        <w:ind w:left="720"/>
      </w:pPr>
      <w:r/>
      <w:hyperlink r:id="rId14">
        <w:r>
          <w:rPr>
            <w:color w:val="0000EE"/>
            <w:u w:val="single"/>
          </w:rPr>
          <w:t>https://www.broadwayworld.com/article/CATS-THE-JELLICLE-BALL-Will-Play-Final-Broadway-Performance-This-Summer-20260713</w:t>
        </w:r>
      </w:hyperlink>
      <w:r>
        <w:t xml:space="preserve"> - BroadwayWorld announces that 'Cats: The Jellicle Ball' will conclude its Broadway engagement on August 8, 2026. The production, which began performances on March 18, 2026, has received critical acclaim and won three Tony Awards.</w:t>
      </w:r>
      <w:r/>
    </w:p>
    <w:p>
      <w:pPr>
        <w:pStyle w:val="ListNumber"/>
        <w:spacing w:line="240" w:lineRule="auto"/>
        <w:ind w:left="720"/>
      </w:pPr>
      <w:r/>
      <w:hyperlink r:id="rId11">
        <w:r>
          <w:rPr>
            <w:color w:val="0000EE"/>
            <w:u w:val="single"/>
          </w:rPr>
          <w:t>https://www.timeout.com/newyork/news/cats-the-jellicle-ball-is-heading-to-the-heaviside-layer-earlier-than-expected-071426</w:t>
        </w:r>
      </w:hyperlink>
      <w:r>
        <w:t xml:space="preserve"> - TimeOut New York reports that 'Cats: The Jellicle Ball' is set to close earlier than expected, with the final performance on August 8, 2026. Despite critical acclaim and Tony Awards, the production will end its Broadway run after just five months.</w:t>
      </w:r>
      <w:r/>
    </w:p>
    <w:p>
      <w:pPr>
        <w:pStyle w:val="ListNumber"/>
        <w:spacing w:line="240" w:lineRule="auto"/>
        <w:ind w:left="720"/>
      </w:pPr>
      <w:r/>
      <w:hyperlink r:id="rId13">
        <w:r>
          <w:rPr>
            <w:color w:val="0000EE"/>
            <w:u w:val="single"/>
          </w:rPr>
          <w:t>https://www.showbiz411.com/2026/07/14/cats-jellicle-ball-is-closing-on-broadway-andrew-lloyd-webber-is-upset-but-show-never-attracted-a-big-enough-audience</w:t>
        </w:r>
      </w:hyperlink>
      <w:r>
        <w:t xml:space="preserve"> - Showbiz411 discusses the early closure of 'Cats: The Jellicle Ball' on Broadway, noting that despite winning three Tony Awards, the show failed to attract a large enough audience, leading to its early end on August 8, 2026.</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troye-sivans-tantalizing-tease-elliot-pages-heroic-odyssey-all-the-best-lgbtq-releases-this-week-20260715/" TargetMode="External"/><Relationship Id="rId10" Type="http://schemas.openxmlformats.org/officeDocument/2006/relationships/hyperlink" Target="https://www.broadway.com/buzz/207313/cats-the-jellicle-ball-to-close-early-on-broadway/" TargetMode="External"/><Relationship Id="rId11" Type="http://schemas.openxmlformats.org/officeDocument/2006/relationships/hyperlink" Target="https://www.timeout.com/newyork/news/cats-the-jellicle-ball-is-heading-to-the-heaviside-layer-earlier-than-expected-071426" TargetMode="External"/><Relationship Id="rId12" Type="http://schemas.openxmlformats.org/officeDocument/2006/relationships/hyperlink" Target="https://www.theguardian.com/culture/2026/jul/14/andrew-lloyd-webber-cats-jellice-ball-broadway" TargetMode="External"/><Relationship Id="rId13" Type="http://schemas.openxmlformats.org/officeDocument/2006/relationships/hyperlink" Target="https://www.showbiz411.com/2026/07/14/cats-jellicle-ball-is-closing-on-broadway-andrew-lloyd-webber-is-upset-but-show-never-attracted-a-big-enough-audience" TargetMode="External"/><Relationship Id="rId14" Type="http://schemas.openxmlformats.org/officeDocument/2006/relationships/hyperlink" Target="https://www.broadwayworld.com/article/CATS-THE-JELLICLE-BALL-Will-Play-Final-Broadway-Performance-This-Summer-202607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