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WOB40 Events and Pride Parties: How Wrecsam’s Grassroots Scene Is Thriving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ravers are turning up for community-driven Pride and bass nights in Wrecsam, where WOB40, PINCO and Voicebox have teamed up with poets, DJs and an independent arts market to put grassroots creativity centre stage , here's why it matters for local culture and how to get involved.</w:t>
      </w:r>
      <w:r/>
    </w:p>
    <w:p>
      <w:r/>
      <w:r>
        <w:t>Essential Takeaways</w:t>
      </w:r>
      <w:r/>
      <w:r/>
    </w:p>
    <w:p>
      <w:pPr>
        <w:pStyle w:val="ListBullet"/>
        <w:spacing w:line="240" w:lineRule="auto"/>
        <w:ind w:left="720"/>
      </w:pPr>
      <w:r/>
      <w:r>
        <w:rPr>
          <w:b/>
        </w:rPr>
        <w:t>Local collective energy:</w:t>
      </w:r>
      <w:r>
        <w:t xml:space="preserve"> WOB40 champions heavyweight bass and soundsystem culture in North Wales, led by founder Queen Chubby. </w:t>
      </w:r>
      <w:r/>
    </w:p>
    <w:p>
      <w:pPr>
        <w:pStyle w:val="ListBullet"/>
        <w:spacing w:line="240" w:lineRule="auto"/>
        <w:ind w:left="720"/>
      </w:pPr>
      <w:r/>
      <w:r>
        <w:rPr>
          <w:b/>
        </w:rPr>
        <w:t>Mixed-lineup appeal:</w:t>
      </w:r>
      <w:r>
        <w:t xml:space="preserve"> Events blend dubstep, reggae-rooted bass, spoken-word and indie stalls , the vibe is queer, loud and welcoming. </w:t>
      </w:r>
      <w:r/>
    </w:p>
    <w:p>
      <w:pPr>
        <w:pStyle w:val="ListBullet"/>
        <w:spacing w:line="240" w:lineRule="auto"/>
        <w:ind w:left="720"/>
      </w:pPr>
      <w:r/>
      <w:r>
        <w:rPr>
          <w:b/>
        </w:rPr>
        <w:t>Accessible venues:</w:t>
      </w:r>
      <w:r>
        <w:t xml:space="preserve"> The Lab in Eagles Meadow offers wheelchair-friendly access and on-site food and drinks, making it easy to linger. </w:t>
      </w:r>
      <w:r/>
    </w:p>
    <w:p>
      <w:pPr>
        <w:pStyle w:val="ListBullet"/>
        <w:spacing w:line="240" w:lineRule="auto"/>
        <w:ind w:left="720"/>
      </w:pPr>
      <w:r/>
      <w:r>
        <w:rPr>
          <w:b/>
        </w:rPr>
        <w:t>Regular activity:</w:t>
      </w:r>
      <w:r>
        <w:t xml:space="preserve"> From monthly sessions and weekly radio to summer markets and festivals, there’s a steady calendar of things to catch. </w:t>
      </w:r>
      <w:r/>
    </w:p>
    <w:p>
      <w:pPr>
        <w:pStyle w:val="ListBullet"/>
        <w:spacing w:line="240" w:lineRule="auto"/>
        <w:ind w:left="720"/>
      </w:pPr>
      <w:r/>
      <w:r>
        <w:rPr>
          <w:b/>
        </w:rPr>
        <w:t>Community-first feel:</w:t>
      </w:r>
      <w:r>
        <w:t xml:space="preserve"> Organisers and traders emphasise collaboration over competition and visibility for LGBTQ+ creators.</w:t>
      </w:r>
      <w:r/>
      <w:r/>
    </w:p>
    <w:p>
      <w:pPr>
        <w:pStyle w:val="Heading2"/>
      </w:pPr>
      <w:r>
        <w:t>How a local bass label turned club nights into a community hub</w:t>
      </w:r>
      <w:r/>
    </w:p>
    <w:p>
      <w:r/>
      <w:r>
        <w:t>WOB40 began as a bass rave collective and record label with an explicit focus on dubstep’s roots and the LGBTQ+ influence on rave culture. Queen Chubby speaks about translating early support from Young Promoter’s Network and Beacons Cymru into regular nights and a label roster, and you can actually stream their releases on Bandcamp as you read. The result is a crew that treats speakers like instruments, debuts exclusive dubs and measures success by the crowd’s reaction rather than streaming stats.</w:t>
      </w:r>
      <w:r/>
    </w:p>
    <w:p>
      <w:r/>
      <w:r>
        <w:t>Events have moved from one-off launches to monthly sessions and a weekly radio show, which helps build momentum without over-relying on commercial circuits. If you’re wondering why that matters, it’s because small promoters who host regular nights give local producers room to experiment, and that’s exactly what’s pushing Wrecsam’s electronic scene forward.</w:t>
      </w:r>
      <w:r/>
    </w:p>
    <w:p>
      <w:pPr>
        <w:pStyle w:val="Heading2"/>
      </w:pPr>
      <w:r>
        <w:t>Pride parties that sidestep the stereotypes</w:t>
      </w:r>
      <w:r/>
    </w:p>
    <w:p>
      <w:r/>
      <w:r>
        <w:t>Organisers deliberately curated a Pride daytime event that mixed DJs with poets, bands and an independent arts market. That approach widened the turnout and made the party feel less like a one-note parade and more like a cultural fair. Flossie Creations says bringing traders into the mix helps people of different ages and backgrounds connect, and it’s a neat reminder that Pride can mean many things beyond the usual club circuit.</w:t>
      </w:r>
      <w:r/>
    </w:p>
    <w:p>
      <w:r/>
      <w:r>
        <w:t>Queen Chubby’s comment about Pride being a necessary protest sits alongside her practical aim: create inclusive spaces where queer people aren’t boxed into a stereotype. That’s reflected in programming choices which range from reggae-influenced dubstep to spoken-word, so everyone can find a corner of the event that resonates.</w:t>
      </w:r>
      <w:r/>
    </w:p>
    <w:p>
      <w:pPr>
        <w:pStyle w:val="Heading2"/>
      </w:pPr>
      <w:r>
        <w:t>Venues, accessibility and what makes The Lab a good fit</w:t>
      </w:r>
      <w:r/>
    </w:p>
    <w:p>
      <w:r/>
      <w:r>
        <w:t>The Lab in Eagles Meadow has become a regular home for these events, offering wheelchair-friendly access and on-site catering like Notorious Eatz. That matters when you want a day-long festival feel without the hassle , tea, coffee and proper food keep people comfortable and make stalls and performances easier to browse.</w:t>
      </w:r>
      <w:r/>
    </w:p>
    <w:p>
      <w:r/>
      <w:r>
        <w:t>Support from local venues such as Saith Seren has been crucial too; organisers credit them with helping when last-minute changes were needed. Practically, when a promoter has reliable venue partners, audiences stick around and traders feel confident joining in.</w:t>
      </w:r>
      <w:r/>
    </w:p>
    <w:p>
      <w:pPr>
        <w:pStyle w:val="Heading2"/>
      </w:pPr>
      <w:r>
        <w:t>Markets, makers and why collaboration wins over competition</w:t>
      </w:r>
      <w:r/>
    </w:p>
    <w:p>
      <w:r/>
      <w:r>
        <w:t>Flossie Creations curates the independent arts market that often accompanies WOB40 nights, turning a gig into a mini cultural festival. Markets give local makers visibility and income, and they create a gentle daytime footfall that brings new faces into electronic music events. It’s a textbook example of cross-pollination: DJs draw a crowd, makers meet buyers, poets and bands get new listeners.</w:t>
      </w:r>
      <w:r/>
    </w:p>
    <w:p>
      <w:r/>
      <w:r>
        <w:t>If you’re a maker or performer thinking of joining, bring stock that’s easy to pack and a short pitch for your work. Events like this reward personality as much as product.</w:t>
      </w:r>
      <w:r/>
    </w:p>
    <w:p>
      <w:pPr>
        <w:pStyle w:val="Heading2"/>
      </w:pPr>
      <w:r>
        <w:t>What’s on next and how you can support the scene</w:t>
      </w:r>
      <w:r/>
    </w:p>
    <w:p>
      <w:r/>
      <w:r>
        <w:t>WOB40’s summer schedule runs from Vinted-style markets to Pride Wrecsam and Wrexfest, and Queen Chubby is also performing internationally at Zandari Festa in Seoul in September. There’s a fundraiser running to help cover travel costs, and organisers ask for community backing to keep representation growing beyond Wrecsam.</w:t>
      </w:r>
      <w:r/>
    </w:p>
    <w:p>
      <w:r/>
      <w:r>
        <w:t>Practical tips: follow @wob40wales for last-minute updates, book early for limited-capacity city shows via ticket platforms like Skiddle, and if you can, buy a record or a stall item , small purchases and attendance keep grassroots scenes running.</w:t>
      </w:r>
      <w:r/>
    </w:p>
    <w:p>
      <w:r/>
      <w:r>
        <w:t>It's a small change that can make every local gig more sustainable and more fun.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1">
        <w:r>
          <w:rPr>
            <w:color w:val="0000EE"/>
            <w:u w:val="single"/>
          </w:rPr>
          <w:t>[6]</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1">
        <w:r>
          <w:rPr>
            <w:color w:val="0000EE"/>
            <w:u w:val="single"/>
          </w:rPr>
          <w:t>[6]</w:t>
        </w:r>
      </w:hyperlink>
      <w:r>
        <w:t xml:space="preserve">- Paragraph 5: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https://wrexham.com/news/interview-grassroots-artists-come-together-for-collaborative-pride-celebration-295889.html</w:t>
        </w:r>
      </w:hyperlink>
      <w:r>
        <w:t xml:space="preserve"> - Please view link - unable to able to access data</w:t>
      </w:r>
      <w:r/>
    </w:p>
    <w:p>
      <w:pPr>
        <w:pStyle w:val="ListNumber"/>
        <w:spacing w:line="240" w:lineRule="auto"/>
        <w:ind w:left="720"/>
      </w:pPr>
      <w:r/>
      <w:hyperlink r:id="rId10">
        <w:r>
          <w:rPr>
            <w:color w:val="0000EE"/>
            <w:u w:val="single"/>
          </w:rPr>
          <w:t>https://www.skiddle.com/whats-on/Wrexham/The-Lab/WOB40-Presents-Big-Gay-Rave/42577143/</w:t>
        </w:r>
      </w:hyperlink>
      <w:r>
        <w:t xml:space="preserve"> - WOB40 is hosting the 'Big Gay Rave' at The Lab in Wrexham on 25 July 2026. The event features performances by artists such as Eliots Graveyard, Terrapastel, Queen Chubby, Sapphia, Xolgepop, Nicrush, and LLDJ. Flossie Creations has curated a Pride Party Market within the rave. The event is open to all, regardless of sexual orientation or gender identity, and aims to celebrate diversity and inclusivity in the music scene. Tickets are available for purchase online.</w:t>
      </w:r>
      <w:r/>
    </w:p>
    <w:p>
      <w:pPr>
        <w:pStyle w:val="ListNumber"/>
        <w:spacing w:line="240" w:lineRule="auto"/>
        <w:ind w:left="720"/>
      </w:pPr>
      <w:r/>
      <w:hyperlink r:id="rId12">
        <w:r>
          <w:rPr>
            <w:color w:val="0000EE"/>
            <w:u w:val="single"/>
          </w:rPr>
          <w:t>https://drumandbassuk.com/event/wob40-soundclash-at-the-lab-wrexham-reggae140dubstep-2026-03-28-9616</w:t>
        </w:r>
      </w:hyperlink>
      <w:r>
        <w:t xml:space="preserve"> - WOB40 hosted the 'WOB40 SOUNDCLASH' at The Lab in Wrexham on 28 March 2026. The event featured reggae, 140, and dubstep music, with resident DJs and producers representing the North Wales-based 140 record label. The collaboration with Flossie Creations included a market within the rave, showcasing innovative creatives and traders from across North Wales. The venue offered a fully stocked bar, a make-your-own herbal tea station, free retro arcade games, and food from Notorious Eatz.</w:t>
      </w:r>
      <w:r/>
    </w:p>
    <w:p>
      <w:pPr>
        <w:pStyle w:val="ListNumber"/>
        <w:spacing w:line="240" w:lineRule="auto"/>
        <w:ind w:left="720"/>
      </w:pPr>
      <w:r/>
      <w:hyperlink r:id="rId15">
        <w:r>
          <w:rPr>
            <w:color w:val="0000EE"/>
            <w:u w:val="single"/>
          </w:rPr>
          <w:t>https://www.skiddle.com/whats-on/Wrexham/The-Lab-Wrexham/WOB40--The-Lab-Wrexham-DUB140DUBSTEP/41636953/</w:t>
        </w:r>
      </w:hyperlink>
      <w:r>
        <w:t xml:space="preserve"> - WOB40 presented a dubstep event at The Lab in Wrexham on 28 February 2026. The lineup included artists such as Dub Bunny, Ed, Em Pressure (Pressure Promotions), Final Contact, Stone Roots, and Terrapastel. The event aimed to unite dub crews from across Wales and Bristol, celebrating the dubstep and 140 music scene. The collaboration with Flossie Creations featured a market within the rave, and the venue provided a fully stocked bar, herbal tea station, free retro arcade games, and food from Notorious Eatz.</w:t>
      </w:r>
      <w:r/>
    </w:p>
    <w:p>
      <w:pPr>
        <w:pStyle w:val="ListNumber"/>
        <w:spacing w:line="240" w:lineRule="auto"/>
        <w:ind w:left="720"/>
      </w:pPr>
      <w:r/>
      <w:hyperlink r:id="rId13">
        <w:r>
          <w:rPr>
            <w:color w:val="0000EE"/>
            <w:u w:val="single"/>
          </w:rPr>
          <w:t>https://drumandbassuk.com/event/wob-presents-punky-dubstep-party-at-the-lab-140dubstepreggae-2026-05-23-9937</w:t>
        </w:r>
      </w:hyperlink>
      <w:r>
        <w:t xml:space="preserve"> - Following her set at Focus Wales, Queen Chubby and the WOB40 crew returned to The Lab in Wrexham on 23 May 2026 for the 'Punky Dubstep Party.' The event featured 140, dubstep, and reggae music, with performances by various artists. The collaboration with Flossie Creations included a market within the rave, showcasing local talent and promoting creativity. The venue offered a fully stocked bar, a make-your-own herbal tea station, free retro arcade games, and food from Notorious Eatz.</w:t>
      </w:r>
      <w:r/>
    </w:p>
    <w:p>
      <w:pPr>
        <w:pStyle w:val="ListNumber"/>
        <w:spacing w:line="240" w:lineRule="auto"/>
        <w:ind w:left="720"/>
      </w:pPr>
      <w:r/>
      <w:hyperlink r:id="rId11">
        <w:r>
          <w:rPr>
            <w:color w:val="0000EE"/>
            <w:u w:val="single"/>
          </w:rPr>
          <w:t>https://www.skiddle.com/whats-on/Wrexham/The-Lab/PINCO-X-WOB40-X-VOICEBOX-Presents-Why-Cant-We-Be-Friends/42447490/</w:t>
        </w:r>
      </w:hyperlink>
      <w:r>
        <w:t xml:space="preserve"> - On 13 June 2026, PINCO, WOB40, and VOICEBOX presented 'Why Can't We Be Friends?' at The Lab in Wrexham. The event featured bass-laced music from the WOB40 crew, poetry delivered by Voicebox lyricists, and a lineup of independent bands. Flossie Creations curated a local arts market within the event, providing a space for creatives to collaborate. The venue offered a fully stocked bar, hot and cold drinks, and food from Notorious Eatz, creating a vibrant and inclusive atmosphere.</w:t>
      </w:r>
      <w:r/>
    </w:p>
    <w:p>
      <w:pPr>
        <w:pStyle w:val="ListNumber"/>
        <w:spacing w:line="240" w:lineRule="auto"/>
        <w:ind w:left="720"/>
      </w:pPr>
      <w:r/>
      <w:hyperlink r:id="rId14">
        <w:r>
          <w:rPr>
            <w:color w:val="0000EE"/>
            <w:u w:val="single"/>
          </w:rPr>
          <w:t>https://draigcreations.co.uk/</w:t>
        </w:r>
      </w:hyperlink>
      <w:r>
        <w:t xml:space="preserve"> - Draig Creations is a family-run laser engraving business based in Wrexham, North Wales. They offer bespoke and personalised laser-engraved gifts and products in wood, slate, metal, and glass. Officially licensed by Wrexham AFC, Draig Creations has been recognised with a 3rd place Highly Commended award in the Best of Welsh Business Awards (North Wales) for Best Art and Creative 2026. Their workshop is fully equipped with large bed laser machines, and they operate a mobile workshop for fairs and large shows.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rexham.com/news/interview-grassroots-artists-come-together-for-collaborative-pride-celebration-295889.html" TargetMode="External"/><Relationship Id="rId10" Type="http://schemas.openxmlformats.org/officeDocument/2006/relationships/hyperlink" Target="https://www.skiddle.com/whats-on/Wrexham/The-Lab/WOB40-Presents-Big-Gay-Rave/42577143/" TargetMode="External"/><Relationship Id="rId11" Type="http://schemas.openxmlformats.org/officeDocument/2006/relationships/hyperlink" Target="https://www.skiddle.com/whats-on/Wrexham/The-Lab/PINCO-X-WOB40-X-VOICEBOX-Presents-Why-Cant-We-Be-Friends/42447490/" TargetMode="External"/><Relationship Id="rId12" Type="http://schemas.openxmlformats.org/officeDocument/2006/relationships/hyperlink" Target="https://drumandbassuk.com/event/wob40-soundclash-at-the-lab-wrexham-reggae140dubstep-2026-03-28-9616" TargetMode="External"/><Relationship Id="rId13" Type="http://schemas.openxmlformats.org/officeDocument/2006/relationships/hyperlink" Target="https://drumandbassuk.com/event/wob-presents-punky-dubstep-party-at-the-lab-140dubstepreggae-2026-05-23-9937" TargetMode="External"/><Relationship Id="rId14" Type="http://schemas.openxmlformats.org/officeDocument/2006/relationships/hyperlink" Target="https://draigcreations.co.uk/" TargetMode="External"/><Relationship Id="rId15" Type="http://schemas.openxmlformats.org/officeDocument/2006/relationships/hyperlink" Target="https://www.skiddle.com/whats-on/Wrexham/The-Lab-Wrexham/WOB40--The-Lab-Wrexham-DUB140DUBSTEP/4163695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