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Volunteer at Leipzig CSD 2026 — How to Sign Up as a Marshal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students and community groups are stepping forward: Leipzig needs volunteer marshals for its 18 July Christopher Street Day parade, and organisers say every helping hand makes the event safer, smoother and more welcoming , plus marshals get a Prideball guest list spot.</w:t>
      </w:r>
      <w:r/>
    </w:p>
    <w:p>
      <w:r/>
      <w:r>
        <w:t>Essential Takeaways</w:t>
      </w:r>
      <w:r/>
      <w:r/>
    </w:p>
    <w:p>
      <w:pPr>
        <w:pStyle w:val="ListBullet"/>
        <w:spacing w:line="240" w:lineRule="auto"/>
        <w:ind w:left="720"/>
      </w:pPr>
      <w:r/>
      <w:r>
        <w:rPr>
          <w:b/>
        </w:rPr>
        <w:t>Who’s needed:</w:t>
      </w:r>
      <w:r>
        <w:t xml:space="preserve"> Volunteers must be at least 18 and available 10:45–about 16:30 on 18 July. </w:t>
      </w:r>
      <w:r/>
    </w:p>
    <w:p>
      <w:pPr>
        <w:pStyle w:val="ListBullet"/>
        <w:spacing w:line="240" w:lineRule="auto"/>
        <w:ind w:left="720"/>
      </w:pPr>
      <w:r/>
      <w:r>
        <w:rPr>
          <w:b/>
        </w:rPr>
        <w:t>Role basics:</w:t>
      </w:r>
      <w:r>
        <w:t xml:space="preserve"> Marshals help the assembly leadership keep the parade flowing, clear traffic paths and defuse tense situations. </w:t>
      </w:r>
      <w:r/>
    </w:p>
    <w:p>
      <w:pPr>
        <w:pStyle w:val="ListBullet"/>
        <w:spacing w:line="240" w:lineRule="auto"/>
        <w:ind w:left="720"/>
      </w:pPr>
      <w:r/>
      <w:r>
        <w:rPr>
          <w:b/>
        </w:rPr>
        <w:t>No substances:</w:t>
      </w:r>
      <w:r>
        <w:t xml:space="preserve"> Marshals must not drink alcohol or take drugs during duty. </w:t>
      </w:r>
      <w:r/>
    </w:p>
    <w:p>
      <w:pPr>
        <w:pStyle w:val="ListBullet"/>
        <w:spacing w:line="240" w:lineRule="auto"/>
        <w:ind w:left="720"/>
      </w:pPr>
      <w:r/>
      <w:r>
        <w:rPr>
          <w:b/>
        </w:rPr>
        <w:t>Perks:</w:t>
      </w:r>
      <w:r>
        <w:t xml:space="preserve"> A guest-list place at the closing Prideball is offered as a thank-you. </w:t>
      </w:r>
      <w:r/>
    </w:p>
    <w:p>
      <w:pPr>
        <w:pStyle w:val="ListBullet"/>
        <w:spacing w:line="240" w:lineRule="auto"/>
        <w:ind w:left="720"/>
      </w:pPr>
      <w:r/>
      <w:r>
        <w:rPr>
          <w:b/>
        </w:rPr>
        <w:t>Sign-up:</w:t>
      </w:r>
      <w:r>
        <w:t xml:space="preserve"> Registration is available on the Leipzig CSD website, with dedicated pages for marshals and other helpers.</w:t>
      </w:r>
      <w:r/>
      <w:r/>
    </w:p>
    <w:p>
      <w:pPr>
        <w:pStyle w:val="Heading2"/>
      </w:pPr>
      <w:r>
        <w:t>Why Leipzig still needs human marshals , and why that matters</w:t>
      </w:r>
      <w:r/>
    </w:p>
    <w:p>
      <w:r/>
      <w:r>
        <w:t>Leipzig’s CSD is back on 18 July and the parade relies on dozens of real people to make it run without hiccups. Volunteers provide hands-on crowd management and practical reassurance , the quiet steadying presence that keeps traffic moving and participants safe. According to the event pages, marshals act under the direction of the assembly leadership, so they’re not solo decision-makers but part of a team.</w:t>
      </w:r>
      <w:r/>
    </w:p>
    <w:p>
      <w:r/>
      <w:r>
        <w:t>This isn’t just about rules; it’s also about atmosphere. Marshals help preserve the celebratory flow so floats aren’t forced to halt and people don’t end up bunched into gaps. If you enjoy being part of a community event and having a clear, useful task, marshalling is a simple way to make a big difference.</w:t>
      </w:r>
      <w:r/>
    </w:p>
    <w:p>
      <w:pPr>
        <w:pStyle w:val="Heading2"/>
      </w:pPr>
      <w:r>
        <w:t>What marshals actually do on the day</w:t>
      </w:r>
      <w:r/>
    </w:p>
    <w:p>
      <w:r/>
      <w:r>
        <w:t>Marshals are asked to ensure the planned procession proceeds as intended , that means monitoring spacing, keeping key streets clear and stepping in calmly if something escalates. They’ll be trained to follow instructions from the assembly leadership and to give clear guidance to parade participants.</w:t>
      </w:r>
      <w:r/>
    </w:p>
    <w:p>
      <w:r/>
      <w:r>
        <w:t>Expect to be visible, approachable and steady; you might be asked to redirect foot traffic, hold a gap closed so a float can turn, or help a lost person find a meeting point. The role is practical and people-facing rather than confrontational, and organisers emphasise de-escalation rather than enforcement.</w:t>
      </w:r>
      <w:r/>
    </w:p>
    <w:p>
      <w:pPr>
        <w:pStyle w:val="Heading2"/>
      </w:pPr>
      <w:r>
        <w:t>Practical requirements and simple rules to know</w:t>
      </w:r>
      <w:r/>
    </w:p>
    <w:p>
      <w:r/>
      <w:r>
        <w:t>Anyone who wants to sign up must be 18 or over and free for roughly six hours on the day, from mid-morning to mid-afternoon. Marshals can’t drink alcohol or take drugs while on duty, and they should be prepared for standing and walking in city conditions , weather can be hot in July, so dress in layers and bring water.</w:t>
      </w:r>
      <w:r/>
    </w:p>
    <w:p>
      <w:r/>
      <w:r>
        <w:t>Registration is handled online via the CSD Leipzig site; there’s also information about accessibility services and how to register a stall or volunteer in other roles. If you need adjustments to volunteer , for instance reduced duties or mobility support , the organisers provide contact points to sort that beforehand.</w:t>
      </w:r>
      <w:r/>
    </w:p>
    <w:p>
      <w:pPr>
        <w:pStyle w:val="Heading2"/>
      </w:pPr>
      <w:r>
        <w:t>What’s in it for you , perks beyond good karma</w:t>
      </w:r>
      <w:r/>
    </w:p>
    <w:p>
      <w:r/>
      <w:r>
        <w:t>Besides playing an essential role at the city’s biggest pride event, marshals receive a guest-list place for the Prideball, the official closing-party. That’s a neat incentive if you’d like to celebrate afterwards without queuing. You’ll also come away with on-the-day experience of event work, a sense of contribution to queer visibility, and the chance to meet like-minded volunteers.</w:t>
      </w:r>
      <w:r/>
    </w:p>
    <w:p>
      <w:r/>
      <w:r>
        <w:t>Local organisers note the Leipzig CSD has drawn big crowds in recent years , more than 20,000 at the 2022 parade , so being a marshal is also a way to be part of something large and joyful while keeping it safe for everyone.</w:t>
      </w:r>
      <w:r/>
    </w:p>
    <w:p>
      <w:pPr>
        <w:pStyle w:val="Heading2"/>
      </w:pPr>
      <w:r>
        <w:t>How to sign up and a quick checklist</w:t>
      </w:r>
      <w:r/>
    </w:p>
    <w:p>
      <w:r/>
      <w:r>
        <w:t>Head to the Leipzig CSD website’s volunteer page to register as a marshal; there you’ll find the application form and contact details for questions. If you’re also involved with a group or business, organisers offer stand registration and mobility-service sign-ups on separate pages.</w:t>
      </w:r>
      <w:r/>
    </w:p>
    <w:p>
      <w:r/>
      <w:r>
        <w:t>Quick checklist before you register: confirm you’re 18+, block out 10:45–16:30 on 18 July, think about comfortable shoes and sun protection, and be ready to stay alcohol- and drug-free during duty. If you need accessibility support, get in touch with the team early.</w:t>
      </w:r>
      <w:r/>
    </w:p>
    <w:p>
      <w:r/>
      <w:r>
        <w:t>It’s a small, visible way to help an important public moment run smoothly , and you’ll get to join the party afterwards.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1">
        <w:r>
          <w:rPr>
            <w:color w:val="0000EE"/>
            <w:u w:val="single"/>
          </w:rPr>
          <w:t>[4]</w:t>
        </w:r>
      </w:hyperlink>
      <w:r>
        <w:t xml:space="preserve">, </w:t>
      </w:r>
      <w:hyperlink r:id="rId10">
        <w:r>
          <w:rPr>
            <w:color w:val="0000EE"/>
            <w:u w:val="single"/>
          </w:rPr>
          <w:t>[2]</w:t>
        </w:r>
      </w:hyperlink>
      <w:r>
        <w:t xml:space="preserve">- Paragraph 4: </w:t>
      </w:r>
      <w:hyperlink r:id="rId11">
        <w:r>
          <w:rPr>
            <w:color w:val="0000EE"/>
            <w:u w:val="single"/>
          </w:rPr>
          <w:t>[4]</w:t>
        </w:r>
      </w:hyperlink>
      <w:r>
        <w:t xml:space="preserve">, </w:t>
      </w:r>
      <w:hyperlink r:id="rId13">
        <w:r>
          <w:rPr>
            <w:color w:val="0000EE"/>
            <w:u w:val="single"/>
          </w:rPr>
          <w:t>[5]</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https://www.lvz.de/lokales/leipzig/leipziger-csd-sucht-noch-ordnerinnen-und-ordner-GGA5LVM3NFGLJHWEGST3Y43V7I.html</w:t>
        </w:r>
      </w:hyperlink>
      <w:r>
        <w:t xml:space="preserve"> - Please view link - unable to able to access data</w:t>
      </w:r>
      <w:r/>
    </w:p>
    <w:p>
      <w:pPr>
        <w:pStyle w:val="ListNumber"/>
        <w:spacing w:line="240" w:lineRule="auto"/>
        <w:ind w:left="720"/>
      </w:pPr>
      <w:r/>
      <w:hyperlink r:id="rId10">
        <w:r>
          <w:rPr>
            <w:color w:val="0000EE"/>
            <w:u w:val="single"/>
          </w:rPr>
          <w:t>https://csd-leipzig.de/csd-2026/</w:t>
        </w:r>
      </w:hyperlink>
      <w:r>
        <w:t xml:space="preserve"> - The CSD Leipzig 2026 page provides comprehensive information about the upcoming Christopher Street Day events in Leipzig, scheduled from 10 to 18 July 2026. The page includes details about the theme, demands, and various activities planned for the week, such as the flag-raising ceremony, Queer Culture Night, and the main demonstration on 18 July. It also offers information on how to become a volunteer, register for mobility services, and participate in the street festival. The page is regularly updated with the latest news and developments related to the event.</w:t>
      </w:r>
      <w:r/>
    </w:p>
    <w:p>
      <w:pPr>
        <w:pStyle w:val="ListNumber"/>
        <w:spacing w:line="240" w:lineRule="auto"/>
        <w:ind w:left="720"/>
      </w:pPr>
      <w:r/>
      <w:hyperlink r:id="rId12">
        <w:r>
          <w:rPr>
            <w:color w:val="0000EE"/>
            <w:u w:val="single"/>
          </w:rPr>
          <w:t>https://csd-leipzig.de/der-leipziger-csd/</w:t>
        </w:r>
      </w:hyperlink>
      <w:r>
        <w:t xml:space="preserve"> - This section outlines the history and significance of the Leipzig Christopher Street Day (CSD). It traces the origins of the event back to 1992, marking it as the oldest CSD in East Germany. The page highlights the annual commitment of volunteers, associations, and various groups in organising the event, which aims to promote freedom, acceptance, and diversity in Leipzig. It also mentions the establishment of the CSD Leipzig e.V. in January 2023, providing a new framework for the event.</w:t>
      </w:r>
      <w:r/>
    </w:p>
    <w:p>
      <w:pPr>
        <w:pStyle w:val="ListNumber"/>
        <w:spacing w:line="240" w:lineRule="auto"/>
        <w:ind w:left="720"/>
      </w:pPr>
      <w:r/>
      <w:hyperlink r:id="rId11">
        <w:r>
          <w:rPr>
            <w:color w:val="0000EE"/>
            <w:u w:val="single"/>
          </w:rPr>
          <w:t>https://csd-leipzig.de/ordnerin-werden/</w:t>
        </w:r>
      </w:hyperlink>
      <w:r>
        <w:t xml:space="preserve"> - The 'Ordner:in werden' page details the role and responsibilities of volunteers (Ordner:innen) for the CSD Leipzig 2026. Volunteers are essential for ensuring the smooth and safe conduct of the rally and subsequent demonstration. The page outlines the tasks involved, such as monitoring the demonstration route, preventing unnecessary blockages, and addressing disturbances. It also specifies the requirements for volunteers, including being at least 18 years old, availability on 18 July 2026 from 10:45 to approximately 16:30, and abstaining from alcohol and drug consumption during the event.</w:t>
      </w:r>
      <w:r/>
    </w:p>
    <w:p>
      <w:pPr>
        <w:pStyle w:val="ListNumber"/>
        <w:spacing w:line="240" w:lineRule="auto"/>
        <w:ind w:left="720"/>
      </w:pPr>
      <w:r/>
      <w:hyperlink r:id="rId13">
        <w:r>
          <w:rPr>
            <w:color w:val="0000EE"/>
            <w:u w:val="single"/>
          </w:rPr>
          <w:t>https://csd-leipzig.de/en/registration-for-mobility-services/</w:t>
        </w:r>
      </w:hyperlink>
      <w:r>
        <w:t xml:space="preserve"> - This page provides information on registering for mobility services during the CSD Leipzig 2026. It offers options for individuals who require assistance, such as seats on the rainbow bus or wheelchair spaces on rickshaws. The registration form is accessible online, with a deadline of 17 July 2026. The page also encourages early registration to secure the best spots and requests that individuals who no longer need their reserved places inform the organisers to release them for others.</w:t>
      </w:r>
      <w:r/>
    </w:p>
    <w:p>
      <w:pPr>
        <w:pStyle w:val="ListNumber"/>
        <w:spacing w:line="240" w:lineRule="auto"/>
        <w:ind w:left="720"/>
      </w:pPr>
      <w:r/>
      <w:hyperlink r:id="rId14">
        <w:r>
          <w:rPr>
            <w:color w:val="0000EE"/>
            <w:u w:val="single"/>
          </w:rPr>
          <w:t>https://csd-leipzig.de/en/register-stand/</w:t>
        </w:r>
      </w:hyperlink>
      <w:r>
        <w:t xml:space="preserve"> - The 'Register stand' page outlines the process for registering a stand at the Pride street festival on 18 July 2026. Organisations, initiatives, groups, associations, and companies can fill out an online form to participate. The page provides details on the conditions of participation, demands, and values associated with the event. It also mentions potential fees and deposits for stands and advises participants to review the conditions of participation for more information.</w:t>
      </w:r>
      <w:r/>
    </w:p>
    <w:p>
      <w:pPr>
        <w:pStyle w:val="ListNumber"/>
        <w:spacing w:line="240" w:lineRule="auto"/>
        <w:ind w:left="720"/>
      </w:pPr>
      <w:r/>
      <w:hyperlink r:id="rId15">
        <w:r>
          <w:rPr>
            <w:color w:val="0000EE"/>
            <w:u w:val="single"/>
          </w:rPr>
          <w:t>https://csd-leipzig.de/veranstaltung/kisskissbangbang/</w:t>
        </w:r>
      </w:hyperlink>
      <w:r>
        <w:t xml:space="preserve"> - The 'KISSKISSBANGBANG' event page announces the official opening party of CSD Leipzig 2026, scheduled for 10 July 2026 at 22:00 at the TWENTY ONE venue in Leipzig. The event is organised by the KISSKISSBANGBANG team and offers a vibrant atmosphere with two dance floors featuring pop and electro music. The page provides details on ticket prices, age restrictions, and the event's focus on creating a safe space for the queer community to celebrate diversity.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vz.de/lokales/leipzig/leipziger-csd-sucht-noch-ordnerinnen-und-ordner-GGA5LVM3NFGLJHWEGST3Y43V7I.html" TargetMode="External"/><Relationship Id="rId10" Type="http://schemas.openxmlformats.org/officeDocument/2006/relationships/hyperlink" Target="https://csd-leipzig.de/csd-2026/" TargetMode="External"/><Relationship Id="rId11" Type="http://schemas.openxmlformats.org/officeDocument/2006/relationships/hyperlink" Target="https://csd-leipzig.de/ordnerin-werden/" TargetMode="External"/><Relationship Id="rId12" Type="http://schemas.openxmlformats.org/officeDocument/2006/relationships/hyperlink" Target="https://csd-leipzig.de/der-leipziger-csd/" TargetMode="External"/><Relationship Id="rId13" Type="http://schemas.openxmlformats.org/officeDocument/2006/relationships/hyperlink" Target="https://csd-leipzig.de/en/registration-for-mobility-services/" TargetMode="External"/><Relationship Id="rId14" Type="http://schemas.openxmlformats.org/officeDocument/2006/relationships/hyperlink" Target="https://csd-leipzig.de/en/register-stand/" TargetMode="External"/><Relationship Id="rId15" Type="http://schemas.openxmlformats.org/officeDocument/2006/relationships/hyperlink" Target="https://csd-leipzig.de/veranstaltung/kisskissbangba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