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Have Your Say: Ireland’s CROSSROADS LGBTQ+ Survey Explained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 out: everyone across Ireland’s LGBTQ+ communities is being asked to help map rising hate and discrimination , a new national survey by the Sexual Health Centre in Cork wants your anonymous experiences to shape policy, services and community responses.</w:t>
      </w:r>
      <w:r/>
    </w:p>
    <w:p>
      <w:r/>
      <w:r>
        <w:t>Essential Takeaways</w:t>
      </w:r>
      <w:r/>
      <w:r/>
    </w:p>
    <w:p>
      <w:pPr>
        <w:pStyle w:val="ListBullet"/>
        <w:spacing w:line="240" w:lineRule="auto"/>
        <w:ind w:left="720"/>
      </w:pPr>
      <w:r/>
      <w:r>
        <w:rPr>
          <w:b/>
        </w:rPr>
        <w:t>Who can take part:</w:t>
      </w:r>
      <w:r>
        <w:t xml:space="preserve"> Adults 18+ living in the Republic of Ireland, anonymous and confidential.</w:t>
      </w:r>
      <w:r/>
    </w:p>
    <w:p>
      <w:pPr>
        <w:pStyle w:val="ListBullet"/>
        <w:spacing w:line="240" w:lineRule="auto"/>
        <w:ind w:left="720"/>
      </w:pPr>
      <w:r/>
      <w:r>
        <w:rPr>
          <w:b/>
        </w:rPr>
        <w:t>What it asks:</w:t>
      </w:r>
      <w:r>
        <w:t xml:space="preserve"> Short, 15‑minute survey on hate, discrimination, online abuse, housing, services and belonging.</w:t>
      </w:r>
      <w:r/>
    </w:p>
    <w:p>
      <w:pPr>
        <w:pStyle w:val="ListBullet"/>
        <w:spacing w:line="240" w:lineRule="auto"/>
        <w:ind w:left="720"/>
      </w:pPr>
      <w:r/>
      <w:r>
        <w:rPr>
          <w:b/>
        </w:rPr>
        <w:t>Why it matters:</w:t>
      </w:r>
      <w:r>
        <w:t xml:space="preserve"> Findings will inform government, public services, health, education and community organisations.</w:t>
      </w:r>
      <w:r/>
    </w:p>
    <w:p>
      <w:pPr>
        <w:pStyle w:val="ListBullet"/>
        <w:spacing w:line="240" w:lineRule="auto"/>
        <w:ind w:left="720"/>
      </w:pPr>
      <w:r/>
      <w:r>
        <w:rPr>
          <w:b/>
        </w:rPr>
        <w:t>Who’s especially wanted:</w:t>
      </w:r>
      <w:r>
        <w:t xml:space="preserve"> Trans and gender‑diverse people and those from underrepresented groups (ethnic minorities, Travellers, disabled, neurodivergent, migrants, rural residents).</w:t>
      </w:r>
      <w:r/>
    </w:p>
    <w:p>
      <w:pPr>
        <w:pStyle w:val="ListBullet"/>
        <w:spacing w:line="240" w:lineRule="auto"/>
        <w:ind w:left="720"/>
      </w:pPr>
      <w:r/>
      <w:r>
        <w:rPr>
          <w:b/>
        </w:rPr>
        <w:t>How it feels:</w:t>
      </w:r>
      <w:r>
        <w:t xml:space="preserve"> Quick to complete, optional questions, and usable as a community advocacy resource.</w:t>
      </w:r>
      <w:r/>
      <w:r/>
    </w:p>
    <w:p>
      <w:pPr>
        <w:pStyle w:val="Heading2"/>
      </w:pPr>
      <w:r>
        <w:t>Why this survey arrives at a crucial moment</w:t>
      </w:r>
      <w:r/>
    </w:p>
    <w:p>
      <w:r/>
      <w:r>
        <w:t>There’s a real, gritty smell of urgency to this project , people have been reporting more hostility and online abuse in recent years, and those experiences aren’t just abstract stats. According to the Sexual Health Centre in Cork, the CROSSROADS research is designed to capture how rising hate and disinformation are affecting everyday life and to point toward practical changes. For anyone who’s felt excluded or unsafe, this is a chance to turn frustration into evidence for reform.</w:t>
      </w:r>
      <w:r/>
    </w:p>
    <w:p>
      <w:pPr>
        <w:pStyle w:val="Heading2"/>
      </w:pPr>
      <w:r>
        <w:t>Who’s running it and what they want to do with the data</w:t>
      </w:r>
      <w:r/>
    </w:p>
    <w:p>
      <w:r/>
      <w:r>
        <w:t>The Sexual Health Centre in Cork leads the study, working with NB Social Justice Studio and supported by the Irish Human Rights and Equality Commission (IHREC). That mix of community practice and policy expertise means the results are likely to be taken seriously , organisers say they’ll use findings to recommend improvements to public services, health and education, and to strengthen how LGBTQ+ organisations respond locally. It’s both research and a road map for action.</w:t>
      </w:r>
      <w:r/>
    </w:p>
    <w:p>
      <w:pPr>
        <w:pStyle w:val="Heading2"/>
      </w:pPr>
      <w:r>
        <w:t>What the survey covers , practical detail for busy people</w:t>
      </w:r>
      <w:r/>
    </w:p>
    <w:p>
      <w:r/>
      <w:r>
        <w:t>This isn’t a marathon. The anonymous questionnaire takes around 15 minutes and covers safety, belonging, discrimination, online spaces, housing and access to public services. You can skip questions or stop at any time, which makes it easy to fit into a lunch break or a quiet evening. For those cautious about privacy, the confidential format and adult‑only eligibility are reassurances that responses won’t be traced back.</w:t>
      </w:r>
      <w:r/>
    </w:p>
    <w:p>
      <w:pPr>
        <w:pStyle w:val="Heading2"/>
      </w:pPr>
      <w:r>
        <w:t>Why organisers are asking for diverse voices</w:t>
      </w:r>
      <w:r/>
    </w:p>
    <w:p>
      <w:r/>
      <w:r>
        <w:t>Researchers are explicitly encouraging participation from groups often missing in studies: trans and gender‑diverse people, Travellers and Roma, ethnic minorities, migrants, disabled and neurodivergent people, and those in rural areas. That matters because policy shaped by a narrow sample can miss real harms , including intersectional issues like how discrimination combines with housing precarity or lack of local services. The hope is a fuller, fairer evidence base than what’s existed since 2022.</w:t>
      </w:r>
      <w:r/>
    </w:p>
    <w:p>
      <w:pPr>
        <w:pStyle w:val="Heading2"/>
      </w:pPr>
      <w:r>
        <w:t>How the results could change things on the ground</w:t>
      </w:r>
      <w:r/>
    </w:p>
    <w:p>
      <w:r/>
      <w:r>
        <w:t>Expect practical outputs: recommendations for government and public bodies, resources for community groups, and evidence that can be cited in campaigns or funding bids. Organisers want the survey to be usable by LGBTQ+ communities themselves to set priorities and build better support systems. So if you want services that actually meet your needs, taking 15 minutes to contribute could help push that along.</w:t>
      </w:r>
      <w:r/>
    </w:p>
    <w:p>
      <w:r/>
      <w:r>
        <w:t>It's a small step that could shift the conversation and change services for the better.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2">
        <w:r>
          <w:rPr>
            <w:color w:val="0000EE"/>
            <w:u w:val="single"/>
          </w:rPr>
          <w:t>[3]</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11">
        <w:r>
          <w:rPr>
            <w:color w:val="0000EE"/>
            <w:u w:val="single"/>
          </w:rPr>
          <w:t>[7]</w:t>
        </w:r>
      </w:hyperlink>
      <w:r>
        <w:t xml:space="preserve">- Paragraph 5: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https://gcn.ie/new-study-irelands-lgbtq-community/</w:t>
        </w:r>
      </w:hyperlink>
      <w:r>
        <w:t xml:space="preserve"> - Please view link - unable to able to access data</w:t>
      </w:r>
      <w:r/>
    </w:p>
    <w:p>
      <w:pPr>
        <w:pStyle w:val="ListNumber"/>
        <w:spacing w:line="240" w:lineRule="auto"/>
        <w:ind w:left="720"/>
      </w:pPr>
      <w:r/>
      <w:hyperlink r:id="rId10">
        <w:r>
          <w:rPr>
            <w:color w:val="0000EE"/>
            <w:u w:val="single"/>
          </w:rPr>
          <w:t>https://www.sexualhealthcentre.com/crossroads</w:t>
        </w:r>
      </w:hyperlink>
      <w:r>
        <w:t xml:space="preserve"> - The Sexual Health Centre in Cork has launched the CROSSROADS survey to understand rising hate and the changes needed to support LGBTQ+ communities in Ireland. The anonymous survey explores experiences of safety, discrimination, misinformation, and the necessary changes to promote equality, safety, dignity, and belonging. It is open to LGBTQ+ adults aged 18 and over living in Ireland and takes approximately 15–20 minutes to complete. The organisers particularly encourage participation from trans and gender-diverse individuals, as well as those from minority ethnic communities, disabled and neurodivergent people, migrants, younger and older adults, and those living in rural areas.</w:t>
      </w:r>
      <w:r/>
    </w:p>
    <w:p>
      <w:pPr>
        <w:pStyle w:val="ListNumber"/>
        <w:spacing w:line="240" w:lineRule="auto"/>
        <w:ind w:left="720"/>
      </w:pPr>
      <w:r/>
      <w:hyperlink r:id="rId12">
        <w:r>
          <w:rPr>
            <w:color w:val="0000EE"/>
            <w:u w:val="single"/>
          </w:rPr>
          <w:t>https://www.sexualhealthcentre.com/crossroads-survey</w:t>
        </w:r>
      </w:hyperlink>
      <w:r>
        <w:t xml:space="preserve"> - The CROSSROADS survey, conducted by the Sexual Health Centre Cork in partnership with NB Social Justice Studio and funded by the Irish Human Rights and Equality Commission (IHREC), aims to examine rising hate, hostility, discrimination, and misinformation affecting LGBTQ+ communities in Ireland. The survey seeks to identify the necessary support, policy changes, and community responses to create a safer and more inclusive Ireland. It is open to LGBTQ+ adults aged 18 and over living in Ireland, with a particular emphasis on trans and gender-diverse individuals. The survey takes approximately 15–20 minutes to complete and is anonymous and confidential.</w:t>
      </w:r>
      <w:r/>
    </w:p>
    <w:p>
      <w:pPr>
        <w:pStyle w:val="ListNumber"/>
        <w:spacing w:line="240" w:lineRule="auto"/>
        <w:ind w:left="720"/>
      </w:pPr>
      <w:r/>
      <w:hyperlink r:id="rId13">
        <w:r>
          <w:rPr>
            <w:color w:val="0000EE"/>
            <w:u w:val="single"/>
          </w:rPr>
          <w:t>https://www.mysexualhealth.ie/sexual-health-centre</w:t>
        </w:r>
      </w:hyperlink>
      <w:r>
        <w:t xml:space="preserve"> - The Sexual Health Centre is a charity based in the heart of Cork city, providing professional and inclusive advice, counselling, testing, and education services. Their services focus on relationships, wellbeing, HIV, and sexual health, aiming to remove barriers and make sexual health support more accessible to everyone. They offer clear, honest information, make it easy for individuals to talk about their concerns, and provide free support related to sexual health, wellbeing, and sexuality.</w:t>
      </w:r>
      <w:r/>
    </w:p>
    <w:p>
      <w:pPr>
        <w:pStyle w:val="ListNumber"/>
        <w:spacing w:line="240" w:lineRule="auto"/>
        <w:ind w:left="720"/>
      </w:pPr>
      <w:r/>
      <w:hyperlink r:id="rId14">
        <w:r>
          <w:rPr>
            <w:color w:val="0000EE"/>
            <w:u w:val="single"/>
          </w:rPr>
          <w:t>https://www.mysexualhealth.ie/new-index</w:t>
        </w:r>
      </w:hyperlink>
      <w:r>
        <w:t xml:space="preserve"> - The Sexual Health Centre is a Not for Profit, Non-Governmental Organisation (NGO) established in July 1987 as Cork AIDS Alliance. The Centre provides exhaustive and non-biased information, facilitates open dialogue, and offers personal, free, and non-judgemental support to concerned groups and individuals regarding their sexual health, wellbeing, and sexuality. Their services include sexual health workshops, professional training, crisis pregnancy support and post-termination counselling, LGBTI+ sexual health support for young people, rapid HIV testing, support and counselling for people living with HIV, and a peer mentoring programme.</w:t>
      </w:r>
      <w:r/>
    </w:p>
    <w:p>
      <w:pPr>
        <w:pStyle w:val="ListNumber"/>
        <w:spacing w:line="240" w:lineRule="auto"/>
        <w:ind w:left="720"/>
      </w:pPr>
      <w:r/>
      <w:hyperlink r:id="rId15">
        <w:r>
          <w:rPr>
            <w:color w:val="0000EE"/>
            <w:u w:val="single"/>
          </w:rPr>
          <w:t>https://www.feministwalkcork.ie/2-cork-sexual-health-centre</w:t>
        </w:r>
      </w:hyperlink>
      <w:r>
        <w:t xml:space="preserve"> - The Cork Sexual Health Centre, established in 1987 as Cork AIDS Alliance, provides high-quality, professional, inclusive services on relationships, wellbeing, HIV, and sexual health. The Centre's objective is to eliminate obstacles to the use of support services and enhance the accessibility of screening and reproductive health assistance for the residents of Cork. The diverse and knowledgeable team collaborates to promote the perception of sexual health as an essential component of life for all people. The Centre provides a wide range of services such as STI advice, sexual health workshops, support for people living with HIV, one-on-one counselling for people experiencing crisis pregnancy, free rapid HIV testing, free condoms, and free pregnancy tests.</w:t>
      </w:r>
      <w:r/>
    </w:p>
    <w:p>
      <w:pPr>
        <w:pStyle w:val="ListNumber"/>
        <w:spacing w:line="240" w:lineRule="auto"/>
        <w:ind w:left="720"/>
      </w:pPr>
      <w:r/>
      <w:hyperlink r:id="rId11">
        <w:r>
          <w:rPr>
            <w:color w:val="0000EE"/>
            <w:u w:val="single"/>
          </w:rPr>
          <w:t>https://gayproject.ie/special-projects/the-crossroads/</w:t>
        </w:r>
      </w:hyperlink>
      <w:r>
        <w:t xml:space="preserve"> - The Gay Project conducted a 2021 study titled 'Crossroads Report' on discrimination towards GBTQ+ people of colour in Cork, Ireland. Funded by Cork City Council and the Department of Rural and Community Development, the study aimed to compile a contemporary look at lived experiences of and attitudes towards racialisation and discrimination of GBTQ+ people of colour in Cork, and to provide recommendations on supporting these community members. The report is available for download on their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cn.ie/new-study-irelands-lgbtq-community/" TargetMode="External"/><Relationship Id="rId10" Type="http://schemas.openxmlformats.org/officeDocument/2006/relationships/hyperlink" Target="https://www.sexualhealthcentre.com/crossroads" TargetMode="External"/><Relationship Id="rId11" Type="http://schemas.openxmlformats.org/officeDocument/2006/relationships/hyperlink" Target="https://gayproject.ie/special-projects/the-crossroads/" TargetMode="External"/><Relationship Id="rId12" Type="http://schemas.openxmlformats.org/officeDocument/2006/relationships/hyperlink" Target="https://www.sexualhealthcentre.com/crossroads-survey" TargetMode="External"/><Relationship Id="rId13" Type="http://schemas.openxmlformats.org/officeDocument/2006/relationships/hyperlink" Target="https://www.mysexualhealth.ie/sexual-health-centre" TargetMode="External"/><Relationship Id="rId14" Type="http://schemas.openxmlformats.org/officeDocument/2006/relationships/hyperlink" Target="https://www.mysexualhealth.ie/new-index" TargetMode="External"/><Relationship Id="rId15" Type="http://schemas.openxmlformats.org/officeDocument/2006/relationships/hyperlink" Target="https://www.feministwalkcork.ie/2-cork-sexual-health-cent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