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Philly’s LGBTQ+ Community Can Share Testimony After Gayborhood Pride Clashes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revels and residents are being urged to speak up: Philadelphia City Councilmember Rue Landau has launched an online survey to gather first‑hand accounts from people who witnessed or experienced policing during Pride in the Gayborhood, and those stories will shape a planned public hearing and possible changes.</w:t>
      </w:r>
      <w:r/>
    </w:p>
    <w:p>
      <w:r/>
      <w:r>
        <w:t>Essential Takeaways</w:t>
      </w:r>
      <w:r/>
      <w:r/>
    </w:p>
    <w:p>
      <w:pPr>
        <w:pStyle w:val="ListBullet"/>
        <w:spacing w:line="240" w:lineRule="auto"/>
        <w:ind w:left="720"/>
      </w:pPr>
      <w:r/>
      <w:r>
        <w:rPr>
          <w:b/>
        </w:rPr>
        <w:t>Who’s asking:</w:t>
      </w:r>
      <w:r>
        <w:t xml:space="preserve"> City Councilmember Rue Landau is collecting testimony from LGBTQ+ community members and allies via an online survey.</w:t>
      </w:r>
      <w:r/>
    </w:p>
    <w:p>
      <w:pPr>
        <w:pStyle w:val="ListBullet"/>
        <w:spacing w:line="240" w:lineRule="auto"/>
        <w:ind w:left="720"/>
      </w:pPr>
      <w:r/>
      <w:r>
        <w:rPr>
          <w:b/>
        </w:rPr>
        <w:t>What happened:</w:t>
      </w:r>
      <w:r>
        <w:t xml:space="preserve"> Complaints include masked officers, kettling, baton strikes, verbal threats, taser display, and blocking access for pedestrians and vehicles.</w:t>
      </w:r>
      <w:r/>
    </w:p>
    <w:p>
      <w:pPr>
        <w:pStyle w:val="ListBullet"/>
        <w:spacing w:line="240" w:lineRule="auto"/>
        <w:ind w:left="720"/>
      </w:pPr>
      <w:r/>
      <w:r>
        <w:rPr>
          <w:b/>
        </w:rPr>
        <w:t>Why it matters:</w:t>
      </w:r>
      <w:r>
        <w:t xml:space="preserve"> The survey will inform a City Council hearing intended to record experiences, probe planning and policing decisions, and recommend accountability measures.</w:t>
      </w:r>
      <w:r/>
    </w:p>
    <w:p>
      <w:pPr>
        <w:pStyle w:val="ListBullet"/>
        <w:spacing w:line="240" w:lineRule="auto"/>
        <w:ind w:left="720"/>
      </w:pPr>
      <w:r/>
      <w:r>
        <w:rPr>
          <w:b/>
        </w:rPr>
        <w:t>Practical note:</w:t>
      </w:r>
      <w:r>
        <w:t xml:space="preserve"> Respondents can stay anonymous on the form, but Landau’s team may follow up for clarity and resources.</w:t>
      </w:r>
      <w:r/>
    </w:p>
    <w:p>
      <w:pPr>
        <w:pStyle w:val="ListBullet"/>
        <w:spacing w:line="240" w:lineRule="auto"/>
        <w:ind w:left="720"/>
      </w:pPr>
      <w:r/>
      <w:r>
        <w:rPr>
          <w:b/>
        </w:rPr>
        <w:t>Emotional cue:</w:t>
      </w:r>
      <w:r>
        <w:t xml:space="preserve"> Many in the community describe feeling intimidated, singled out, and less safe during what should be a celebratory moment.</w:t>
      </w:r>
      <w:r/>
      <w:r/>
    </w:p>
    <w:p>
      <w:pPr>
        <w:pStyle w:val="Heading2"/>
      </w:pPr>
      <w:r>
        <w:t>Why City Hall wants your story now</w:t>
      </w:r>
      <w:r/>
    </w:p>
    <w:p>
      <w:r/>
      <w:r>
        <w:t>Landau introduced a resolution in June to hold a hearing about policing during Pride, and now her office is gathering testimony to build the public record. The survey is a pragmatic first step, and it’s designed to capture a range of experiences , from people who saw scenes unfold to those who felt directly targeted. That sense of urgency comes from community reports that Pride felt very different to other large celebrations in the city, and City Council wants evidence before a hearing is scheduled.</w:t>
      </w:r>
      <w:r/>
    </w:p>
    <w:p>
      <w:pPr>
        <w:pStyle w:val="Heading2"/>
      </w:pPr>
      <w:r>
        <w:t>What people are being asked to describe</w:t>
      </w:r>
      <w:r/>
    </w:p>
    <w:p>
      <w:r/>
      <w:r>
        <w:t>The form invites details about what witnesses saw and how individuals were affected , think who was involved, where it happened, and whether injuries or discrimination occurred. Accounts already shared at a Council meeting mentioned masked officers (which raised legal questions), kettling, and interactions that misgendered or disrespected disabled attendees. Landau’s office says it will treat contact details with discretion and offer follow‑up resources where needed.</w:t>
      </w:r>
      <w:r/>
    </w:p>
    <w:p>
      <w:pPr>
        <w:pStyle w:val="Heading2"/>
      </w:pPr>
      <w:r>
        <w:t>How this hearing could change policing or policy</w:t>
      </w:r>
      <w:r/>
    </w:p>
    <w:p>
      <w:r/>
      <w:r>
        <w:t>A public hearing doesn’t instantly change policy, but it creates a transparent forum where decision‑makers can ask how plans were made and why tactics changed in real time. According to local reporting, police leaders have acknowledged mistakes; a hearing would let community members challenge, clarify, and push for concrete reforms. Expect recommendations to focus on planning, de‑escalation training, crowd management standards, and better communications with organisers.</w:t>
      </w:r>
      <w:r/>
    </w:p>
    <w:p>
      <w:pPr>
        <w:pStyle w:val="Heading2"/>
      </w:pPr>
      <w:r>
        <w:t>Who should submit, and how to prepare testimony</w:t>
      </w:r>
      <w:r/>
    </w:p>
    <w:p>
      <w:r/>
      <w:r>
        <w:t>Anyone who witnessed the events , residents, business owners, Pride attendees, medics, or staff , can fill out the survey, whether or not they plan to speak publicly. Landau’s office encourages people to note times, locations, and details, and to upload photos or video if they have them. If you prefer privacy, choose the anonymous option, but be aware staff may contact you for context if you provide details. Practical tip: jot down notes soon after the incident while memories are fresh, and include contact preferences to speed up any follow up.</w:t>
      </w:r>
      <w:r/>
    </w:p>
    <w:p>
      <w:pPr>
        <w:pStyle w:val="Heading2"/>
      </w:pPr>
      <w:r>
        <w:t>What to expect at the hearing and afterwards</w:t>
      </w:r>
      <w:r/>
    </w:p>
    <w:p>
      <w:r/>
      <w:r>
        <w:t>Landau hopes the hearing will happen before the end of summer and that it will centre community voices rather than pre‑empt solutions. City Council hearings are often the start of accountability conversations, not their conclusion, so look for a mix of testimony, official explanations, and calls for policies to prevent repeat incidents. For community members, this is a chance to put experiences on record and influence the roadmap for any reforms.</w:t>
      </w:r>
      <w:r/>
    </w:p>
    <w:p>
      <w:r/>
      <w:r>
        <w:t>It’s a small but significant way to make sure Pride memories include safety and dignity as well as colour and song.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13">
        <w:r>
          <w:rPr>
            <w:color w:val="0000EE"/>
            <w:u w:val="single"/>
          </w:rPr>
          <w:t>[4]</w:t>
        </w:r>
      </w:hyperlink>
      <w:r>
        <w:t xml:space="preserve">, </w:t>
      </w:r>
      <w:hyperlink r:id="rId9">
        <w:r>
          <w:rPr>
            <w:color w:val="0000EE"/>
            <w:u w:val="single"/>
          </w:rPr>
          <w:t>[1]</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https://epgn.com/2026/07/15/lgbtq-community-invited-to-testify-on-philly-pride-police-clashes/</w:t>
        </w:r>
      </w:hyperlink>
      <w:r>
        <w:t xml:space="preserve"> - Please view link - unable to able to access data</w:t>
      </w:r>
      <w:r/>
    </w:p>
    <w:p>
      <w:pPr>
        <w:pStyle w:val="ListNumber"/>
        <w:spacing w:line="240" w:lineRule="auto"/>
        <w:ind w:left="720"/>
      </w:pPr>
      <w:r/>
      <w:hyperlink r:id="rId10">
        <w:r>
          <w:rPr>
            <w:color w:val="0000EE"/>
            <w:u w:val="single"/>
          </w:rPr>
          <w:t>https://www.inquirer.com/politics/philadelphia/city-council-to-investigate-police-pride-gayborhood-20260611.html</w:t>
        </w:r>
      </w:hyperlink>
      <w:r>
        <w:t xml:space="preserve"> - Philadelphia City Councilmember Rue Landau has introduced legislation to hold public hearings investigating the police department's crowd-control tactics during the Pride festivities in the Gayborhood. The move follows criticism from LGBTQ+ community leaders over the aggressive police response, including physical confrontations and the use of mounted and motorcycle officers to disperse crowds. Landau emphasized the need for clear communication and planning, stating that the hearings aim to address strategic and tactical questions regarding the police response. The hearings are expected to take place in the fall, after the council's summer recess.</w:t>
      </w:r>
      <w:r/>
    </w:p>
    <w:p>
      <w:pPr>
        <w:pStyle w:val="ListNumber"/>
        <w:spacing w:line="240" w:lineRule="auto"/>
        <w:ind w:left="720"/>
      </w:pPr>
      <w:r/>
      <w:hyperlink r:id="rId12">
        <w:r>
          <w:rPr>
            <w:color w:val="0000EE"/>
            <w:u w:val="single"/>
          </w:rPr>
          <w:t>https://www.cbsnews.com/philadelphia/news/city-council-pride-police-mark-segal/</w:t>
        </w:r>
      </w:hyperlink>
      <w:r>
        <w:t xml:space="preserve"> - At a Philadelphia City Council meeting, LGBTQ+ activist Mark Segal criticized the police tactics during the Pride celebrations in the Gayborhood. Segal condemned the use of tasers, the confinement of people, and the aggressive actions of police officers. He called for accountability and a better experience for the community in future events. The meeting highlighted the tensions between the LGBTQ+ community and law enforcement, with calls for a thorough investigation into the police response during the Pride festivities.</w:t>
      </w:r>
      <w:r/>
    </w:p>
    <w:p>
      <w:pPr>
        <w:pStyle w:val="ListNumber"/>
        <w:spacing w:line="240" w:lineRule="auto"/>
        <w:ind w:left="720"/>
      </w:pPr>
      <w:r/>
      <w:hyperlink r:id="rId13">
        <w:r>
          <w:rPr>
            <w:color w:val="0000EE"/>
            <w:u w:val="single"/>
          </w:rPr>
          <w:t>https://www.cbsnews.com/philadelphia/news/commissioner-admits-police-made-mistakes-at-pride-celebrations-in-gayborhood-that-is-not-who-we-are/</w:t>
        </w:r>
      </w:hyperlink>
      <w:r>
        <w:t xml:space="preserve"> - Philadelphia Police Commissioner Kevin Bethel admitted that the police made mistakes during the Pride celebrations in the Gayborhood. He acknowledged the aggressive tactics used and stated that such actions do not reflect the department's values. Bethel emphasized the need for a thorough review of the events and expressed a commitment to ensuring that future Pride celebrations are handled appropriately. The admission came after widespread criticism from the LGBTQ+ community regarding the police response during the festivities.</w:t>
      </w:r>
      <w:r/>
    </w:p>
    <w:p>
      <w:pPr>
        <w:pStyle w:val="ListNumber"/>
        <w:spacing w:line="240" w:lineRule="auto"/>
        <w:ind w:left="720"/>
      </w:pPr>
      <w:r/>
      <w:hyperlink r:id="rId15">
        <w:r>
          <w:rPr>
            <w:color w:val="0000EE"/>
            <w:u w:val="single"/>
          </w:rPr>
          <w:t>https://www.spokesman.com/stories/2026/jun/08/15-arrested-as-police-response-to-gayborhood-pride/</w:t>
        </w:r>
      </w:hyperlink>
      <w:r>
        <w:t xml:space="preserve"> - Fifteen people were arrested during a Pride celebration in Philadelphia's Gayborhood, leading to criticism from some LGBTQ+ residents over the police's handling of crowd control. Images and videos circulated on social media showing police officers engaging with attendees, with some considering the law enforcement presence to be excessive and aggressive. The arrests and the police response have sparked discussions about the appropriate use of force during Pride events and the treatment of the LGBTQ+ community by law enforcement.</w:t>
      </w:r>
      <w:r/>
    </w:p>
    <w:p>
      <w:pPr>
        <w:pStyle w:val="ListNumber"/>
        <w:spacing w:line="240" w:lineRule="auto"/>
        <w:ind w:left="720"/>
      </w:pPr>
      <w:r/>
      <w:hyperlink r:id="rId14">
        <w:r>
          <w:rPr>
            <w:color w:val="0000EE"/>
            <w:u w:val="single"/>
          </w:rPr>
          <w:t>https://phlcouncil.com/ruelandau/</w:t>
        </w:r>
      </w:hyperlink>
      <w:r>
        <w:t xml:space="preserve"> - Rue Landau is a civil rights and housing attorney, a public school parent, and the first openly LGBTQ+ member of Philadelphia City Council. She has spent her entire career fighting for social justice and equity for Philadelphia’s most vulnerable communities. Landau has a vision for Philadelphia that lifts up every neighborhood and ensures that every person has the opportunity to thrive. She has been involved in various initiatives aimed at promoting fairness and inclusivity within the city.</w:t>
      </w:r>
      <w:r/>
    </w:p>
    <w:p>
      <w:pPr>
        <w:pStyle w:val="ListNumber"/>
        <w:spacing w:line="240" w:lineRule="auto"/>
        <w:ind w:left="720"/>
      </w:pPr>
      <w:r/>
      <w:hyperlink r:id="rId11">
        <w:r>
          <w:rPr>
            <w:color w:val="0000EE"/>
            <w:u w:val="single"/>
          </w:rPr>
          <w:t>https://6abc.com/post/philadelphia-councilwoman-introduce-resolution-following-police-response-during-citys-pride-festivities/19274997/?userab=kabc_content_recs-577</w:t>
        </w:r>
      </w:hyperlink>
      <w:hyperlink r:id="rId11">
        <w:r>
          <w:rPr>
            <w:color w:val="0000EE"/>
            <w:u w:val="single"/>
          </w:rPr>
          <w:t>variant_a_control-2480,wls_content_recs-584</w:t>
        </w:r>
      </w:hyperlink>
      <w:hyperlink r:id="rId11">
        <w:r>
          <w:rPr>
            <w:color w:val="0000EE"/>
            <w:u w:val="single"/>
          </w:rPr>
          <w:t>variant_a_control_wls-2516,wpvi_content_recs-586</w:t>
        </w:r>
      </w:hyperlink>
      <w:hyperlink r:id="rId11">
        <w:r>
          <w:rPr>
            <w:color w:val="0000EE"/>
            <w:u w:val="single"/>
          </w:rPr>
          <w:t>variant_a_control_wpvi-2520,otv_web_content_rec-539</w:t>
        </w:r>
      </w:hyperlink>
      <w:hyperlink r:id="rId11">
        <w:r>
          <w:rPr>
            <w:color w:val="0000EE"/>
            <w:u w:val="single"/>
          </w:rPr>
          <w:t>variant_c_trending-2268,otv_web_topic-580*variant_a_topic-2508</w:t>
        </w:r>
      </w:hyperlink>
      <w:r>
        <w:t xml:space="preserve"> - Philadelphia Councilmember Rue Landau plans to introduce a resolution to authorize hearings to look into the Philadelphia police response during Pride festivities over the weekend. This comes after reports of an excessive law enforcement presence in the Gayborhood on Sunday. Philadelphia police leaders say they are looking into the matter after some at the events accuse officers of using excessive force. Landau is encouraging anyone with concerns to attend Thursday's council meeting at 10 a.m. to make their voices heard. It will be livestreamed.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pgn.com/2026/07/15/lgbtq-community-invited-to-testify-on-philly-pride-police-clashes/" TargetMode="External"/><Relationship Id="rId10" Type="http://schemas.openxmlformats.org/officeDocument/2006/relationships/hyperlink" Target="https://www.inquirer.com/politics/philadelphia/city-council-to-investigate-police-pride-gayborhood-20260611.html" TargetMode="External"/><Relationship Id="rId11" Type="http://schemas.openxmlformats.org/officeDocument/2006/relationships/hyperlink" Target="https://6abc.com/post/philadelphia-councilwoman-introduce-resolution-following-police-response-during-citys-pride-festivities/19274997/?userab=kabc_content_recs-577*variant_a_control-2480,wls_content_recs-584*variant_a_control_wls-2516,wpvi_content_recs-586*variant_a_control_wpvi-2520,otv_web_content_rec-539*variant_c_trending-2268,otv_web_topic-580*variant_a_topic-2508" TargetMode="External"/><Relationship Id="rId12" Type="http://schemas.openxmlformats.org/officeDocument/2006/relationships/hyperlink" Target="https://www.cbsnews.com/philadelphia/news/city-council-pride-police-mark-segal/" TargetMode="External"/><Relationship Id="rId13" Type="http://schemas.openxmlformats.org/officeDocument/2006/relationships/hyperlink" Target="https://www.cbsnews.com/philadelphia/news/commissioner-admits-police-made-mistakes-at-pride-celebrations-in-gayborhood-that-is-not-who-we-are/" TargetMode="External"/><Relationship Id="rId14" Type="http://schemas.openxmlformats.org/officeDocument/2006/relationships/hyperlink" Target="https://phlcouncil.com/ruelandau/" TargetMode="External"/><Relationship Id="rId15" Type="http://schemas.openxmlformats.org/officeDocument/2006/relationships/hyperlink" Target="https://www.spokesman.com/stories/2026/jun/08/15-arrested-as-police-response-to-gayborhood-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