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understand Love and Deepspace’s queer fan controversy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fans and critics are paying attention to Love and Deepspace as its developer navigates cancellations, censorship and a fandom split , and why it matters to queer players, event attendees and anyone watching how global games handle identity.</w:t>
      </w:r>
      <w:r/>
    </w:p>
    <w:p>
      <w:r/>
      <w:r>
        <w:t>Essential Takeaways</w:t>
      </w:r>
      <w:r/>
      <w:r/>
    </w:p>
    <w:p>
      <w:pPr>
        <w:pStyle w:val="ListBullet"/>
        <w:spacing w:line="240" w:lineRule="auto"/>
        <w:ind w:left="720"/>
      </w:pPr>
      <w:r/>
      <w:r>
        <w:rPr>
          <w:b/>
        </w:rPr>
        <w:t>Huge reach:</w:t>
      </w:r>
      <w:r>
        <w:t xml:space="preserve"> Love and Deepspace has tens of millions of players and dozens of millions in downloads, making community rules consequential.</w:t>
      </w:r>
      <w:r/>
    </w:p>
    <w:p>
      <w:pPr>
        <w:pStyle w:val="ListBullet"/>
        <w:spacing w:line="240" w:lineRule="auto"/>
        <w:ind w:left="720"/>
      </w:pPr>
      <w:r/>
      <w:r>
        <w:rPr>
          <w:b/>
        </w:rPr>
        <w:t>Visibility problems:</w:t>
      </w:r>
      <w:r>
        <w:t xml:space="preserve"> Organisers and moderators have reportedly restricted male presence at events and banned BL content in official channels, creating exclusionary vibes.</w:t>
      </w:r>
      <w:r/>
    </w:p>
    <w:p>
      <w:pPr>
        <w:pStyle w:val="ListBullet"/>
        <w:spacing w:line="240" w:lineRule="auto"/>
        <w:ind w:left="720"/>
      </w:pPr>
      <w:r/>
      <w:r>
        <w:rPr>
          <w:b/>
        </w:rPr>
        <w:t>Censorship context:</w:t>
      </w:r>
      <w:r>
        <w:t xml:space="preserve"> Papergames’ Chinese origin complicates decisions, but the game’s international success means those choices ripple worldwide.</w:t>
      </w:r>
      <w:r/>
    </w:p>
    <w:p>
      <w:pPr>
        <w:pStyle w:val="ListBullet"/>
        <w:spacing w:line="240" w:lineRule="auto"/>
        <w:ind w:left="720"/>
      </w:pPr>
      <w:r/>
      <w:r>
        <w:rPr>
          <w:b/>
        </w:rPr>
        <w:t>Queer resilience:</w:t>
      </w:r>
      <w:r>
        <w:t xml:space="preserve"> Queer fans are creating private spaces , Discord servers, alternate subreddits and roleplay communities , to enjoy the game free of hostility.</w:t>
      </w:r>
      <w:r/>
    </w:p>
    <w:p>
      <w:pPr>
        <w:pStyle w:val="ListBullet"/>
        <w:spacing w:line="240" w:lineRule="auto"/>
        <w:ind w:left="720"/>
      </w:pPr>
      <w:r/>
      <w:r>
        <w:rPr>
          <w:b/>
        </w:rPr>
        <w:t>Practical tip:</w:t>
      </w:r>
      <w:r>
        <w:t xml:space="preserve"> If you’re a queer fan, look for unofficial, queer-friendly groups and check event policies in advance; if you’re an organiser, be transparent about selection criteria to avoid accusations of erasure.</w:t>
      </w:r>
      <w:r/>
      <w:r/>
    </w:p>
    <w:p>
      <w:pPr>
        <w:pStyle w:val="Heading2"/>
      </w:pPr>
      <w:r>
        <w:t>What actually kicked off the uproar</w:t>
      </w:r>
      <w:r/>
    </w:p>
    <w:p>
      <w:r/>
      <w:r>
        <w:t>The cancellation of a new werewolf love interest sent shockwaves through the fandom and beyond, but it wasn’t the only flashpoint. Reporters covering anniversary events say they were asked not to film men, while attendees claim male fans were quietly excluded from meet-and-greets. That mix of official action and fan backlash produced a story that reads less like internal drama and more like public relations misstep. According to coverage in gaming outlets, the Valko cancellation and subsequent handling exposed tensions between developer decisions and fan expectations, which quickly spiralled on social media.</w:t>
      </w:r>
      <w:r/>
    </w:p>
    <w:p>
      <w:pPr>
        <w:pStyle w:val="Heading2"/>
      </w:pPr>
      <w:r>
        <w:t>Why queer fans feel unseen</w:t>
      </w:r>
      <w:r/>
    </w:p>
    <w:p>
      <w:r/>
      <w:r>
        <w:t>Many queer men who play the game say they don’t expect canon queer romance , they know the narrative is hetero by design , but they do expect to be allowed as visible members of the audience. Instead, some report harassment, removed threads, and a subreddit policy that bans BL content outright. That kind of gatekeeping makes queer players feel both unwelcome and erased, prompting a push to create private communities where they can ship, art-share and roleplay without policing. The result is an ecosystem of smaller, safer spaces that sit in contrast to the official channels.</w:t>
      </w:r>
      <w:r/>
    </w:p>
    <w:p>
      <w:pPr>
        <w:pStyle w:val="Heading2"/>
      </w:pPr>
      <w:r>
        <w:t>Is this just Chinese censorship?</w:t>
      </w:r>
      <w:r/>
    </w:p>
    <w:p>
      <w:r/>
      <w:r>
        <w:t>There’s nuance: Papergames is a Chinese studio operating under strict domestic media rules, and that context explains some caution around queer representation. But critics point out an uncomfortable inconsistency , the game already includes explicit sexual scenes and content that skirt censorship , so many fans see the active suppression of male visibility as more than legal caution. Observers suggest that global companies must balance home-country laws with international audiences if they want a truly global community, otherwise they risk alienating large swathes of players.</w:t>
      </w:r>
      <w:r/>
    </w:p>
    <w:p>
      <w:pPr>
        <w:pStyle w:val="Heading2"/>
      </w:pPr>
      <w:r>
        <w:t>What happened at events and why it matters</w:t>
      </w:r>
      <w:r/>
    </w:p>
    <w:p>
      <w:r/>
      <w:r>
        <w:t>Reports from fan events paint a picture of selection forms asking for gender and, allegedly, a lack of men chosen for character meet-and-greets. Attendees noticed empty slots where a cancelled character would have appeared and say male-presenting fans were rarely part of the official interactions. For a game whose emotional hooks are central to its profitability, ignoring or hiding a segment of the audience doesn’t just feel unfair , it’s a strategic blind spot that sours public perception. Clearer event rules and transparent selection would have avoided much of the suspicion and backlash.</w:t>
      </w:r>
      <w:r/>
    </w:p>
    <w:p>
      <w:pPr>
        <w:pStyle w:val="Heading2"/>
      </w:pPr>
      <w:r>
        <w:t>How the fandom is responding and what to do next</w:t>
      </w:r>
      <w:r/>
    </w:p>
    <w:p>
      <w:r/>
      <w:r>
        <w:t>The fandom has fractured: some defenders argue the developer is merely navigating censorship, others see active exclusion. Meanwhile queer players have built alternatives , Discord servers, NSFW-friendly subreddits and roleplay communities , to reclaim space. If you’re a player looking for inclusion, seek out these pockets and ask moderators about BL policies before posting. If you’re a publisher or PR team, the practical fix is simple: communicate selection criteria, avoid asking press to hide attendees, and acknowledge diverse fans publicly. Small changes like that restore trust faster than defensiveness.</w:t>
      </w:r>
      <w:r/>
    </w:p>
    <w:p>
      <w:r/>
      <w:r>
        <w:t>It’s a small change that can make every fan feel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[4]</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9">
        <w:r>
          <w:rPr>
            <w:color w:val="0000EE"/>
            <w:u w:val="single"/>
          </w:rPr>
          <w:t>[4]</w:t>
        </w:r>
      </w:hyperlink>
      <w:r>
        <w:t xml:space="preserve">- Paragraph 4: </w:t>
      </w:r>
      <w:hyperlink r:id="rId10">
        <w:r>
          <w:rPr>
            <w:color w:val="0000EE"/>
            <w:u w:val="single"/>
          </w:rPr>
          <w:t>[5]</w:t>
        </w:r>
      </w:hyperlink>
      <w:r>
        <w:t xml:space="preserve">, </w:t>
      </w:r>
      <w:hyperlink r:id="rId11">
        <w:r>
          <w:rPr>
            <w:color w:val="0000EE"/>
            <w:u w:val="single"/>
          </w:rPr>
          <w:t>[7]</w:t>
        </w:r>
      </w:hyperlink>
      <w:r>
        <w:t xml:space="preserve">- Paragraph 5: </w:t>
      </w:r>
      <w:hyperlink r:id="rId9">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https://kotaku.com/love-deepspace-gay-bl-ships-men-love-interests-homophobia-2000716290</w:t>
        </w:r>
      </w:hyperlink>
      <w:r>
        <w:t xml:space="preserve"> - Please view link - unable to able to access data</w:t>
      </w:r>
      <w:r/>
    </w:p>
    <w:p>
      <w:pPr>
        <w:pStyle w:val="ListNumber"/>
        <w:spacing w:line="240" w:lineRule="auto"/>
        <w:ind w:left="720"/>
      </w:pPr>
      <w:r/>
      <w:hyperlink r:id="rId10">
        <w:r>
          <w:rPr>
            <w:color w:val="0000EE"/>
            <w:u w:val="single"/>
          </w:rPr>
          <w:t>https://www.gamesradar.com/games/rpg/i-cant-remember-the-last-time-a-game-canceled-a-character-because-fans-hated-them-so-much-but-love-and-deepspace-just-sent-a-wolf-boy-to-a-farm-upstate/</w:t>
        </w:r>
      </w:hyperlink>
      <w:r>
        <w:t xml:space="preserve"> - In a dramatic response to fan backlash, developer Infold Games has cancelled the release of Valko, a new werewolf tech executive character in the dating RPG 'Love and Deepspace.' Scheduled to launch on July 9 as the game's sixth love interest, Valko was introduced in promotional materials as genetically bonded to the player and portrayed with unconventional traits, such as wearing a hoodie fit for dog ears and riding a Vespa. However, fan concerns arose citing his design as symbolic of patriarchal violence and potentially referencing a real-life domestic violence case known as the 'Iron Pot Wife Murder,' due to language used in Chinese promotions. Critics also noted uncomfortable parallels between Valko and Infold's CEO, including visual similarities and a name resembling the executive’s. Faced with mounting pressure, Infold issued two apologies and ultimately decided to not only remove Valko from development but also halt any future additions to the romantic roster. The article's author questions the intensity of the backlash while acknowledging the importance of addressing concerns about violence against women, especially in gaming. Despite fan disappointment, the controversy highlights ongoing sensitivity around media representation and public accountability.</w:t>
      </w:r>
      <w:r/>
    </w:p>
    <w:p>
      <w:pPr>
        <w:pStyle w:val="ListNumber"/>
        <w:spacing w:line="240" w:lineRule="auto"/>
        <w:ind w:left="720"/>
      </w:pPr>
      <w:r/>
      <w:hyperlink r:id="rId13">
        <w:r>
          <w:rPr>
            <w:color w:val="0000EE"/>
            <w:u w:val="single"/>
          </w:rPr>
          <w:t>https://www.gamesradar.com/games/rpg/facing-chinese-censorship-sci-fi-rpg-shows-50-million-users-its-most-depraved-content-through-stick-figure-drawings/</w:t>
        </w:r>
      </w:hyperlink>
      <w:r>
        <w:t xml:space="preserve"> - The article explores how the Chinese sci-fi romance RPG 'Love and Deepspace,' developed by Infold Games, navigates strict internet censorship rules while maintaining its erotic tone. With nearly 50 million users, the game recently launched its 'Lingering Lust' event, cleverly using stick figure animations and suggestive wordplay to convey sexual content. In China, promotional content features animated characters and euphemistic visual metaphors—such as panting words and swaying symbols representing intimate acts—to skirt censorship laws. Internationally, the game shares age-restricted animated previews, including stick figure scenarios with sensual contexts, like a blushing character against a thigh. The game’s 5-Star Memories, used both in narrative and gameplay (e.g., boosting character combat stats), showcase steamy settings such as hot springs. While some criticise the sexual content as cheap or sensational, the article frames 'Love and Deepspace' as a bold, artistic venture reflecting real human experiences, particularly from a female perspective. It argues for the legitimacy of erotic content in video games, especially when it caters to rather than exploits female desires. The piece positions the game within a broader conversation on how mature and sensual content can empower women and push gaming narratives forward.</w:t>
      </w:r>
      <w:r/>
    </w:p>
    <w:p>
      <w:pPr>
        <w:pStyle w:val="ListNumber"/>
        <w:spacing w:line="240" w:lineRule="auto"/>
        <w:ind w:left="720"/>
      </w:pPr>
      <w:r/>
      <w:hyperlink r:id="rId9">
        <w:r>
          <w:rPr>
            <w:color w:val="0000EE"/>
            <w:u w:val="single"/>
          </w:rPr>
          <w:t>https://kotaku.com/love-deepspace-gay-bl-ships-men-love-interests-homophobia-2000716290</w:t>
        </w:r>
      </w:hyperlink>
      <w:r>
        <w:t xml:space="preserve"> - The article discusses the controversy surrounding the game 'Love and Deepspace,' focusing on the cancellation of its new werewolf love interest, Valko, due to fan backlash. It highlights the challenges faced by the game's developers, Papergames, in balancing cultural sensitivities, particularly concerning LGBTQ+ content, within the Chinese market. The piece also sheds light on the experiences of gay men within the game's community, noting instances of homophobia and exclusion. The author reflects on the broader implications of the controversy, questioning the game's commitment to inclusivity and the treatment of its diverse fanbase.</w:t>
      </w:r>
      <w:r/>
    </w:p>
    <w:p>
      <w:pPr>
        <w:pStyle w:val="ListNumber"/>
        <w:spacing w:line="240" w:lineRule="auto"/>
        <w:ind w:left="720"/>
      </w:pPr>
      <w:r/>
      <w:hyperlink r:id="rId10">
        <w:r>
          <w:rPr>
            <w:color w:val="0000EE"/>
            <w:u w:val="single"/>
          </w:rPr>
          <w:t>https://www.gamesradar.com/games/rpg/i-cant-remember-the-last-time-a-game-canceled-a-character-because-fans-hated-them-so-much-but-love-and-deepspace-just-sent-a-wolf-boy-to-a-farm-upstate/</w:t>
        </w:r>
      </w:hyperlink>
      <w:r>
        <w:t xml:space="preserve"> - In a dramatic response to fan backlash, developer Infold Games has cancelled the release of Valko, a new werewolf tech executive character in the dating RPG 'Love and Deepspace.' Scheduled to launch on July 9 as the game's sixth love interest, Valko was introduced in promotional materials as genetically bonded to the player and portrayed with unconventional traits, such as wearing a hoodie fit for dog ears and riding a Vespa. However, fan concerns arose citing his design as symbolic of patriarchal violence and potentially referencing a real-life domestic violence case known as the 'Iron Pot Wife Murder,' due to language used in Chinese promotions. Critics also noted uncomfortable parallels between Valko and Infold's CEO, including visual similarities and a name resembling the executive’s. Faced with mounting pressure, Infold issued two apologies and ultimately decided to not only remove Valko from development but also halt any future additions to the romantic roster. The article's author questions the intensity of the backlash while acknowledging the importance of addressing concerns about violence against women, especially in gaming. Despite fan disappointment, the controversy highlights ongoing sensitivity around media representation and public accountability.</w:t>
      </w:r>
      <w:r/>
    </w:p>
    <w:p>
      <w:pPr>
        <w:pStyle w:val="ListNumber"/>
        <w:spacing w:line="240" w:lineRule="auto"/>
        <w:ind w:left="720"/>
      </w:pPr>
      <w:r/>
      <w:hyperlink r:id="rId12">
        <w:r>
          <w:rPr>
            <w:color w:val="0000EE"/>
            <w:u w:val="single"/>
          </w:rPr>
          <w:t>https://www.idntimes.com/tech/games/kontroversi-love-and-deepspace-c1c2-01-gjjrz-37nlfx</w:t>
        </w:r>
      </w:hyperlink>
      <w:r>
        <w:t xml:space="preserve"> - The article provides an overview of the escalating controversy surrounding the game 'Love and Deepspace,' focusing on the cancellation of the new love interest, Valko, following significant backlash from the player community. It details the timeline of events leading up to the cancellation, including protests from fans, the delivery of symbolic items to the developer's office, and the game's decision to cancel its appearance at Bilibili World 2026. The piece also touches upon the cultural and social dynamics at play, highlighting the challenges faced by the developers in balancing creative decisions with fan expectations and cultural sensitivities.</w:t>
      </w:r>
      <w:r/>
    </w:p>
    <w:p>
      <w:pPr>
        <w:pStyle w:val="ListNumber"/>
        <w:spacing w:line="240" w:lineRule="auto"/>
        <w:ind w:left="720"/>
      </w:pPr>
      <w:r/>
      <w:hyperlink r:id="rId11">
        <w:r>
          <w:rPr>
            <w:color w:val="0000EE"/>
            <w:u w:val="single"/>
          </w:rPr>
          <w:t>https://www.pocketgamer.biz/love-and-deepspace-cancels-bilibili-world-2026-appearance-amid-ongoing-controversy/</w:t>
        </w:r>
      </w:hyperlink>
      <w:r>
        <w:t xml:space="preserve"> - The article reports on the cancellation of 'Love and Deepspace's' planned appearance at Bilibili World 2026 amid ongoing controversy surrounding the game's now-removed love interest, Valko. It details the developer's decision to cancel the game's panel and appearance at the event, acknowledging the recent criticism directed at the game and apologising to players. The piece also discusses the broader implications of the controversy, including the impact on the game's reputation and the challenges faced by the developers in addressing fan concerns and cultural sensitivities.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otaku.com/love-deepspace-gay-bl-ships-men-love-interests-homophobia-2000716290" TargetMode="External"/><Relationship Id="rId10" Type="http://schemas.openxmlformats.org/officeDocument/2006/relationships/hyperlink" Target="https://www.gamesradar.com/games/rpg/i-cant-remember-the-last-time-a-game-canceled-a-character-because-fans-hated-them-so-much-but-love-and-deepspace-just-sent-a-wolf-boy-to-a-farm-upstate/" TargetMode="External"/><Relationship Id="rId11" Type="http://schemas.openxmlformats.org/officeDocument/2006/relationships/hyperlink" Target="https://www.pocketgamer.biz/love-and-deepspace-cancels-bilibili-world-2026-appearance-amid-ongoing-controversy/" TargetMode="External"/><Relationship Id="rId12" Type="http://schemas.openxmlformats.org/officeDocument/2006/relationships/hyperlink" Target="https://www.idntimes.com/tech/games/kontroversi-love-and-deepspace-c1c2-01-gjjrz-37nlfx" TargetMode="External"/><Relationship Id="rId13" Type="http://schemas.openxmlformats.org/officeDocument/2006/relationships/hyperlink" Target="https://www.gamesradar.com/games/rpg/facing-chinese-censorship-sci-fi-rpg-shows-50-million-users-its-most-depraved-content-through-stick-figure-draw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