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Takes on Fandom Breakups: Why Shows Like Heated Rivalry Trigger Real-Life Wake‑Ups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Scroll-stopping clips and hashtag storms are making fandoms feel less harmless: fans, mostly women, report breakups and wake-up moments after falling for shows like Heated Rivalry, and it matters because these obsessions reshape expectations about romance, intimacy and what people will accept in real life.</w:t>
      </w:r>
      <w:r/>
    </w:p>
    <w:p>
      <w:r/>
      <w:r>
        <w:t>Essential takeaways</w:t>
      </w:r>
      <w:r/>
      <w:r/>
    </w:p>
    <w:p>
      <w:pPr>
        <w:pStyle w:val="ListBullet"/>
        <w:spacing w:line="240" w:lineRule="auto"/>
        <w:ind w:left="720"/>
      </w:pPr>
      <w:r/>
      <w:r>
        <w:rPr>
          <w:b/>
        </w:rPr>
        <w:t>Fandom can hit like an emotional high:</w:t>
      </w:r>
      <w:r>
        <w:t xml:space="preserve"> immersive romance tropes create an intense, easily repeatable pleasure that real relationships struggle to match.</w:t>
      </w:r>
      <w:r/>
    </w:p>
    <w:p>
      <w:pPr>
        <w:pStyle w:val="ListBullet"/>
        <w:spacing w:line="240" w:lineRule="auto"/>
        <w:ind w:left="720"/>
      </w:pPr>
      <w:r/>
      <w:r>
        <w:rPr>
          <w:b/>
        </w:rPr>
        <w:t>Erotical illusion matters:</w:t>
      </w:r>
      <w:r>
        <w:t xml:space="preserve"> researchers like Ogi Ogas and Sai Gaddam argue fantasy combinations of cues can hyperstimulate sexual perception and attachment.</w:t>
      </w:r>
      <w:r/>
    </w:p>
    <w:p>
      <w:pPr>
        <w:pStyle w:val="ListBullet"/>
        <w:spacing w:line="240" w:lineRule="auto"/>
        <w:ind w:left="720"/>
      </w:pPr>
      <w:r/>
      <w:r>
        <w:rPr>
          <w:b/>
        </w:rPr>
        <w:t>Not all fandom desire is fetish:</w:t>
      </w:r>
      <w:r>
        <w:t xml:space="preserve"> many women are drawn to vulnerability and emotional growth in male characters, not just sexual titillation.</w:t>
      </w:r>
      <w:r/>
    </w:p>
    <w:p>
      <w:pPr>
        <w:pStyle w:val="ListBullet"/>
        <w:spacing w:line="240" w:lineRule="auto"/>
        <w:ind w:left="720"/>
      </w:pPr>
      <w:r/>
      <w:r>
        <w:rPr>
          <w:b/>
        </w:rPr>
        <w:t>Safe fantasy is a pattern:</w:t>
      </w:r>
      <w:r>
        <w:t xml:space="preserve"> wanting men who won’t reciprocate can be an attachment strategy to avoid real emotional risk.</w:t>
      </w:r>
      <w:r/>
    </w:p>
    <w:p>
      <w:pPr>
        <w:pStyle w:val="ListBullet"/>
        <w:spacing w:line="240" w:lineRule="auto"/>
        <w:ind w:left="720"/>
      </w:pPr>
      <w:r/>
      <w:r>
        <w:rPr>
          <w:b/>
        </w:rPr>
        <w:t>Practical result:</w:t>
      </w:r>
      <w:r>
        <w:t xml:space="preserve"> some fans use TV-inspired awakenings to reassess relationships, for better or worse.</w:t>
      </w:r>
      <w:r/>
      <w:r/>
    </w:p>
    <w:p>
      <w:pPr>
        <w:pStyle w:val="Heading2"/>
      </w:pPr>
      <w:r>
        <w:t>The clip that went viral , and why it stung</w:t>
      </w:r>
      <w:r/>
    </w:p>
    <w:p>
      <w:r/>
      <w:r>
        <w:t>A short Instagram confession , a woman saying a show made her realise she “deserved better” , lit up Twitter and the wider internet with mockery and debate. Viral moments like this feel vivid: you can almost see the person emotionally rewiring in real time, and that visual intensity helps explain why commenters polarise between schadenfreude and sympathy. According to cultural critics and fandom observers, this pattern isn’t new; Twilight-era breakups were documented by mainstream press and fandom communities alike. If a televised fantasy can expose dissatisfaction, it can also provide a language for it , sometimes useful, sometimes catastrophic.</w:t>
      </w:r>
      <w:r/>
    </w:p>
    <w:p>
      <w:pPr>
        <w:pStyle w:val="Heading2"/>
      </w:pPr>
      <w:r>
        <w:t>How erotical illusions turn tropes into compulsion</w:t>
      </w:r>
      <w:r/>
    </w:p>
    <w:p>
      <w:r/>
      <w:r>
        <w:t>The idea that fiction stitches together sexual cues into novel, hyperstimulating combinations comes from researchers such as Ogi Ogas and Sai Gaddam, who explore what makes certain fantasies feel irresistible. Tropes like enemies-to-lovers or the reformed bad boy trigger predictable emotional beats that create sustained, repeatable highs. That means the same mechanics that underlie romance novels and slash fiction can reframe what fans want from real partners, often unfairly. Practical tip: if a show consistently leaves you unsatisfied, try reflecting on which trope you’re chasing , it helps separate fantasy craving from relationship needs.</w:t>
      </w:r>
      <w:r/>
    </w:p>
    <w:p>
      <w:pPr>
        <w:pStyle w:val="Heading2"/>
      </w:pPr>
      <w:r>
        <w:t>Why gay romance attracts a particular female audience</w:t>
      </w:r>
      <w:r/>
    </w:p>
    <w:p>
      <w:r/>
      <w:r>
        <w:t>Many viewers say they’re drawn to gay romance because it foregrounds emotional vulnerability in men , a feature some mainstream media rarely offers. Writers and actors have observed that scenes of yearning, growth and tenderness are part of the appeal, not just the sexual content. This doesn’t boil down to simple fetishisation; a surprising mix of motivations , curiosity, yearning for different masculine models, and the pleasure of safe distance , all play a role. If you’re watching and thinking about real life, ask whether you’re observing from the outside or imagining a reciprocal, attainable partnership.</w:t>
      </w:r>
      <w:r/>
    </w:p>
    <w:p>
      <w:pPr>
        <w:pStyle w:val="Heading2"/>
      </w:pPr>
      <w:r>
        <w:t>The safety of unreciprocated desire</w:t>
      </w:r>
      <w:r/>
    </w:p>
    <w:p>
      <w:r/>
      <w:r>
        <w:t>There’s a useful frame for understanding why some fans repeatedly choose unavailable targets: it can be a protective attachment strategy. Desiring someone who cannot and will not reciprocate is emotionally safer than risking mutual vulnerability , it keeps you an observer, not a co‑author of messy intimacy. Critics point to aegosexuality and other variants on the asexual spectrum as related phenomena: some people prefer fantasies that don’t involve active participation. Advice: if patterns of choosing unavailable partners repeat across relationships, a therapist or reflective journaling can help differentiate fear from preference.</w:t>
      </w:r>
      <w:r/>
    </w:p>
    <w:p>
      <w:pPr>
        <w:pStyle w:val="Heading2"/>
      </w:pPr>
      <w:r>
        <w:t>When fantasy becomes a relationship turning point</w:t>
      </w:r>
      <w:r/>
    </w:p>
    <w:p>
      <w:r/>
      <w:r>
        <w:t>Not every fandom-induced realisation leads to unhappiness; for some, a show is a push towards better boundaries, clearer expectations, or rekindling romance. But there’s a flip side: when people expect real life to deliver trope-perfect thrills, disappointment and conflict follow. Cultural commentary suggests we shouldn’t mock everyone who’s influenced by fiction , many gain confidence or new standards for treatment from these narratives. A simple rule of thumb: enjoy the fiction, but talk openly with partners about what you actually need, and whether those needs are negotiable.</w:t>
      </w:r>
      <w:r/>
    </w:p>
    <w:p>
      <w:r/>
      <w:r>
        <w:t>It's a small change in perspective that can help keep nights of bingeing separate from the quiet work of building a real relationship.</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https://exiledfan.substack.com/p/twilight-widowers-heated-rivalry</w:t>
        </w:r>
      </w:hyperlink>
      <w:r>
        <w:t xml:space="preserve"> - Please view link - unable to able to access data</w:t>
      </w:r>
      <w:r/>
    </w:p>
    <w:p>
      <w:pPr>
        <w:pStyle w:val="ListNumber"/>
        <w:spacing w:line="240" w:lineRule="auto"/>
        <w:ind w:left="720"/>
      </w:pPr>
      <w:r/>
      <w:hyperlink r:id="rId10">
        <w:r>
          <w:rPr>
            <w:color w:val="0000EE"/>
            <w:u w:val="single"/>
          </w:rPr>
          <w:t>https://www.penguinrandomhouse.com/books/306901/a-billion-wicked-thoughts-by-ogi-ogas/</w:t>
        </w:r>
      </w:hyperlink>
      <w:r>
        <w:t xml:space="preserve"> - 'A Billion Wicked Thoughts' by Ogi Ogas and Sai Gaddam delves into human sexuality by analysing vast online data, revealing insights into male and female desires. The book explores how internet search logs provide an unprecedented look into sexual preferences, offering a comprehensive understanding of human desire. It discusses the differences between male and female sexuality, highlighting the diversity of human desire and the factors that influence attraction. The authors aim to deepen the reader's understanding of sexual relationships in the modern age. (</w:t>
      </w:r>
      <w:hyperlink r:id="rId15">
        <w:r>
          <w:rPr>
            <w:color w:val="0000EE"/>
            <w:u w:val="single"/>
          </w:rPr>
          <w:t>penguinrandomhouse.com</w:t>
        </w:r>
      </w:hyperlink>
      <w:r>
        <w:t>)</w:t>
      </w:r>
      <w:r/>
    </w:p>
    <w:p>
      <w:pPr>
        <w:pStyle w:val="ListNumber"/>
        <w:spacing w:line="240" w:lineRule="auto"/>
        <w:ind w:left="720"/>
      </w:pPr>
      <w:r/>
      <w:hyperlink r:id="rId11">
        <w:r>
          <w:rPr>
            <w:color w:val="0000EE"/>
            <w:u w:val="single"/>
          </w:rPr>
          <w:t>https://www.kirkusreviews.com/book-reviews/ogi-ogas/billion-wicked-thoughts/</w:t>
        </w:r>
      </w:hyperlink>
      <w:r>
        <w:t xml:space="preserve"> - Kirkus Reviews provides an in-depth look at 'A Billion Wicked Thoughts' by Ogi Ogas and Sai Gaddam, highlighting the book's examination of human sexuality through the analysis of online data. The review discusses how the authors utilise internet search logs to gain insights into sexual preferences, offering a fresh perspective on human desire. It also notes the book's approach to presenting its findings in an engaging and accessible manner, making complex scientific research understandable to a broad audience. (</w:t>
      </w:r>
      <w:hyperlink r:id="rId16">
        <w:r>
          <w:rPr>
            <w:color w:val="0000EE"/>
            <w:u w:val="single"/>
          </w:rPr>
          <w:t>kirkusreviews.com</w:t>
        </w:r>
      </w:hyperlink>
      <w:r>
        <w:t>)</w:t>
      </w:r>
      <w:r/>
    </w:p>
    <w:p>
      <w:pPr>
        <w:pStyle w:val="ListNumber"/>
        <w:spacing w:line="240" w:lineRule="auto"/>
        <w:ind w:left="720"/>
      </w:pPr>
      <w:r/>
      <w:hyperlink r:id="rId17">
        <w:r>
          <w:rPr>
            <w:color w:val="0000EE"/>
            <w:u w:val="single"/>
          </w:rPr>
          <w:t>https://www.shakespeareandcompany.com/books/a-billion-wicked-thoughts</w:t>
        </w:r>
      </w:hyperlink>
      <w:r>
        <w:t xml:space="preserve"> - This page from Shakespeare and Company offers information on 'A Billion Wicked Thoughts' by Ogi Ogas and Sai Gaddam, including details about the book's content and its exploration of human sexuality. The book analyses online data to uncover insights into male and female desires, discussing the differences between the sexes and the diversity of human desire. It aims to provide a deeper understanding of sexual relationships in the context of modern technology and internet usage. (</w:t>
      </w:r>
      <w:hyperlink r:id="rId18">
        <w:r>
          <w:rPr>
            <w:color w:val="0000EE"/>
            <w:u w:val="single"/>
          </w:rPr>
          <w:t>shakespeareandcompany.com</w:t>
        </w:r>
      </w:hyperlink>
      <w:r>
        <w:t>)</w:t>
      </w:r>
      <w:r/>
    </w:p>
    <w:p>
      <w:pPr>
        <w:pStyle w:val="ListNumber"/>
        <w:spacing w:line="240" w:lineRule="auto"/>
        <w:ind w:left="720"/>
      </w:pPr>
      <w:r/>
      <w:hyperlink r:id="rId12">
        <w:r>
          <w:rPr>
            <w:color w:val="0000EE"/>
            <w:u w:val="single"/>
          </w:rPr>
          <w:t>https://www.complete-review.com/reviews/sex/ogaso.htm</w:t>
        </w:r>
      </w:hyperlink>
      <w:r>
        <w:t xml:space="preserve"> - The Complete Review provides an assessment of 'A Billion Wicked Thoughts' by Ogi Ogas and Sai Gaddam, noting the book's examination of human sexual desire through the analysis of online data. The review highlights the authors' approach to presenting their findings, discussing the variety of forms in which human sexual desire manifests. It also mentions the book's aim to transform the way scientists and therapists think about sexual desire by providing new insights based on extensive research. (</w:t>
      </w:r>
      <w:hyperlink r:id="rId19">
        <w:r>
          <w:rPr>
            <w:color w:val="0000EE"/>
            <w:u w:val="single"/>
          </w:rPr>
          <w:t>complete-review.com</w:t>
        </w:r>
      </w:hyperlink>
      <w:r>
        <w:t>)</w:t>
      </w:r>
      <w:r/>
    </w:p>
    <w:p>
      <w:pPr>
        <w:pStyle w:val="ListNumber"/>
        <w:spacing w:line="240" w:lineRule="auto"/>
        <w:ind w:left="720"/>
      </w:pPr>
      <w:r/>
      <w:hyperlink r:id="rId13">
        <w:r>
          <w:rPr>
            <w:color w:val="0000EE"/>
            <w:u w:val="single"/>
          </w:rPr>
          <w:t>https://www.goodreads.com/work/quotes/14437607-a-billion-wicked-thoughts</w:t>
        </w:r>
      </w:hyperlink>
      <w:r>
        <w:t xml:space="preserve"> - Goodreads features a collection of quotes from 'A Billion Wicked Thoughts' by Ogi Ogas and Sai Gaddam, offering insights into the book's exploration of human sexuality. The quotes highlight the authors' findings on the differences between male and female fantasies, the portrayal of women in romance novels, and the factors that shape male desire. These excerpts provide a glimpse into the book's content and its approach to understanding human sexual desire. (</w:t>
      </w:r>
      <w:hyperlink r:id="rId20">
        <w:r>
          <w:rPr>
            <w:color w:val="0000EE"/>
            <w:u w:val="single"/>
          </w:rPr>
          <w:t>goodreads.com</w:t>
        </w:r>
      </w:hyperlink>
      <w:r>
        <w:t>)</w:t>
      </w:r>
      <w:r/>
    </w:p>
    <w:p>
      <w:pPr>
        <w:pStyle w:val="ListNumber"/>
        <w:spacing w:line="240" w:lineRule="auto"/>
        <w:ind w:left="720"/>
      </w:pPr>
      <w:r/>
      <w:hyperlink r:id="rId14">
        <w:r>
          <w:rPr>
            <w:color w:val="0000EE"/>
            <w:u w:val="single"/>
          </w:rPr>
          <w:t>https://www.ogiogas.com/publications</w:t>
        </w:r>
      </w:hyperlink>
      <w:r>
        <w:t xml:space="preserve"> - Ogi Ogas' official website lists his publications, including 'A Billion Wicked Thoughts' co-authored with Sai Gaddam. The book is described as offering a comprehensive look at human sexuality by analysing online data, aiming to deepen the reader's understanding of sexual relationships in the modern age. The website provides information about the authors and their other works, offering insights into their research and contributions to the field. (</w:t>
      </w:r>
      <w:hyperlink r:id="rId21">
        <w:r>
          <w:rPr>
            <w:color w:val="0000EE"/>
            <w:u w:val="single"/>
          </w:rPr>
          <w:t>ogiogas.com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xiledfan.substack.com/p/twilight-widowers-heated-rivalry" TargetMode="External"/><Relationship Id="rId10" Type="http://schemas.openxmlformats.org/officeDocument/2006/relationships/hyperlink" Target="https://www.penguinrandomhouse.com/books/306901/a-billion-wicked-thoughts-by-ogi-ogas/" TargetMode="External"/><Relationship Id="rId11" Type="http://schemas.openxmlformats.org/officeDocument/2006/relationships/hyperlink" Target="https://www.kirkusreviews.com/book-reviews/ogi-ogas/billion-wicked-thoughts/" TargetMode="External"/><Relationship Id="rId12" Type="http://schemas.openxmlformats.org/officeDocument/2006/relationships/hyperlink" Target="https://www.complete-review.com/reviews/sex/ogaso.htm" TargetMode="External"/><Relationship Id="rId13" Type="http://schemas.openxmlformats.org/officeDocument/2006/relationships/hyperlink" Target="https://www.goodreads.com/work/quotes/14437607-a-billion-wicked-thoughts" TargetMode="External"/><Relationship Id="rId14" Type="http://schemas.openxmlformats.org/officeDocument/2006/relationships/hyperlink" Target="https://www.ogiogas.com/publications" TargetMode="External"/><Relationship Id="rId15" Type="http://schemas.openxmlformats.org/officeDocument/2006/relationships/hyperlink" Target="https://www.penguinrandomhouse.com/books/306901/a-billion-wicked-thoughts-by-ogi-ogas/?utm_source=openai" TargetMode="External"/><Relationship Id="rId16" Type="http://schemas.openxmlformats.org/officeDocument/2006/relationships/hyperlink" Target="https://www.kirkusreviews.com/book-reviews/ogi-ogas/billion-wicked-thoughts/?utm_source=openai" TargetMode="External"/><Relationship Id="rId17" Type="http://schemas.openxmlformats.org/officeDocument/2006/relationships/hyperlink" Target="https://www.shakespeareandcompany.com/books/a-billion-wicked-thoughts" TargetMode="External"/><Relationship Id="rId18" Type="http://schemas.openxmlformats.org/officeDocument/2006/relationships/hyperlink" Target="https://www.shakespeareandcompany.com/books/a-billion-wicked-thoughts?utm_source=openai" TargetMode="External"/><Relationship Id="rId19" Type="http://schemas.openxmlformats.org/officeDocument/2006/relationships/hyperlink" Target="https://www.complete-review.com/reviews/sex/ogaso.htm?utm_source=openai" TargetMode="External"/><Relationship Id="rId20" Type="http://schemas.openxmlformats.org/officeDocument/2006/relationships/hyperlink" Target="https://www.goodreads.com/work/quotes/14437607-a-billion-wicked-thoughts?utm_source=openai" TargetMode="External"/><Relationship Id="rId21" Type="http://schemas.openxmlformats.org/officeDocument/2006/relationships/hyperlink" Target="https://www.ogiogas.com/publicatio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