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Arts and Nightlife Picks in San Francisco This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culture-seekers are flocking back to San Francisco’s stages, parks and galleries this summer, with lively theatre, outdoor circus shows, late-night club nights and new museum exhibits to choose from , here’s a curated round-up of what’s trending, where to go and why it matters for your next weekend.</w:t>
      </w:r>
      <w:r/>
    </w:p>
    <w:p>
      <w:r/>
      <w:r>
        <w:t>Essential Takeaways</w:t>
      </w:r>
      <w:r/>
      <w:r/>
    </w:p>
    <w:p>
      <w:pPr>
        <w:pStyle w:val="ListBullet"/>
        <w:spacing w:line="240" w:lineRule="auto"/>
        <w:ind w:left="720"/>
      </w:pPr>
      <w:r/>
      <w:r>
        <w:rPr>
          <w:b/>
        </w:rPr>
        <w:t>Family-friendly thrill:</w:t>
      </w:r>
      <w:r>
        <w:t xml:space="preserve"> Circus Bella’s outdoor run brings charming acrobatics and a sunny, picnic-ready vibe to Bay Area parks.</w:t>
      </w:r>
      <w:r/>
    </w:p>
    <w:p>
      <w:pPr>
        <w:pStyle w:val="ListBullet"/>
        <w:spacing w:line="240" w:lineRule="auto"/>
        <w:ind w:left="720"/>
      </w:pPr>
      <w:r/>
      <w:r>
        <w:rPr>
          <w:b/>
        </w:rPr>
        <w:t>Must-see theatre:</w:t>
      </w:r>
      <w:r>
        <w:t xml:space="preserve"> From the touring Disney musical to intimate queer-focused premieres, there’s a variety of productions for every mood.</w:t>
      </w:r>
      <w:r/>
    </w:p>
    <w:p>
      <w:pPr>
        <w:pStyle w:val="ListBullet"/>
        <w:spacing w:line="240" w:lineRule="auto"/>
        <w:ind w:left="720"/>
      </w:pPr>
      <w:r/>
      <w:r>
        <w:rPr>
          <w:b/>
        </w:rPr>
        <w:t>Big concerts and festivals:</w:t>
      </w:r>
      <w:r>
        <w:t xml:space="preserve"> Packed-lineup events like Mosswood Meltdown and Castro screenings offer nostalgia and big-name acts.</w:t>
      </w:r>
      <w:r/>
    </w:p>
    <w:p>
      <w:pPr>
        <w:pStyle w:val="ListBullet"/>
        <w:spacing w:line="240" w:lineRule="auto"/>
        <w:ind w:left="720"/>
      </w:pPr>
      <w:r/>
      <w:r>
        <w:rPr>
          <w:b/>
        </w:rPr>
        <w:t>Art, history and community:</w:t>
      </w:r>
      <w:r>
        <w:t xml:space="preserve"> New exhibits at Yerba Buena, de Young and local LGBTQ museums balance blockbuster canvases with niche queer histories.</w:t>
      </w:r>
      <w:r/>
    </w:p>
    <w:p>
      <w:pPr>
        <w:pStyle w:val="ListBullet"/>
        <w:spacing w:line="240" w:lineRule="auto"/>
        <w:ind w:left="720"/>
      </w:pPr>
      <w:r/>
      <w:r>
        <w:rPr>
          <w:b/>
        </w:rPr>
        <w:t>Nightlife variety:</w:t>
      </w:r>
      <w:r>
        <w:t xml:space="preserve"> Castro and SoMa venues serve everything from drag brunches to fetish nights; plan ahead , many events sell out.</w:t>
      </w:r>
      <w:r/>
      <w:r/>
    </w:p>
    <w:p>
      <w:pPr>
        <w:pStyle w:val="Heading2"/>
      </w:pPr>
      <w:r>
        <w:t>Circus, spectacle and street-friendly thrills , why Circus Bella is summer-perfect</w:t>
      </w:r>
      <w:r/>
    </w:p>
    <w:p>
      <w:r/>
      <w:r>
        <w:t>Catch the sun, the smell of popcorn and light-hearted acrobatics: Circus Bella’s family-friendly production is touring parks through late July. The company leans into playful physical comedy, so it’s ideal for parents who want their kids entertained without the over-stimulation of carnival midway trimmings. Outdoor staging means easy social distancing and room for a blanket, snacks and a relaxed afternoon. Visit the company website for dates and family pricing before you go, and pack a light sweater , Bay Area evenings can cool fast. If you’re chasing something short, charming and affordable, this is your ticket to a breezy, theatrical afternoon.</w:t>
      </w:r>
      <w:r/>
    </w:p>
    <w:p>
      <w:pPr>
        <w:pStyle w:val="Heading2"/>
      </w:pPr>
      <w:r>
        <w:t>Big-stage musicals and intimate queer premieres , pick your theatrical mood</w:t>
      </w:r>
      <w:r/>
    </w:p>
    <w:p>
      <w:r/>
      <w:r>
        <w:t>San Francisco’s theatres have matched variety with quality this summer, from the first touring revival of the Disney musical at the Orpheum to hard-hitting regional premieres at smaller venues. If you want spectacle and Broadway polish, the live Beauty and the Beast tour offers lavish sets and singalong moments , expect higher ticket tiers but solid production values. Meanwhile, Theatre Rhinoceros and other local companies are mounting queer-centred premieres that feel immediate and vital, blending myth, history and desire in intimate theatres. Practical tip: choose seating and ticket tiers with sightlines in mind for the big musicals, and for fringe or premiere shows book early , runs tend to be short and word-of-mouth fills the houses fast.</w:t>
      </w:r>
      <w:r/>
    </w:p>
    <w:p>
      <w:pPr>
        <w:pStyle w:val="Heading2"/>
      </w:pPr>
      <w:r>
        <w:t>History, protest and performance , Compton’s Cafeteria recreated</w:t>
      </w:r>
      <w:r/>
    </w:p>
    <w:p>
      <w:r/>
      <w:r>
        <w:t>A theatrical recreation of the 1966 Compton’s Cafeteria uprising is running in a diner-like set, complete with breakfast service , a visceral way to connect with queer history. This production sits at the crossroads of museum-style storytelling and live drama; it’s as much an educational encounter as an evening out. For locals, it’s a reminder of the city’s activist roots; for visitors, it’s a chance to see a formative moment enacted with care. If you go, allow extra time afterwards to visit nearby GLBT and history exhibits to broaden the context and deepen the experience.</w:t>
      </w:r>
      <w:r/>
    </w:p>
    <w:p>
      <w:pPr>
        <w:pStyle w:val="Heading2"/>
      </w:pPr>
      <w:r>
        <w:t>Festivals, concerts and late-night culture , where to experience big shared moments</w:t>
      </w:r>
      <w:r/>
    </w:p>
    <w:p>
      <w:r/>
      <w:r>
        <w:t>From the punk-heavy Mosswood Meltdown to themed film nights at the Castro, summertime calendars are stacked. Outdoor festivals serve up a day-long communal energy that’s hard to replicate indoors, while the Castro Theatre’s curated screenings bring both film history and live-hosted flair. If you favour live music, check festival line-ups and VIP options early , headline acts push sales and transport logistics can be busier than usual. A good rule: plan arrival and departure around public transport schedules and bring ear protection for close-stage pit areas.</w:t>
      </w:r>
      <w:r/>
    </w:p>
    <w:p>
      <w:pPr>
        <w:pStyle w:val="Heading2"/>
      </w:pPr>
      <w:r>
        <w:t>Galleries, museums and queer-curated shows , art that speaks to now</w:t>
      </w:r>
      <w:r/>
    </w:p>
    <w:p>
      <w:r/>
      <w:r>
        <w:t>Museum seasons are busy: major shows at Yerba Buena, de Young and SFMOMA sit alongside community-led queer exhibits and small galleries showcasing local artists. Big-name exhibitions give you major visual moments and late openings, while smaller institutions and queer museums offer focused narratives , everything from oral histories to photography projects about identity. Tip for gallery-goers: combine a blockbuster museum visit with a small show in the same neighbourhood for a layered afternoon that feels both grand and intimate.</w:t>
      </w:r>
      <w:r/>
    </w:p>
    <w:p>
      <w:pPr>
        <w:pStyle w:val="Heading2"/>
      </w:pPr>
      <w:r>
        <w:t>Nightlife options for every energy level , plan, pace and enjoy</w:t>
      </w:r>
      <w:r/>
    </w:p>
    <w:p>
      <w:r/>
      <w:r>
        <w:t>Whether you want drag brunches, underwear dance parties, punk nights or mellow cocktail bars, neighbourhoods like the Castro, SoMa and the Mission are delivering packed calendars. Some venues host themed weekly nights that are community staples, while others are staging one-off anniversary blowouts and grand re-openings. Many ticketed events sell out quickly, so check venues’ social feeds and book ahead. If you’re sampling several spots in one night, map walkable routes and save ride-share options in case public transport windows are tight.</w:t>
      </w:r>
      <w:r/>
    </w:p>
    <w:p>
      <w:r/>
      <w:r>
        <w:t>It's a season of choices , mix a matinee with a museum, keep one night for dancing, and don’t skip the smaller shows; they often linger in memory longer.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https://www.ebar.com/story/168368/</w:t>
        </w:r>
      </w:hyperlink>
      <w:r>
        <w:t xml:space="preserve"> - Please view link - unable to able to access data</w:t>
      </w:r>
      <w:r/>
    </w:p>
    <w:p>
      <w:pPr>
        <w:pStyle w:val="ListNumber"/>
        <w:spacing w:line="240" w:lineRule="auto"/>
        <w:ind w:left="720"/>
      </w:pPr>
      <w:r/>
      <w:hyperlink r:id="rId10">
        <w:r>
          <w:rPr>
            <w:color w:val="0000EE"/>
            <w:u w:val="single"/>
          </w:rPr>
          <w:t>https://www.circusbella.org/</w:t>
        </w:r>
      </w:hyperlink>
      <w:r>
        <w:t xml:space="preserve"> - Circus Bella presents 'AH HA!', a free outdoor circus show running from June 3 to July 26, 2026, at various Bay Area parks. The performance features acrobats, aerialists, jugglers, and clowns, accompanied by live music from the Circus Bella All-Star Band. The show is a high-spirited, 60-minute romp blending daring feats with playful mischief, aiming to celebrate community and connection through the art of circus. For a full schedule of performances and locations, visit their official website.</w:t>
      </w:r>
      <w:r/>
    </w:p>
    <w:p>
      <w:pPr>
        <w:pStyle w:val="ListNumber"/>
        <w:spacing w:line="240" w:lineRule="auto"/>
        <w:ind w:left="720"/>
      </w:pPr>
      <w:r/>
      <w:hyperlink r:id="rId13">
        <w:r>
          <w:rPr>
            <w:color w:val="0000EE"/>
            <w:u w:val="single"/>
          </w:rPr>
          <w:t>https://www.tenderloinmuseum.org/the-comptons-cafeteria-riot-play</w:t>
        </w:r>
      </w:hyperlink>
      <w:r>
        <w:t xml:space="preserve"> - The Tenderloin Museum presents 'The Compton’s Cafeteria Riot,' an immersive theatrical experience inspired by the 1966 uprising in San Francisco's Tenderloin district. Written by Colette LeGrande, Mark Nassar, and Donna Personna, and directed by Ezra Reaves, the play is performed at 835 Larkin Street every Friday and Saturday at 7:00 PM. The production offers a dramatic recreation of the historic event, set in a recreated diner, with breakfast served to attendees. Tickets are priced at $75, and the show has been extended through August 2026.</w:t>
      </w:r>
      <w:r/>
    </w:p>
    <w:p>
      <w:pPr>
        <w:pStyle w:val="ListNumber"/>
        <w:spacing w:line="240" w:lineRule="auto"/>
        <w:ind w:left="720"/>
      </w:pPr>
      <w:r/>
      <w:hyperlink r:id="rId14">
        <w:r>
          <w:rPr>
            <w:color w:val="0000EE"/>
            <w:u w:val="single"/>
          </w:rPr>
          <w:t>https://www.clubfugazisf.com/</w:t>
        </w:r>
      </w:hyperlink>
      <w:r>
        <w:t xml:space="preserve"> - Club Fugazi hosts 'Dear San Francisco,' a high-flying acrobatics show by The 7 Fingers, paying homage to the city. The performance is scheduled at 678 Green Street, with tickets ranging from $87 to $200. The show is part of the venue's ongoing efforts to bring innovative and captivating performances to San Francisco audiences, blending circus arts with storytelling to celebrate the unique spirit of the city.</w:t>
      </w:r>
      <w:r/>
    </w:p>
    <w:p>
      <w:pPr>
        <w:pStyle w:val="ListNumber"/>
        <w:spacing w:line="240" w:lineRule="auto"/>
        <w:ind w:left="720"/>
      </w:pPr>
      <w:r/>
      <w:hyperlink r:id="rId11">
        <w:r>
          <w:rPr>
            <w:color w:val="0000EE"/>
            <w:u w:val="single"/>
          </w:rPr>
          <w:t>https://us.atgtickets.com/events/disneys-beauty-and-the-beast/orpheum-theatre/</w:t>
        </w:r>
      </w:hyperlink>
      <w:r>
        <w:t xml:space="preserve"> - Disney's 'Beauty and the Beast' is being performed at the Orpheum Theatre, marking the first touring production in 25 years. The live musical adaptation of the popular animated film is scheduled through August 9, 2026, at 1192 Market Street. Tickets are priced between $41 and $240. The production brings the enchanting tale to life with elaborate sets, costumes, and a talented cast, offering a magical experience for audiences of all ages.</w:t>
      </w:r>
      <w:r/>
    </w:p>
    <w:p>
      <w:pPr>
        <w:pStyle w:val="ListNumber"/>
        <w:spacing w:line="240" w:lineRule="auto"/>
        <w:ind w:left="720"/>
      </w:pPr>
      <w:r/>
      <w:hyperlink r:id="rId12">
        <w:r>
          <w:rPr>
            <w:color w:val="0000EE"/>
            <w:u w:val="single"/>
          </w:rPr>
          <w:t>https://www.therhino.org/</w:t>
        </w:r>
      </w:hyperlink>
      <w:r>
        <w:t xml:space="preserve"> - Theatre Rhinoceros presents the West Coast premiere of 'Goat Blood,' a play by Mark-Eugene Garcia that explores the mix of queer desire, ancient cultural myths, and truths. The performance is scheduled through July 19, 2026, at 4229 18th Street. Tickets are priced between $25 and $40. The play delves into themes of identity, culture, and the complexities of human relationships, offering a thought-provoking experience for theatergoers.</w:t>
      </w:r>
      <w:r/>
    </w:p>
    <w:p>
      <w:pPr>
        <w:pStyle w:val="ListNumber"/>
        <w:spacing w:line="240" w:lineRule="auto"/>
        <w:ind w:left="720"/>
      </w:pPr>
      <w:r/>
      <w:hyperlink r:id="rId15">
        <w:r>
          <w:rPr>
            <w:color w:val="0000EE"/>
            <w:u w:val="single"/>
          </w:rPr>
          <w:t>https://sfplayhouse.org/</w:t>
        </w:r>
      </w:hyperlink>
      <w:r>
        <w:t xml:space="preserve"> - San Francisco Playhouse is staging the hit musical 'Hairspray,' based on the John Waters film about a Baltimore girl's dream of dancing on a TV music show. The production is scheduled through September 12, 2026, at 450 Post Street. Tickets range from $52 to $145. The musical, which won 8 Tony Awards, features energetic choreography, memorable songs, and a vibrant cast, bringing the story of self-acceptance and social change to the stage.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368/" TargetMode="External"/><Relationship Id="rId10" Type="http://schemas.openxmlformats.org/officeDocument/2006/relationships/hyperlink" Target="https://www.circusbella.org/" TargetMode="External"/><Relationship Id="rId11" Type="http://schemas.openxmlformats.org/officeDocument/2006/relationships/hyperlink" Target="https://us.atgtickets.com/events/disneys-beauty-and-the-beast/orpheum-theatre/" TargetMode="External"/><Relationship Id="rId12" Type="http://schemas.openxmlformats.org/officeDocument/2006/relationships/hyperlink" Target="https://www.therhino.org/" TargetMode="External"/><Relationship Id="rId13" Type="http://schemas.openxmlformats.org/officeDocument/2006/relationships/hyperlink" Target="https://www.tenderloinmuseum.org/the-comptons-cafeteria-riot-play" TargetMode="External"/><Relationship Id="rId14" Type="http://schemas.openxmlformats.org/officeDocument/2006/relationships/hyperlink" Target="https://www.clubfugazisf.com/" TargetMode="External"/><Relationship Id="rId15" Type="http://schemas.openxmlformats.org/officeDocument/2006/relationships/hyperlink" Target="https://sfplayhous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