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Sniffies x Tom of Finland Tank: Provincetown Bear Week 2026 Highlights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partygoers flocked to Provincetown as Sniffies teamed up with the Tom of Finland Foundation for a one-day Bear Week activation, combining queer history, pop-up culture and a late-night dance party , and a limited-edition muscle tank that’s now available online for those who missed the scene.</w:t>
      </w:r>
      <w:r/>
    </w:p>
    <w:p>
      <w:r/>
      <w:r>
        <w:t>Essential Takeaways</w:t>
      </w:r>
      <w:r/>
      <w:r/>
    </w:p>
    <w:p>
      <w:pPr>
        <w:pStyle w:val="ListBullet"/>
        <w:spacing w:line="240" w:lineRule="auto"/>
        <w:ind w:left="720"/>
      </w:pPr>
      <w:r/>
      <w:r>
        <w:rPr>
          <w:b/>
        </w:rPr>
        <w:t>Limited run:</w:t>
      </w:r>
      <w:r>
        <w:t xml:space="preserve"> 300 exclusive Sniffies x Tom of Finland Bear Week muscle tanks debuted at a Provincetown pop-up and a small online release followed, heavyweight cotton with a relaxed, boxy fit. </w:t>
      </w:r>
      <w:r/>
    </w:p>
    <w:p>
      <w:pPr>
        <w:pStyle w:val="ListBullet"/>
        <w:spacing w:line="240" w:lineRule="auto"/>
        <w:ind w:left="720"/>
      </w:pPr>
      <w:r/>
      <w:r>
        <w:rPr>
          <w:b/>
        </w:rPr>
        <w:t>Day-to-night programming:</w:t>
      </w:r>
      <w:r>
        <w:t xml:space="preserve"> The activation paired a daytime market and community meet-ups with a late-night party at the Crown &amp; Anchor, DJs and packed dancefloor energy. </w:t>
      </w:r>
      <w:r/>
    </w:p>
    <w:p>
      <w:pPr>
        <w:pStyle w:val="ListBullet"/>
        <w:spacing w:line="240" w:lineRule="auto"/>
        <w:ind w:left="720"/>
      </w:pPr>
      <w:r/>
      <w:r>
        <w:rPr>
          <w:b/>
        </w:rPr>
        <w:t>Queer history meets tech:</w:t>
      </w:r>
      <w:r>
        <w:t xml:space="preserve"> The collaboration celebrated Tom of Finland’s legacy while spotlighting modern, map-based queer meeting platforms. </w:t>
      </w:r>
      <w:r/>
    </w:p>
    <w:p>
      <w:pPr>
        <w:pStyle w:val="ListBullet"/>
        <w:spacing w:line="240" w:lineRule="auto"/>
        <w:ind w:left="720"/>
      </w:pPr>
      <w:r/>
      <w:r>
        <w:rPr>
          <w:b/>
        </w:rPr>
        <w:t>Community presence:</w:t>
      </w:r>
      <w:r>
        <w:t xml:space="preserve"> Artist and activist voices were on stage, offering analog cruising kits and conversations about past and present queer gathering practices. </w:t>
      </w:r>
      <w:r/>
    </w:p>
    <w:p>
      <w:pPr>
        <w:pStyle w:val="ListBullet"/>
        <w:spacing w:line="240" w:lineRule="auto"/>
        <w:ind w:left="720"/>
      </w:pPr>
      <w:r/>
      <w:r>
        <w:rPr>
          <w:b/>
        </w:rPr>
        <w:t>Where to get it:</w:t>
      </w:r>
      <w:r>
        <w:t xml:space="preserve"> The tank is available through Sniffies’ HUSH shop while supplies last; grab it if you want a wearable souvenir with cultural provenance.</w:t>
      </w:r>
      <w:r/>
      <w:r/>
    </w:p>
    <w:p>
      <w:pPr>
        <w:pStyle w:val="Heading2"/>
      </w:pPr>
      <w:r>
        <w:t>A pop-up that felt like a history lesson with muscle tanks to match</w:t>
      </w:r>
      <w:r/>
    </w:p>
    <w:p>
      <w:r/>
      <w:r>
        <w:t>The daytime market landed smack on Commercial Street, bright, busy and tactile , cotton and ink next to conversations and artwork. According to local event listings, this kind of pop-up is exactly what draws Bear Week crowds to town. The 300 tanks felt intentionally small-batch, which made the whole thing buzzier; people love a tangible, limited item that ties them to a place and moment. If you weren’t there, ordering from the HUSH shop is the next best move, but expect sizes to run out.</w:t>
      </w:r>
      <w:r/>
    </w:p>
    <w:p>
      <w:pPr>
        <w:pStyle w:val="Heading2"/>
      </w:pPr>
      <w:r>
        <w:t>Why Tom of Finland still matters in 2026</w:t>
      </w:r>
      <w:r/>
    </w:p>
    <w:p>
      <w:r/>
      <w:r>
        <w:t>Tom of Finland’s drawings have long been a symbol of queer liberation and reimagined masculinity, and the Foundation keeps that archive alive through exhibitions and residencies. The partnership with Sniffies is one way that legacy gets translated to new audiences , it’s not museum glass, it’s a T-shirt and a party that carry the imagery forward. For anyone curious about queer visual history, this is a reminder that cultural preservation can be wearable and social, not just academic.</w:t>
      </w:r>
      <w:r/>
    </w:p>
    <w:p>
      <w:pPr>
        <w:pStyle w:val="Heading2"/>
      </w:pPr>
      <w:r>
        <w:t>Dancing into the night at the Crown &amp; Anchor</w:t>
      </w:r>
      <w:r/>
    </w:p>
    <w:p>
      <w:r/>
      <w:r>
        <w:t>When the pop-up wound down, the party moved to the Crown &amp; Anchor for a DJ-led takeover that lasted into the early hours. Promoters and local listings show Bear Week’s evening events are often the week’s biggest draws, and this one packed the dancefloor with people of different generations. DJs from out of town added fresh energy, which is exactly the vibe you want when day’s nostalgia meets night’s communal release. If you’re planning to attend future Bear Weeks, book nights early , marquee parties fill fast.</w:t>
      </w:r>
      <w:r/>
    </w:p>
    <w:p>
      <w:pPr>
        <w:pStyle w:val="Heading2"/>
      </w:pPr>
      <w:r>
        <w:t>Old-school cruising conversations amid modern apps</w:t>
      </w:r>
      <w:r/>
    </w:p>
    <w:p>
      <w:r/>
      <w:r>
        <w:t>A notable strand of the activation was a dialogue about how queer people meet: the event featured an artist selling analogue cruising kits to highlight pre-smartphone practices. That felt deliberate; organisers framed the Sniffies platform as a modern, map-based evolution of the same impulse to find others nearby. It’s a neat echo , technology changes, human social desires persist , and for older attendees the kits offered nostalgia, while younger folks could appreciate continuity. If you want to think critically about apps, look for events that host voices across eras.</w:t>
      </w:r>
      <w:r/>
    </w:p>
    <w:p>
      <w:pPr>
        <w:pStyle w:val="Heading2"/>
      </w:pPr>
      <w:r>
        <w:t>How to buy the tank and what to watch for next</w:t>
      </w:r>
      <w:r/>
    </w:p>
    <w:p>
      <w:r/>
      <w:r>
        <w:t>The limited-edition Sniffies x Tom of Finland Bear Week tank is available through Sniffies’ HUSH storefront while stocks last. Expect a heavyweight feel, a relaxed fit, and a design that pairs a subtle front print with bold back artwork , perfect for layering at a summer event or keeping as a collector’s piece. If you miss this drop, follow both organisations’ channels for future collaborations; these kinds of releases often come as surprise activations during major queer gatherings.</w:t>
      </w:r>
      <w:r/>
    </w:p>
    <w:p>
      <w:r/>
      <w:r>
        <w:t>It's a small, celebratory moment that reminds us queer culture keeps recycling its icons into new formats , and yes, the tank is worth the hunt.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[2]</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https://gayety.com/sniffies-tom-finland-bear-week-2026</w:t>
        </w:r>
      </w:hyperlink>
      <w:r>
        <w:t xml:space="preserve"> - Please view link - unable to able to access data</w:t>
      </w:r>
      <w:r/>
    </w:p>
    <w:p>
      <w:pPr>
        <w:pStyle w:val="ListNumber"/>
        <w:spacing w:line="240" w:lineRule="auto"/>
        <w:ind w:left="720"/>
      </w:pPr>
      <w:r/>
      <w:hyperlink r:id="rId12">
        <w:r>
          <w:rPr>
            <w:color w:val="0000EE"/>
            <w:u w:val="single"/>
          </w:rPr>
          <w:t>https://ra.co/events/2466619</w:t>
        </w:r>
      </w:hyperlink>
      <w:r>
        <w:t xml:space="preserve"> - On July 13, 2026, Sniffies and the Tom of Finland Foundation hosted a Bear Week event at The Crown &amp; Anchor in Provincetown. The event featured exclusive merchandise, archival Tom of Finland artwork, and a DJ lineup including Ryan Smith, Sterling Juan Diaz, Coach Chris, and Tommy Cornelis. Tickets were priced at $30, with a minimum age requirement of 21. The event aimed to celebrate queer history and modern cruising culture, blending Tom of Finland's legacy with contemporary queer spaces.</w:t>
      </w:r>
      <w:r/>
    </w:p>
    <w:p>
      <w:pPr>
        <w:pStyle w:val="ListNumber"/>
        <w:spacing w:line="240" w:lineRule="auto"/>
        <w:ind w:left="720"/>
      </w:pPr>
      <w:r/>
      <w:hyperlink r:id="rId10">
        <w:r>
          <w:rPr>
            <w:color w:val="0000EE"/>
            <w:u w:val="single"/>
          </w:rPr>
          <w:t>https://ptownie.com/events/sniffies-provincetown/</w:t>
        </w:r>
      </w:hyperlink>
      <w:r>
        <w:t xml:space="preserve"> - On July 13, 2026, Sniffies and the Tom of Finland Foundation took over The Crown &amp; Anchor in Provincetown for a Bear Week celebration. The event featured exclusive merchandise, including a limited-edition Sniffies x Tom of Finland Foundation Provincetown Bear Week muscle tank. The collaboration aimed to honor Tom of Finland's legacy while highlighting the evolution of queer spaces in the digital era. The event also included community programming and a late-night dance party.</w:t>
      </w:r>
      <w:r/>
    </w:p>
    <w:p>
      <w:pPr>
        <w:pStyle w:val="ListNumber"/>
        <w:spacing w:line="240" w:lineRule="auto"/>
        <w:ind w:left="720"/>
      </w:pPr>
      <w:r/>
      <w:hyperlink r:id="rId14">
        <w:r>
          <w:rPr>
            <w:color w:val="0000EE"/>
            <w:u w:val="single"/>
          </w:rPr>
          <w:t>https://circuitpartyinfo.com/event/sniffies-in-p-town-bear-week/</w:t>
        </w:r>
      </w:hyperlink>
      <w:r>
        <w:t xml:space="preserve"> - On July 13, 2026, Sniffies and the Tom of Finland Foundation hosted a Bear Week event in Provincetown. The event featured exclusive merchandise, including a limited-edition Sniffies x Tom of Finland Foundation Provincetown Bear Week muscle tank. The collaboration aimed to honor Tom of Finland's legacy while highlighting the evolution of queer spaces in the digital era. The event also included community programming and a late-night dance party at The Crown &amp; Anchor.</w:t>
      </w:r>
      <w:r/>
    </w:p>
    <w:p>
      <w:pPr>
        <w:pStyle w:val="ListNumber"/>
        <w:spacing w:line="240" w:lineRule="auto"/>
        <w:ind w:left="720"/>
      </w:pPr>
      <w:r/>
      <w:hyperlink r:id="rId15">
        <w:r>
          <w:rPr>
            <w:color w:val="0000EE"/>
            <w:u w:val="single"/>
          </w:rPr>
          <w:t>https://gathryapp.com/provincetown/bear-week-2026-provincetown/26-07-11/bearracuda</w:t>
        </w:r>
      </w:hyperlink>
      <w:r>
        <w:t xml:space="preserve"> - Bearracuda is the bear community's biggest dance night in Provincetown, scheduled for July 11, 2026. The event features DJ Mateo Segade and Kelly Shoes, with a packed dance floor at Paramount. It's a free event for PtownBears Bear Tag holders, offering a packed, sweaty, unapologetic good time that keeps people coming back. This is what summer in Provincetown is made for.</w:t>
      </w:r>
      <w:r/>
    </w:p>
    <w:p>
      <w:pPr>
        <w:pStyle w:val="ListNumber"/>
        <w:spacing w:line="240" w:lineRule="auto"/>
        <w:ind w:left="720"/>
      </w:pPr>
      <w:r/>
      <w:hyperlink r:id="rId11">
        <w:r>
          <w:rPr>
            <w:color w:val="0000EE"/>
            <w:u w:val="single"/>
          </w:rPr>
          <w:t>https://ptown.gaycities.com/events/1031088-bear-week-provincetown</w:t>
        </w:r>
      </w:hyperlink>
      <w:r>
        <w:t xml:space="preserve"> - Bear Week Provincetown is one of the largest Bear Week celebrations in the world, taking place from July 11 to 18, 2026. The event includes live entertainment, dance nights, BBQs, pool parties, and more. Provincetown, MA, is known for its vibrant LGBTQ+ community and hosts this annual event that draws thousands of attendees from around the globe.</w:t>
      </w:r>
      <w:r/>
    </w:p>
    <w:p>
      <w:pPr>
        <w:pStyle w:val="ListNumber"/>
        <w:spacing w:line="240" w:lineRule="auto"/>
        <w:ind w:left="720"/>
      </w:pPr>
      <w:r/>
      <w:hyperlink r:id="rId13">
        <w:r>
          <w:rPr>
            <w:color w:val="0000EE"/>
            <w:u w:val="single"/>
          </w:rPr>
          <w:t>https://www.gayout.com/usa-canada/united-states/provincetown/mega-events/bear-week-provincetown</w:t>
        </w:r>
      </w:hyperlink>
      <w:r>
        <w:t xml:space="preserve"> - Bear Week Provincetown is the world's biggest bear gathering, happening every July in Provincetown, MA. For one week, thousands of bears, cubs, and their admirers take over Commercial Street and the beaches. The event includes beach meetups, harbor cruises, bars at night, and the legendary Bear Week Pool Party. Provincetown itself—the dunes, the galleries, the drag shows at the Crown &amp; Anchor—makes Bear Week different from other circuit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ty.com/sniffies-tom-finland-bear-week-2026" TargetMode="External"/><Relationship Id="rId10" Type="http://schemas.openxmlformats.org/officeDocument/2006/relationships/hyperlink" Target="https://ptownie.com/events/sniffies-provincetown/" TargetMode="External"/><Relationship Id="rId11" Type="http://schemas.openxmlformats.org/officeDocument/2006/relationships/hyperlink" Target="https://ptown.gaycities.com/events/1031088-bear-week-provincetown" TargetMode="External"/><Relationship Id="rId12" Type="http://schemas.openxmlformats.org/officeDocument/2006/relationships/hyperlink" Target="https://ra.co/events/2466619" TargetMode="External"/><Relationship Id="rId13" Type="http://schemas.openxmlformats.org/officeDocument/2006/relationships/hyperlink" Target="https://www.gayout.com/usa-canada/united-states/provincetown/mega-events/bear-week-provincetown" TargetMode="External"/><Relationship Id="rId14" Type="http://schemas.openxmlformats.org/officeDocument/2006/relationships/hyperlink" Target="https://circuitpartyinfo.com/event/sniffies-in-p-town-bear-week/" TargetMode="External"/><Relationship Id="rId15" Type="http://schemas.openxmlformats.org/officeDocument/2006/relationships/hyperlink" Target="https://gathryapp.com/provincetown/bear-week-2026-provincetown/26-07-11/bearracu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