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Second Sundays NYC Guide: How to Join Central Park’s Unofficial Picnic Tradition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a blanket, pack some sunscreen and join the smiling crowd, Second Sundays in Sheep Meadow has become a low-key, freegoing highlight of New York’s gay summer scene, running every second Sunday from May through September and offering easygoing community, sun-soaked vibes and new friends.</w:t>
      </w:r>
      <w:r/>
    </w:p>
    <w:p>
      <w:r/>
      <w:r>
        <w:t>Essential Takeaways</w:t>
      </w:r>
      <w:r/>
      <w:r/>
    </w:p>
    <w:p>
      <w:pPr>
        <w:pStyle w:val="ListBullet"/>
        <w:spacing w:line="240" w:lineRule="auto"/>
        <w:ind w:left="720"/>
      </w:pPr>
      <w:r/>
      <w:r>
        <w:rPr>
          <w:b/>
        </w:rPr>
        <w:t>When and where:</w:t>
      </w:r>
      <w:r>
        <w:t xml:space="preserve"> Second Sundays meet at Sheep Meadow in Central Park on the second Sunday each month from May to September, usually between 1pm and 6pm. </w:t>
      </w:r>
      <w:r/>
    </w:p>
    <w:p>
      <w:pPr>
        <w:pStyle w:val="ListBullet"/>
        <w:spacing w:line="240" w:lineRule="auto"/>
        <w:ind w:left="720"/>
      </w:pPr>
      <w:r/>
      <w:r>
        <w:rPr>
          <w:b/>
        </w:rPr>
        <w:t>Cost:</w:t>
      </w:r>
      <w:r>
        <w:t xml:space="preserve"> Totally free, no tickets, RSVPs, or formal organisers required. </w:t>
      </w:r>
      <w:r/>
    </w:p>
    <w:p>
      <w:pPr>
        <w:pStyle w:val="ListBullet"/>
        <w:spacing w:line="240" w:lineRule="auto"/>
        <w:ind w:left="720"/>
      </w:pPr>
      <w:r/>
      <w:r>
        <w:rPr>
          <w:b/>
        </w:rPr>
        <w:t>Who goes:</w:t>
      </w:r>
      <w:r>
        <w:t xml:space="preserve"> Many attendees are gay men, but the event is public and inclusive, bring friends, come solo, or meet new people. </w:t>
      </w:r>
      <w:r/>
    </w:p>
    <w:p>
      <w:pPr>
        <w:pStyle w:val="ListBullet"/>
        <w:spacing w:line="240" w:lineRule="auto"/>
        <w:ind w:left="720"/>
      </w:pPr>
      <w:r/>
      <w:r>
        <w:rPr>
          <w:b/>
        </w:rPr>
        <w:t>What to bring:</w:t>
      </w:r>
      <w:r>
        <w:t xml:space="preserve"> A blanket, sunscreen, snacks, water, and a speaker if you want music; expect a relaxed, communal picnic atmosphere. </w:t>
      </w:r>
      <w:r/>
    </w:p>
    <w:p>
      <w:pPr>
        <w:pStyle w:val="ListBullet"/>
        <w:spacing w:line="240" w:lineRule="auto"/>
        <w:ind w:left="720"/>
      </w:pPr>
      <w:r/>
      <w:r>
        <w:rPr>
          <w:b/>
        </w:rPr>
        <w:t>Vibe:</w:t>
      </w:r>
      <w:r>
        <w:t xml:space="preserve"> Sunny, friendly and uncurated, think simple pleasures, laughter, and the ease of doing nothing together.</w:t>
      </w:r>
      <w:r/>
      <w:r/>
    </w:p>
    <w:p>
      <w:pPr>
        <w:pStyle w:val="Heading2"/>
      </w:pPr>
      <w:r>
        <w:t>Why Second Sundays feels like summer in the city</w:t>
      </w:r>
      <w:r/>
    </w:p>
    <w:p>
      <w:r/>
      <w:r>
        <w:t>There’s a distinct, tactile joy to lying on a blanket in Sheep Meadow: warm grass, sun on your shoulders, the distant hum of the city. That sensory ease is the whole point. According to local chatter and the group’s own posts, Second Sundays began as an organic hangout that slowly turned into an anticipated monthly meet-up, and it now reads like a season-long ritual for many New Yorkers. It’s the kind of thing that feels both familiar and slightly secret, perfect for people who’d rather connect than perform.</w:t>
      </w:r>
      <w:r/>
    </w:p>
    <w:p>
      <w:pPr>
        <w:pStyle w:val="Heading2"/>
      </w:pPr>
      <w:r>
        <w:t>What actually happens at Sheep Meadow on these Sundays</w:t>
      </w:r>
      <w:r/>
    </w:p>
    <w:p>
      <w:r/>
      <w:r>
        <w:t>No grand programme, just people. Some groups arrive with full spreads, charcuterie, salads, cold drinks, while others come with a towel and a bottle of sunscreen. Speakers are common, usually playing upbeat pop or dance classics, and the scene ranges from quiet conversation to lively laughter. It’s basically a communal picnic that happens to skew queer in attendance and tone, and that informal mix is what keeps it welcoming and easy to join.</w:t>
      </w:r>
      <w:r/>
    </w:p>
    <w:p>
      <w:pPr>
        <w:pStyle w:val="Heading2"/>
      </w:pPr>
      <w:r>
        <w:t>Practical tips for first-timers</w:t>
      </w:r>
      <w:r/>
    </w:p>
    <w:p>
      <w:r/>
      <w:r>
        <w:t>Go early if you want a prime patch of grass, but don’t worry if you show up late, people often make room. Bring sun protection and plenty of water; there’s lots of sun but limited shade in Sheep Meadow. If you value a quieter corner, aim for the edges of the meadow; if you want buzz and music, head toward the centre. Leave no trace, pack a bag for your rubbish so this free event stays free for everyone.</w:t>
      </w:r>
      <w:r/>
    </w:p>
    <w:p>
      <w:pPr>
        <w:pStyle w:val="Heading2"/>
      </w:pPr>
      <w:r>
        <w:t>Safety, etiquette and being a good guest</w:t>
      </w:r>
      <w:r/>
    </w:p>
    <w:p>
      <w:r/>
      <w:r>
        <w:t>Because this is an unofficial, public gathering, common-sense rules apply: respect personal space, ask before joining a group or sharing food, and be mindful of fellow parkgoers. Central Park is maintained for public use, so keep noise reasonable and avoid blocking footpaths. If you’re bringing a speaker, consider volume and playlists, most folks appreciate a communal vibe rather than a private party.</w:t>
      </w:r>
      <w:r/>
    </w:p>
    <w:p>
      <w:pPr>
        <w:pStyle w:val="Heading2"/>
      </w:pPr>
      <w:r>
        <w:t>Why it matters beyond being a nice afternoon</w:t>
      </w:r>
      <w:r/>
    </w:p>
    <w:p>
      <w:r/>
      <w:r>
        <w:t>Second Sundays is more than a picnic; it’s a small-scale reclaiming of public space for community, visibility and conviviality. In an era of expensive events and crowded nightlife, there’s something radical about a free afternoon that centres togetherness. For many, it’s where summer memories are made, friends reconnect and spontaneous conversations lead to lasting connections. It’s quietly civic, quietly joyful, and exactly the kind of tradition cities need.</w:t>
      </w:r>
      <w:r/>
    </w:p>
    <w:p>
      <w:r/>
      <w:r>
        <w:t>It's a small, sunlit tradition worth trying; bring a blanket and see who you meet.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5">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https://instinctmagazine.com/second-sundays-nyc/</w:t>
        </w:r>
      </w:hyperlink>
      <w:r>
        <w:t xml:space="preserve"> - Please view link - unable to able to access data</w:t>
      </w:r>
      <w:r/>
    </w:p>
    <w:p>
      <w:pPr>
        <w:pStyle w:val="ListNumber"/>
        <w:spacing w:line="240" w:lineRule="auto"/>
        <w:ind w:left="720"/>
      </w:pPr>
      <w:r/>
      <w:hyperlink r:id="rId10">
        <w:r>
          <w:rPr>
            <w:color w:val="0000EE"/>
            <w:u w:val="single"/>
          </w:rPr>
          <w:t>https://www.centralparknyc.org/locations/sheep-meadow</w:t>
        </w:r>
      </w:hyperlink>
      <w:r>
        <w:t xml:space="preserve"> - Sheep Meadow is a 15-acre lawn located on the west side of Central Park, between 66th and 69th Streets. It serves as a retreat from urban life, offering a space for relaxation, sunbathing, reading, and picnicking. The meadow opens daily at 11:00 am, conditions permitting, and closes during the winter season to allow the lawn to rest. Notably, Sheep Meadow is one of Central Park's designated quiet zones, where music is permitted only with headphones, and dogs are not allowed.</w:t>
      </w:r>
      <w:r/>
    </w:p>
    <w:p>
      <w:pPr>
        <w:pStyle w:val="ListNumber"/>
        <w:spacing w:line="240" w:lineRule="auto"/>
        <w:ind w:left="720"/>
      </w:pPr>
      <w:r/>
      <w:hyperlink r:id="rId12">
        <w:r>
          <w:rPr>
            <w:color w:val="0000EE"/>
            <w:u w:val="single"/>
          </w:rPr>
          <w:t>https://www.centralpark.com/things-to-do/attractions/sheep-meadow/</w:t>
        </w:r>
      </w:hyperlink>
      <w:r>
        <w:t xml:space="preserve"> - Sheep Meadow, a 15-acre open lawn on the west side of Central Park, has been a popular gathering spot since 1864. Originally designed as a parade ground, it was transformed into a pastoral landscape with the introduction of a flock of sheep to graze the land. Over the decades, it has hosted concerts, protests, and gatherings that shaped the city. Today, it remains a serene space for sunbathing, picnicking, and enjoying the contrast between the park's greenery and Manhattan's skyline.</w:t>
      </w:r>
      <w:r/>
    </w:p>
    <w:p>
      <w:pPr>
        <w:pStyle w:val="ListNumber"/>
        <w:spacing w:line="240" w:lineRule="auto"/>
        <w:ind w:left="720"/>
      </w:pPr>
      <w:r/>
      <w:hyperlink r:id="rId11">
        <w:r>
          <w:rPr>
            <w:color w:val="0000EE"/>
            <w:u w:val="single"/>
          </w:rPr>
          <w:t>https://www.centralpark.com/locations/sheep-meadow/</w:t>
        </w:r>
      </w:hyperlink>
      <w:r>
        <w:t xml:space="preserve"> - Sheep Meadow is a 15-acre open lawn on the west side of Central Park, between 66th and 69th Streets. It serves as a retreat from urban life, offering a space for relaxation, sunbathing, reading, and picnicking. The meadow opens daily at 11:00 am, conditions permitting, and closes during the winter season to allow the lawn to rest. Notably, Sheep Meadow is one of Central Park's designated quiet zones, where music is permitted only with headphones, and dogs are not allowed.</w:t>
      </w:r>
      <w:r/>
    </w:p>
    <w:p>
      <w:pPr>
        <w:pStyle w:val="ListNumber"/>
        <w:spacing w:line="240" w:lineRule="auto"/>
        <w:ind w:left="720"/>
      </w:pPr>
      <w:r/>
      <w:hyperlink r:id="rId15">
        <w:r>
          <w:rPr>
            <w:color w:val="0000EE"/>
            <w:u w:val="single"/>
          </w:rPr>
          <w:t>https://www.centralparknyc.org/articles/lgbtq-history</w:t>
        </w:r>
      </w:hyperlink>
      <w:r>
        <w:t xml:space="preserve"> - Central Park has a rich history with the LGBTQ+ community, beginning with the commission of Bethesda Fountain in 1873, dedicated to 'Love.' The park has been a focal point for social change, hosting various events and gatherings that have shaped the city's LGBTQ+ history. The park's public spaces, including Sheep Meadow, have long been venues for the community to come together, celebrate, and advocate for rights and recognition.</w:t>
      </w:r>
      <w:r/>
    </w:p>
    <w:p>
      <w:pPr>
        <w:pStyle w:val="ListNumber"/>
        <w:spacing w:line="240" w:lineRule="auto"/>
        <w:ind w:left="720"/>
      </w:pPr>
      <w:r/>
      <w:hyperlink r:id="rId13">
        <w:r>
          <w:rPr>
            <w:color w:val="0000EE"/>
            <w:u w:val="single"/>
          </w:rPr>
          <w:t>https://maps.apple.com/place?auid=18114932674122790412&amp;lsp=9902</w:t>
        </w:r>
      </w:hyperlink>
      <w:r>
        <w:t xml:space="preserve"> - Sheep Meadow, located on the west side of Central Park between 66th and 69th Streets, is a 15-acre open lawn that has been a popular gathering spot since 1864. Originally designed as a parade ground, it was transformed into a pastoral landscape with the introduction of a flock of sheep to graze the land. Over the decades, it has hosted concerts, protests, and gatherings that shaped the city. Today, it remains a serene space for sunbathing, picnicking, and enjoying the contrast between the park's greenery and Manhattan's skyline.</w:t>
      </w:r>
      <w:r/>
    </w:p>
    <w:p>
      <w:pPr>
        <w:pStyle w:val="ListNumber"/>
        <w:spacing w:line="240" w:lineRule="auto"/>
        <w:ind w:left="720"/>
      </w:pPr>
      <w:r/>
      <w:hyperlink r:id="rId14">
        <w:r>
          <w:rPr>
            <w:color w:val="0000EE"/>
            <w:u w:val="single"/>
          </w:rPr>
          <w:t>https://www.moodap.com/nyc/central-park/wellness/sheep-meadow</w:t>
        </w:r>
      </w:hyperlink>
      <w:r>
        <w:t xml:space="preserve"> - Sheep Meadow is a 15-acre open lawn on the west side of Central Park, between 66th and 69th Streets. It serves as a retreat from urban life, offering a space for relaxation, sunbathing, reading, and picnicking. The meadow opens daily at 11:00 am, conditions permitting, and closes during the winter season to allow the lawn to rest. Notably, Sheep Meadow is one of Central Park's designated quiet zones, where music is permitted only with headphones, and dogs are not allowed.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second-sundays-nyc/" TargetMode="External"/><Relationship Id="rId10" Type="http://schemas.openxmlformats.org/officeDocument/2006/relationships/hyperlink" Target="https://www.centralparknyc.org/locations/sheep-meadow" TargetMode="External"/><Relationship Id="rId11" Type="http://schemas.openxmlformats.org/officeDocument/2006/relationships/hyperlink" Target="https://www.centralpark.com/locations/sheep-meadow/" TargetMode="External"/><Relationship Id="rId12" Type="http://schemas.openxmlformats.org/officeDocument/2006/relationships/hyperlink" Target="https://www.centralpark.com/things-to-do/attractions/sheep-meadow/" TargetMode="External"/><Relationship Id="rId13" Type="http://schemas.openxmlformats.org/officeDocument/2006/relationships/hyperlink" Target="https://maps.apple.com/place?auid=18114932674122790412&amp;lsp=9902" TargetMode="External"/><Relationship Id="rId14" Type="http://schemas.openxmlformats.org/officeDocument/2006/relationships/hyperlink" Target="https://www.moodap.com/nyc/central-park/wellness/sheep-meadow" TargetMode="External"/><Relationship Id="rId15" Type="http://schemas.openxmlformats.org/officeDocument/2006/relationships/hyperlink" Target="https://www.centralparknyc.org/articles/lgbtq-hist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