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Rainbow Place Makeover Ahead of Glasgow Pride 2026: Merchant City Pavement Revived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revellers are spotting brighter colours in Merchant City as Glasgow’s iconic Rainbow Place gets a fresh repaint ahead of this weekend’s Pride march, a cheerful boost for the city’s 30th anniversary celebrations and the local LGBTQ+ scene.</w:t>
      </w:r>
      <w:r/>
    </w:p>
    <w:p>
      <w:r/>
      <w:r>
        <w:t>Essential Takeaways</w:t>
      </w:r>
      <w:r/>
      <w:r/>
    </w:p>
    <w:p>
      <w:pPr>
        <w:pStyle w:val="ListBullet"/>
        <w:spacing w:line="240" w:lineRule="auto"/>
        <w:ind w:left="720"/>
      </w:pPr>
      <w:r/>
      <w:r>
        <w:rPr>
          <w:b/>
        </w:rPr>
        <w:t>Fresh paint:</w:t>
      </w:r>
      <w:r>
        <w:t xml:space="preserve"> The striped rainbow pavement on Wilson Street in Merchant City has been repainted this week, restoring faded colours and a lively look.</w:t>
      </w:r>
      <w:r/>
    </w:p>
    <w:p>
      <w:pPr>
        <w:pStyle w:val="ListBullet"/>
        <w:spacing w:line="240" w:lineRule="auto"/>
        <w:ind w:left="720"/>
      </w:pPr>
      <w:r/>
      <w:r>
        <w:rPr>
          <w:b/>
        </w:rPr>
        <w:t>Timing matters:</w:t>
      </w:r>
      <w:r>
        <w:t xml:space="preserve"> The makeover was completed ahead of Glasgow Pride’s 30th anniversary march on Saturday 18 July, boosting visibility and community spirit.</w:t>
      </w:r>
      <w:r/>
    </w:p>
    <w:p>
      <w:pPr>
        <w:pStyle w:val="ListBullet"/>
        <w:spacing w:line="240" w:lineRule="auto"/>
        <w:ind w:left="720"/>
      </w:pPr>
      <w:r/>
      <w:r>
        <w:rPr>
          <w:b/>
        </w:rPr>
        <w:t>Route and meeting:</w:t>
      </w:r>
      <w:r>
        <w:t xml:space="preserve"> The procession starts at Glasgow Green, meeting from 11am and setting off at 12pm, passing key city streets before finishing at Greendyke Street.</w:t>
      </w:r>
      <w:r/>
    </w:p>
    <w:p>
      <w:pPr>
        <w:pStyle w:val="ListBullet"/>
        <w:spacing w:line="240" w:lineRule="auto"/>
        <w:ind w:left="720"/>
      </w:pPr>
      <w:r/>
      <w:r>
        <w:rPr>
          <w:b/>
        </w:rPr>
        <w:t>Local heart:</w:t>
      </w:r>
      <w:r>
        <w:t xml:space="preserve"> Merchant City, home to many queer venues and safe spaces, will host on-street Pride events on Wilson, Hutcheson and Brunswick streets.</w:t>
      </w:r>
      <w:r/>
    </w:p>
    <w:p>
      <w:pPr>
        <w:pStyle w:val="ListBullet"/>
        <w:spacing w:line="240" w:lineRule="auto"/>
        <w:ind w:left="720"/>
      </w:pPr>
      <w:r/>
      <w:r>
        <w:rPr>
          <w:b/>
        </w:rPr>
        <w:t>Vibe check:</w:t>
      </w:r>
      <w:r>
        <w:t xml:space="preserve"> Contractors were filmed refreshing the stripes, a friendly, tactile sign that the city is ready to celebrate.</w:t>
      </w:r>
      <w:r/>
      <w:r/>
    </w:p>
    <w:p>
      <w:pPr>
        <w:pStyle w:val="Heading2"/>
      </w:pPr>
      <w:r>
        <w:t>A bright splash where Glaswegians walk every day</w:t>
      </w:r>
      <w:r/>
    </w:p>
    <w:p>
      <w:r/>
      <w:r>
        <w:t>You can practically feel the colour returning as crews roll fresh paint across the familiar stripes of Wilson Street; the pavement looks crisp and celebratory. According to footage shared online, contractors applied new layers to revive a rainbow that had faded over time. It’s a small sensory lift , the brighter hues catch the eye and make the area feel ready for a party.</w:t>
      </w:r>
      <w:r/>
    </w:p>
    <w:p>
      <w:pPr>
        <w:pStyle w:val="Heading2"/>
      </w:pPr>
      <w:r>
        <w:t>Why Merchant City was chosen for the revamp</w:t>
      </w:r>
      <w:r/>
    </w:p>
    <w:p>
      <w:r/>
      <w:r>
        <w:t>Merchant City is Glasgow’s queer social hub, dotted with bars, cafés and community spaces that have supported LGBTQ+ life for decades. Glasgow City Heritage Trust director Niall Murphy posted about the repaint, noting it was timed for Pride. Locals say the colourful path isn’t just decorative , it’s a public nod to safety, visibility and local history, especially meaningful in a landmark anniversary year.</w:t>
      </w:r>
      <w:r/>
    </w:p>
    <w:p>
      <w:pPr>
        <w:pStyle w:val="Heading2"/>
      </w:pPr>
      <w:r>
        <w:t>What to expect at Pride: practical details</w:t>
      </w:r>
      <w:r/>
    </w:p>
    <w:p>
      <w:r/>
      <w:r>
        <w:t>Glasgow Pride’s organisers have published the procession pack and event details, so anybody heading down should check those pages for updates and safety guidance. The march meets at Glasgow Green from 11am and moves through Saltmarket, Broomielaw, Ingram Street and other central routes before finishing at Greendyke Street. If you’re planning to watch or join, arrive early, bring water and a weatherproof layer , Glasgow never promises perfect skies.</w:t>
      </w:r>
      <w:r/>
    </w:p>
    <w:p>
      <w:pPr>
        <w:pStyle w:val="Heading2"/>
      </w:pPr>
      <w:r>
        <w:t>How the repaint boosts the weekend’s atmosphere</w:t>
      </w:r>
      <w:r/>
    </w:p>
    <w:p>
      <w:r/>
      <w:r>
        <w:t>A refreshed Rainbow Place will act as a visual magnet for photos and spontaneous celebrations, and it helps set the tone for on-street events planned along Wilson, Hutcheson and Brunswick streets. Event guides and listings confirm a full day of performances, stalls and community programming, so the repaint is more than cosmetic , it’s a backdrop for memories.</w:t>
      </w:r>
      <w:r/>
    </w:p>
    <w:p>
      <w:pPr>
        <w:pStyle w:val="Heading2"/>
      </w:pPr>
      <w:r>
        <w:t>Choosing to celebrate locally: what this means for community spaces</w:t>
      </w:r>
      <w:r/>
    </w:p>
    <w:p>
      <w:r/>
      <w:r>
        <w:t>Bringing Pride into Merchant City honours the venues that keep Glasgow’s LGBTQ+ community connected year-round. Organisers say the aim is to spotlight those safe spaces and build a louder, more inclusive weekend. For residents and businesses, the repaint signals local support and offers a way to participate even if you’re not marching.</w:t>
      </w:r>
      <w:r/>
    </w:p>
    <w:p>
      <w:r/>
      <w:r>
        <w:t>It's a small change that can make every step feel more celebratory , and it’s a colourful welcome for anyone joining Glasgow Pride this weekend.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13">
        <w:r>
          <w:rPr>
            <w:color w:val="0000EE"/>
            <w:u w:val="single"/>
          </w:rPr>
          <w:t>[5]</w:t>
        </w:r>
      </w:hyperlink>
      <w:r>
        <w:t xml:space="preserve">, </w:t>
      </w:r>
      <w:hyperlink r:id="rId14">
        <w:r>
          <w:rPr>
            <w:color w:val="0000EE"/>
            <w:u w:val="single"/>
          </w:rPr>
          <w:t>[3]</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2">
        <w:r>
          <w:rPr>
            <w:color w:val="0000EE"/>
            <w:u w:val="single"/>
          </w:rPr>
          <w:t>[6]</w:t>
        </w:r>
      </w:hyperlink>
      <w:r>
        <w:t xml:space="preserve">, </w:t>
      </w:r>
      <w:hyperlink r:id="rId10">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https://www.glasgowlive.co.uk/news/glasgow-news/glasgow-rainbow-place-given-makeover-34294636</w:t>
        </w:r>
      </w:hyperlink>
      <w:r>
        <w:t xml:space="preserve"> - Please view link - unable to able to access data</w:t>
      </w:r>
      <w:r/>
    </w:p>
    <w:p>
      <w:pPr>
        <w:pStyle w:val="ListNumber"/>
        <w:spacing w:line="240" w:lineRule="auto"/>
        <w:ind w:left="720"/>
      </w:pPr>
      <w:r/>
      <w:hyperlink r:id="rId10">
        <w:r>
          <w:rPr>
            <w:color w:val="0000EE"/>
            <w:u w:val="single"/>
          </w:rPr>
          <w:t>https://glasgowspride.org/pride2026</w:t>
        </w:r>
      </w:hyperlink>
      <w:r>
        <w:t xml:space="preserve"> - Glasgow's Pride returns on Saturday, 18 July 2026. Planning is underway with key stakeholders, and information about the March and Festival will be issued to those who register when appropriate and confirmed. More details will be released on their social media platforms.</w:t>
      </w:r>
      <w:r/>
    </w:p>
    <w:p>
      <w:pPr>
        <w:pStyle w:val="ListNumber"/>
        <w:spacing w:line="240" w:lineRule="auto"/>
        <w:ind w:left="720"/>
      </w:pPr>
      <w:r/>
      <w:hyperlink r:id="rId14">
        <w:r>
          <w:rPr>
            <w:color w:val="0000EE"/>
            <w:u w:val="single"/>
          </w:rPr>
          <w:t>https://calton-community-council.scot/event/glasgow-pride-march-2026</w:t>
        </w:r>
      </w:hyperlink>
      <w:r>
        <w:t xml:space="preserve"> - The Glasgow Pride march 2026 is scheduled for 18 July, starting at McLennan Arch at the Saltmarket entrance to Glasgow Green. Activities will commence at approximately 10:00 am and conclude at 3:00 pm, with access to the site from 9:00 am. An estimated 5,000 people are expected to gather and disperse at this location.</w:t>
      </w:r>
      <w:r/>
    </w:p>
    <w:p>
      <w:pPr>
        <w:pStyle w:val="ListNumber"/>
        <w:spacing w:line="240" w:lineRule="auto"/>
        <w:ind w:left="720"/>
      </w:pPr>
      <w:r/>
      <w:hyperlink r:id="rId11">
        <w:r>
          <w:rPr>
            <w:color w:val="0000EE"/>
            <w:u w:val="single"/>
          </w:rPr>
          <w:t>https://www.gaydio.co.uk/north-east/events/the-guide/event/glasgow-pride/</w:t>
        </w:r>
      </w:hyperlink>
      <w:r>
        <w:t xml:space="preserve"> - Glasgow's Pride 2026 is set for Saturday, 18 July 2026, featuring a march through the city centre, Scotland's largest Pride event. The route traditionally includes Buchanan Street and Merchant City, culminating at George Square or Glasgow Green. Specific details for 2026 are still to be confirmed by the organisers.</w:t>
      </w:r>
      <w:r/>
    </w:p>
    <w:p>
      <w:pPr>
        <w:pStyle w:val="ListNumber"/>
        <w:spacing w:line="240" w:lineRule="auto"/>
        <w:ind w:left="720"/>
      </w:pPr>
      <w:r/>
      <w:hyperlink r:id="rId13">
        <w:r>
          <w:rPr>
            <w:color w:val="0000EE"/>
            <w:u w:val="single"/>
          </w:rPr>
          <w:t>https://glasgowspride.org/procession-pack</w:t>
        </w:r>
      </w:hyperlink>
      <w:r>
        <w:t xml:space="preserve"> - Glasgow's Pride 2026 is scheduled for Saturday, 18 July 2026. This page provides essential information for organisations and groups participating in the march, including registration details and safety guidelines. Participants are encouraged to read the information carefully before completing the registration form.</w:t>
      </w:r>
      <w:r/>
    </w:p>
    <w:p>
      <w:pPr>
        <w:pStyle w:val="ListNumber"/>
        <w:spacing w:line="240" w:lineRule="auto"/>
        <w:ind w:left="720"/>
      </w:pPr>
      <w:r/>
      <w:hyperlink r:id="rId12">
        <w:r>
          <w:rPr>
            <w:color w:val="0000EE"/>
            <w:u w:val="single"/>
          </w:rPr>
          <w:t>https://glasgowspride.org/</w:t>
        </w:r>
      </w:hyperlink>
      <w:r>
        <w:t xml:space="preserve"> - Glasgow's Pride is returning on 18 July 2026. The official website offers information about the event, including previous events, partners, and ways to support the Pride movement. Visitors can also subscribe to the newsletter to stay updated on the latest news and events.</w:t>
      </w:r>
      <w:r/>
    </w:p>
    <w:p>
      <w:pPr>
        <w:pStyle w:val="ListNumber"/>
        <w:spacing w:line="240" w:lineRule="auto"/>
        <w:ind w:left="720"/>
      </w:pPr>
      <w:r/>
      <w:hyperlink r:id="rId15">
        <w:r>
          <w:rPr>
            <w:color w:val="0000EE"/>
            <w:u w:val="single"/>
          </w:rPr>
          <w:t>https://www.whatsonglasgow.co.uk/event/078053-glasgows-pride/</w:t>
        </w:r>
      </w:hyperlink>
      <w:r>
        <w:t xml:space="preserve"> - Glasgow's Pride returns on Saturday, 18 July 2026, with the annual Pride March. The streets of Glasgow will be adorned with rainbow flags as the march departs with vibrant floats playing party tunes, celebrating LGBTQIA+ equality. The route passes through most of the main roads in Glasgow, with full details available on the Glasgow's Pride website.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lasgowlive.co.uk/news/glasgow-news/glasgow-rainbow-place-given-makeover-34294636" TargetMode="External"/><Relationship Id="rId10" Type="http://schemas.openxmlformats.org/officeDocument/2006/relationships/hyperlink" Target="https://glasgowspride.org/pride2026" TargetMode="External"/><Relationship Id="rId11" Type="http://schemas.openxmlformats.org/officeDocument/2006/relationships/hyperlink" Target="https://www.gaydio.co.uk/north-east/events/the-guide/event/glasgow-pride/" TargetMode="External"/><Relationship Id="rId12" Type="http://schemas.openxmlformats.org/officeDocument/2006/relationships/hyperlink" Target="https://glasgowspride.org/" TargetMode="External"/><Relationship Id="rId13" Type="http://schemas.openxmlformats.org/officeDocument/2006/relationships/hyperlink" Target="https://glasgowspride.org/procession-pack" TargetMode="External"/><Relationship Id="rId14" Type="http://schemas.openxmlformats.org/officeDocument/2006/relationships/hyperlink" Target="https://calton-community-council.scot/event/glasgow-pride-march-2026" TargetMode="External"/><Relationship Id="rId15" Type="http://schemas.openxmlformats.org/officeDocument/2006/relationships/hyperlink" Target="https://www.whatsonglasgow.co.uk/event/078053-glasgows-pri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