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Train in Britain: Lumo’s New Rainbow Livery Connects Communities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Spotting a colourful train on the tracks feels like a small, joyful surprise , and Lumo’s newly unveiled Pride livery is doing exactly that, linking Scotland and beyond while spotlighting local LGBTQ+ groups and events. The refreshed design celebrates partnerships with Pride Radio, OUT North East, Edinburgh Pride and Glasgow Pride, and arrives as Lumo expands its services on the West Coast Main Line.</w:t>
      </w:r>
      <w:r/>
    </w:p>
    <w:p>
      <w:r/>
      <w:r>
        <w:t>Essential Takeaways</w:t>
      </w:r>
      <w:r/>
      <w:r/>
    </w:p>
    <w:p>
      <w:pPr>
        <w:pStyle w:val="ListBullet"/>
        <w:spacing w:line="240" w:lineRule="auto"/>
        <w:ind w:left="720"/>
      </w:pPr>
      <w:r/>
      <w:r>
        <w:rPr>
          <w:b/>
        </w:rPr>
        <w:t>Visible support:</w:t>
      </w:r>
      <w:r>
        <w:t xml:space="preserve"> Lumo’s new Pride livery features logos from Pride Radio, OUT North East, Edinburgh Pride and Glasgow Pride, making the train a moving billboard for inclusion.</w:t>
      </w:r>
      <w:r/>
    </w:p>
    <w:p>
      <w:pPr>
        <w:pStyle w:val="ListBullet"/>
        <w:spacing w:line="240" w:lineRule="auto"/>
        <w:ind w:left="720"/>
      </w:pPr>
      <w:r/>
      <w:r>
        <w:rPr>
          <w:b/>
        </w:rPr>
        <w:t>Expanded routes:</w:t>
      </w:r>
      <w:r>
        <w:t xml:space="preserve"> The reveal comes as Lumo extends services onto the West Coast Main Line, now running between Stirling and London.</w:t>
      </w:r>
      <w:r/>
    </w:p>
    <w:p>
      <w:pPr>
        <w:pStyle w:val="ListBullet"/>
        <w:spacing w:line="240" w:lineRule="auto"/>
        <w:ind w:left="720"/>
      </w:pPr>
      <w:r/>
      <w:r>
        <w:rPr>
          <w:b/>
        </w:rPr>
        <w:t>Community focus:</w:t>
      </w:r>
      <w:r>
        <w:t xml:space="preserve"> The company is backing Stirling Pride on 29 August and highlights year-round work by partner organisations.</w:t>
      </w:r>
      <w:r/>
    </w:p>
    <w:p>
      <w:pPr>
        <w:pStyle w:val="ListBullet"/>
        <w:spacing w:line="240" w:lineRule="auto"/>
        <w:ind w:left="720"/>
      </w:pPr>
      <w:r/>
      <w:r>
        <w:rPr>
          <w:b/>
        </w:rPr>
        <w:t>Award-winning employer:</w:t>
      </w:r>
      <w:r>
        <w:t xml:space="preserve"> Lumo was named Best Small Employer in Scotland at the Proud Scotland Awards, reinforcing its workplace inclusion credentials.</w:t>
      </w:r>
      <w:r/>
    </w:p>
    <w:p>
      <w:pPr>
        <w:pStyle w:val="ListBullet"/>
        <w:spacing w:line="240" w:lineRule="auto"/>
        <w:ind w:left="720"/>
      </w:pPr>
      <w:r/>
      <w:r>
        <w:rPr>
          <w:b/>
        </w:rPr>
        <w:t>Friendly feel:</w:t>
      </w:r>
      <w:r>
        <w:t xml:space="preserve"> The train’s bright, unmistakable look gives a warm, visible signal that everyone is welcome onboard.</w:t>
      </w:r>
      <w:r/>
      <w:r/>
    </w:p>
    <w:p>
      <w:pPr>
        <w:pStyle w:val="Heading2"/>
      </w:pPr>
      <w:r>
        <w:t>A bold, moving welcome: what the new livery looks and feels like</w:t>
      </w:r>
      <w:r/>
    </w:p>
    <w:p>
      <w:r/>
      <w:r>
        <w:t>The opening moment is visual: a sleek train wrapped in vibrant colours with partner logos neatly placed along its side, giving off an upbeat, celebratory vibe. Lumo says the redesign builds on last year’s Pride branding, but this is more expansive , and hard to miss at a station. For passengers, it’s an immediate, positive cue that the operator wants to be seen as inclusive and supportive.</w:t>
      </w:r>
      <w:r/>
    </w:p>
    <w:p>
      <w:r/>
      <w:r>
        <w:t>This isn’t just a one-off sticker job. According to Lumo’s announcement, the redesign intentionally highlights groups doing vital grassroots work all year, not only during Pride season. That gesture matters: visibility on a national service turns local campaigning into something passengers see every day.</w:t>
      </w:r>
      <w:r/>
    </w:p>
    <w:p>
      <w:pPr>
        <w:pStyle w:val="Heading2"/>
      </w:pPr>
      <w:r>
        <w:t>Why the timing matters: expansion meets advocacy</w:t>
      </w:r>
      <w:r/>
    </w:p>
    <w:p>
      <w:r/>
      <w:r>
        <w:t>Lumo’s refreshed train comes as the operator stretches its footprint onto the West Coast Main Line, linking Stirling with London. That route expansion gives Pride partners a bigger stage, and makes the message of inclusion travel further. It’s a neat example of commercial growth dovetailing with social purpose , the train both transports customers and amplifies community voices.</w:t>
      </w:r>
      <w:r/>
    </w:p>
    <w:p>
      <w:r/>
      <w:r>
        <w:t>If you travel between Scotland and the capital, you’re likely to encounter the livery more often now. For partner organisations, that kind of exposure can boost fundraising, awareness and turnout for events like Stirling Pride on 29 August.</w:t>
      </w:r>
      <w:r/>
    </w:p>
    <w:p>
      <w:pPr>
        <w:pStyle w:val="Heading2"/>
      </w:pPr>
      <w:r>
        <w:t>Partnerships that mean something: who’s represented and why</w:t>
      </w:r>
      <w:r/>
    </w:p>
    <w:p>
      <w:r/>
      <w:r>
        <w:t>The logos on the train aren’t decorative extras; they represent Pride Radio, OUT North East, Edinburgh Pride and Glasgow Pride. Each group has a different role , media, community support, festival programming , and Lumo’s platform lets their work reach a broader audience. An Edinburgh Pride spokesperson noted that business partnerships can genuinely shift visibility and belonging, and seeing the organisation on a national train sends a clear message.</w:t>
      </w:r>
      <w:r/>
    </w:p>
    <w:p>
      <w:r/>
      <w:r>
        <w:t>For smaller charities and broadcasters, being visible on a transport network can be surprisingly powerful. It communicates legitimacy and makes their causes part of everyday conversation, not just niche campaigning.</w:t>
      </w:r>
      <w:r/>
    </w:p>
    <w:p>
      <w:pPr>
        <w:pStyle w:val="Heading2"/>
      </w:pPr>
      <w:r>
        <w:t>From awards to actions: Lumo’s inclusion story</w:t>
      </w:r>
      <w:r/>
    </w:p>
    <w:p>
      <w:r/>
      <w:r>
        <w:t>Lumo was recently named Best Small Employer in Scotland at the Proud Scotland Awards, which underlines that this livery sits alongside internal workplace efforts. The company has been running campaigns and initiatives supporting staff and passengers alike, and the train wrap is a public-facing extension of that commitment.</w:t>
      </w:r>
      <w:r/>
    </w:p>
    <w:p>
      <w:r/>
      <w:r>
        <w:t>Industry watchers will spot the difference between token gestures and sustained support. This move reads as part of a longer-term strategy: sponsorship of Pride events, ongoing partnerships and employer recognition all add up to more than a photo op.</w:t>
      </w:r>
      <w:r/>
    </w:p>
    <w:p>
      <w:pPr>
        <w:pStyle w:val="Heading2"/>
      </w:pPr>
      <w:r>
        <w:t>Practical view for passengers: what it means when you travel</w:t>
      </w:r>
      <w:r/>
    </w:p>
    <w:p>
      <w:r/>
      <w:r>
        <w:t>Spotting the Pride train on your commute or holiday is straightforward reassurance: you’ll board a service that’s publicly aligned with inclusion. For people attending Pride events , whether in Stirling, Edinburgh or Glasgow , the train’s visibility can feel affirming and practical. If you’re booking, check Lumo’s timetable for the West Coast connections; the company’s expansion means more options for travelling to events and community hubs.</w:t>
      </w:r>
      <w:r/>
    </w:p>
    <w:p>
      <w:r/>
      <w:r>
        <w:t>And if you’re a regular rail traveller, treat it as a cue to be mindful and welcoming , a colourful train is a small prompt to carry that spirit into shared spaces.</w:t>
      </w:r>
      <w:r/>
    </w:p>
    <w:p>
      <w:r/>
      <w:r>
        <w:t>It's a small change that makes every journey a little more visible and welcoming.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14">
        <w:r>
          <w:rPr>
            <w:color w:val="0000EE"/>
            <w:u w:val="single"/>
          </w:rPr>
          <w:t>[5]</w:t>
        </w:r>
      </w:hyperlink>
      <w:r>
        <w:t xml:space="preserve">, </w:t>
      </w:r>
      <w:hyperlink r:id="rId10">
        <w:r>
          <w:rPr>
            <w:color w:val="0000EE"/>
            <w:u w:val="single"/>
          </w:rPr>
          <w:t>[2]</w:t>
        </w:r>
      </w:hyperlink>
      <w:r>
        <w:t xml:space="preserve">- Paragraph 4: </w:t>
      </w:r>
      <w:hyperlink r:id="rId12">
        <w:r>
          <w:rPr>
            <w:color w:val="0000EE"/>
            <w:u w:val="single"/>
          </w:rPr>
          <w:t>[3]</w:t>
        </w:r>
      </w:hyperlink>
      <w:r>
        <w:t xml:space="preserve">, </w:t>
      </w:r>
      <w:hyperlink r:id="rId15">
        <w:r>
          <w:rPr>
            <w:color w:val="0000EE"/>
            <w:u w:val="single"/>
          </w:rPr>
          <w:t>[7]</w:t>
        </w:r>
      </w:hyperlink>
      <w:r>
        <w:t xml:space="preserve">- Paragraph 5: </w:t>
      </w:r>
      <w:hyperlink r:id="rId11">
        <w:r>
          <w:rPr>
            <w:color w:val="0000EE"/>
            <w:u w:val="single"/>
          </w:rPr>
          <w:t>[4]</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https://www.heraldscotland.com/news/26279169.new-lumo-pride-train-unveiled-scotland/?ref=rss</w:t>
        </w:r>
      </w:hyperlink>
      <w:r>
        <w:t xml:space="preserve"> - Please view link - unable to able to access data</w:t>
      </w:r>
      <w:r/>
    </w:p>
    <w:p>
      <w:pPr>
        <w:pStyle w:val="ListNumber"/>
        <w:spacing w:line="240" w:lineRule="auto"/>
        <w:ind w:left="720"/>
      </w:pPr>
      <w:r/>
      <w:hyperlink r:id="rId10">
        <w:r>
          <w:rPr>
            <w:color w:val="0000EE"/>
            <w:u w:val="single"/>
          </w:rPr>
          <w:t>https://www.lumo.co.uk/who-we-are/lumonews/lumo-gives-pride-partners-a-platform-on-britains-railway</w:t>
        </w:r>
      </w:hyperlink>
      <w:r>
        <w:t xml:space="preserve"> - Lumo has unveiled a redesigned Pride train featuring the logos of its Pride partners: Pride Radio, OUT North East, Edinburgh Pride, and Glasgow's Pride. This initiative aims to recognise and support LGBTQ+ organisations throughout the year, not just during Pride season. Richard Salkeld, Director of Communications and Partnerships at Lumo, emphasised the company's commitment to inclusion and community support. The launch event included community volunteers and a former Mr Gay GB, highlighting the collaborative effort behind this project.</w:t>
      </w:r>
      <w:r/>
    </w:p>
    <w:p>
      <w:pPr>
        <w:pStyle w:val="ListNumber"/>
        <w:spacing w:line="240" w:lineRule="auto"/>
        <w:ind w:left="720"/>
      </w:pPr>
      <w:r/>
      <w:hyperlink r:id="rId12">
        <w:r>
          <w:rPr>
            <w:color w:val="0000EE"/>
            <w:u w:val="single"/>
          </w:rPr>
          <w:t>https://www.lumo.co.uk/who-we-are/lumonews/lumo-named-best-small-employer-at-proud-scotland-awards</w:t>
        </w:r>
      </w:hyperlink>
      <w:r>
        <w:t xml:space="preserve"> - Lumo was honoured as the 'Best Small Employer' at the Proud Scotland Awards, recognising its dedication to diversity and inclusion. The company has expanded its support for Pride events, partnering with Glasgow’s Pride, Stirling Pride, Edinburgh Pride, and Pride in Gateshead. Additionally, Lumo introduced gender-neutral uniforms for its Customer Experience Ambassadors, reinforcing its commitment to creating an inclusive workplace.</w:t>
      </w:r>
      <w:r/>
    </w:p>
    <w:p>
      <w:pPr>
        <w:pStyle w:val="ListNumber"/>
        <w:spacing w:line="240" w:lineRule="auto"/>
        <w:ind w:left="720"/>
      </w:pPr>
      <w:r/>
      <w:hyperlink r:id="rId11">
        <w:r>
          <w:rPr>
            <w:color w:val="0000EE"/>
            <w:u w:val="single"/>
          </w:rPr>
          <w:t>https://www.stirlingpride.co.uk/</w:t>
        </w:r>
      </w:hyperlink>
      <w:r>
        <w:t xml:space="preserve"> - Stirling Pride is a prominent LGBTQ+ event in Stirling, Scotland, attracting thousands of attendees annually. The event aims to provide inclusive, safe, and welcoming experiences that unite and amplify LGBTQ+ voices within the Forth Valley community. Stirling Pride is scheduled to return to the city centre on 29th August 2026, with various events planned leading up to the main celebration.</w:t>
      </w:r>
      <w:r/>
    </w:p>
    <w:p>
      <w:pPr>
        <w:pStyle w:val="ListNumber"/>
        <w:spacing w:line="240" w:lineRule="auto"/>
        <w:ind w:left="720"/>
      </w:pPr>
      <w:r/>
      <w:hyperlink r:id="rId14">
        <w:r>
          <w:rPr>
            <w:color w:val="0000EE"/>
            <w:u w:val="single"/>
          </w:rPr>
          <w:t>https://www.outnortheast.org.uk/broadcasting-out-proud-and-loud</w:t>
        </w:r>
      </w:hyperlink>
      <w:r>
        <w:t xml:space="preserve"> - OUT North East has launched Pride Radio, the region’s dedicated LGBTQ+ community radio station. This initiative provides a platform to amplify LGBTQ+ voices, share stories, and reach individuals beyond physical spaces. Pride Radio aims to celebrate identity, showcase local talent, and host important conversations, fostering a sense of community and inclusion across the North East of England.</w:t>
      </w:r>
      <w:r/>
    </w:p>
    <w:p>
      <w:pPr>
        <w:pStyle w:val="ListNumber"/>
        <w:spacing w:line="240" w:lineRule="auto"/>
        <w:ind w:left="720"/>
      </w:pPr>
      <w:r/>
      <w:hyperlink r:id="rId13">
        <w:r>
          <w:rPr>
            <w:color w:val="0000EE"/>
            <w:u w:val="single"/>
          </w:rPr>
          <w:t>https://www.lumo.co.uk/who-we-are/lumonews/lumo-reveals-new-west-coast-service-launch-date</w:t>
        </w:r>
      </w:hyperlink>
      <w:r>
        <w:t xml:space="preserve"> - Lumo has confirmed the launch date of its new West Coast rail service as 25 May 2026. To celebrate, the company partnered with Stirling Pride to offer special 'golden tickets' to lucky winners in the city. This service aims to provide affordable travel options, with tickets starting from £29.90 between London Euston and Stirling, connecting communities across the region.</w:t>
      </w:r>
      <w:r/>
    </w:p>
    <w:p>
      <w:pPr>
        <w:pStyle w:val="ListNumber"/>
        <w:spacing w:line="240" w:lineRule="auto"/>
        <w:ind w:left="720"/>
      </w:pPr>
      <w:r/>
      <w:hyperlink r:id="rId15">
        <w:r>
          <w:rPr>
            <w:color w:val="0000EE"/>
            <w:u w:val="single"/>
          </w:rPr>
          <w:t>https://www.lumo.co.uk/who-we-are/lumonews/lumo-welcomes-a-new-world-class-community-hub</w:t>
        </w:r>
      </w:hyperlink>
      <w:r>
        <w:t xml:space="preserve"> - Lumo has expressed support for the ONE Centre, a new community hub in the North East of England dedicated to inclusion, safety, and community engagement. The centre provides a space where individuals can gather, access support, and be themselves. Lumo's partnership with OUT North East, based at the ONE Centre, underscores its commitment to championing equality and ensuring everyone feels welcome both in the community and on board its trains.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heraldscotland.com/news/26279169.new-lumo-pride-train-unveiled-scotland/?ref=rss" TargetMode="External"/><Relationship Id="rId10" Type="http://schemas.openxmlformats.org/officeDocument/2006/relationships/hyperlink" Target="https://www.lumo.co.uk/who-we-are/lumonews/lumo-gives-pride-partners-a-platform-on-britains-railway" TargetMode="External"/><Relationship Id="rId11" Type="http://schemas.openxmlformats.org/officeDocument/2006/relationships/hyperlink" Target="https://www.stirlingpride.co.uk/" TargetMode="External"/><Relationship Id="rId12" Type="http://schemas.openxmlformats.org/officeDocument/2006/relationships/hyperlink" Target="https://www.lumo.co.uk/who-we-are/lumonews/lumo-named-best-small-employer-at-proud-scotland-awards" TargetMode="External"/><Relationship Id="rId13" Type="http://schemas.openxmlformats.org/officeDocument/2006/relationships/hyperlink" Target="https://www.lumo.co.uk/who-we-are/lumonews/lumo-reveals-new-west-coast-service-launch-date" TargetMode="External"/><Relationship Id="rId14" Type="http://schemas.openxmlformats.org/officeDocument/2006/relationships/hyperlink" Target="https://www.outnortheast.org.uk/broadcasting-out-proud-and-loud" TargetMode="External"/><Relationship Id="rId15" Type="http://schemas.openxmlformats.org/officeDocument/2006/relationships/hyperlink" Target="https://www.lumo.co.uk/who-we-are/lumonews/lumo-welcomes-a-new-world-class-community-hub"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