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Buses Rolling Out for Bristol and Brighton Celebrations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revellers are spotting brightly liveried buses as Pride season arrives in the south , two new green buses in Bristol and a returning, crowd‑voted Pride bus in Brighton , helping people travel safely while celebrating LGBTQ+ inclusion across the region.</w:t>
      </w:r>
      <w:r/>
    </w:p>
    <w:p>
      <w:r/>
      <w:r>
        <w:t>Essential Takeaways</w:t>
      </w:r>
      <w:r/>
      <w:r/>
    </w:p>
    <w:p>
      <w:pPr>
        <w:pStyle w:val="ListBullet"/>
        <w:spacing w:line="240" w:lineRule="auto"/>
        <w:ind w:left="720"/>
      </w:pPr>
      <w:r/>
      <w:r>
        <w:rPr>
          <w:b/>
        </w:rPr>
        <w:t>New fleet look:</w:t>
      </w:r>
      <w:r>
        <w:t xml:space="preserve"> Two green buses in the West of England now wear a rainbow design to promote LGBTQ+ inclusion for 12 months. </w:t>
      </w:r>
      <w:r/>
    </w:p>
    <w:p>
      <w:pPr>
        <w:pStyle w:val="ListBullet"/>
        <w:spacing w:line="240" w:lineRule="auto"/>
        <w:ind w:left="720"/>
      </w:pPr>
      <w:r/>
      <w:r>
        <w:rPr>
          <w:b/>
        </w:rPr>
        <w:t>Parade participants:</w:t>
      </w:r>
      <w:r>
        <w:t xml:space="preserve"> One of Bristol’s Pride buses joined the parade as a visible symbol of acceptance and belonging. </w:t>
      </w:r>
      <w:r/>
    </w:p>
    <w:p>
      <w:pPr>
        <w:pStyle w:val="ListBullet"/>
        <w:spacing w:line="240" w:lineRule="auto"/>
        <w:ind w:left="720"/>
      </w:pPr>
      <w:r/>
      <w:r>
        <w:rPr>
          <w:b/>
        </w:rPr>
        <w:t>Brighton services:</w:t>
      </w:r>
      <w:r>
        <w:t xml:space="preserve"> Brighton and Hove Buses will bring back its popular Pride vehicle and run dedicated shuttle services for the weekend. </w:t>
      </w:r>
      <w:r/>
    </w:p>
    <w:p>
      <w:pPr>
        <w:pStyle w:val="ListBullet"/>
        <w:spacing w:line="240" w:lineRule="auto"/>
        <w:ind w:left="720"/>
      </w:pPr>
      <w:r/>
      <w:r>
        <w:rPr>
          <w:b/>
        </w:rPr>
        <w:t>Community focus:</w:t>
      </w:r>
      <w:r>
        <w:t xml:space="preserve"> Brighton’s Pride bus livery was chosen by public vote and honours the late local campaigner George Montague. </w:t>
      </w:r>
      <w:r/>
    </w:p>
    <w:p>
      <w:pPr>
        <w:pStyle w:val="ListBullet"/>
        <w:spacing w:line="240" w:lineRule="auto"/>
        <w:ind w:left="720"/>
      </w:pPr>
      <w:r/>
      <w:r>
        <w:rPr>
          <w:b/>
        </w:rPr>
        <w:t>Practicality:</w:t>
      </w:r>
      <w:r>
        <w:t xml:space="preserve"> Special timetables and shuttle routes aim to make travelling to Preston Park, the Old Steine and Waterhall Campsite straightforward and stress‑free.</w:t>
      </w:r>
      <w:r/>
      <w:r/>
    </w:p>
    <w:p>
      <w:pPr>
        <w:pStyle w:val="Heading2"/>
      </w:pPr>
      <w:r>
        <w:t>Why new Pride buses matter , they’re practical and symbolic</w:t>
      </w:r>
      <w:r/>
    </w:p>
    <w:p>
      <w:r/>
      <w:r>
        <w:t>The sight and sound of a colourful bus rolling through town does more than catch the eye, it gives people confidence that the city supports them. The West of England Mayoral Combined Authority and First Bus decided to keep the rainbow wrap on two green buses for a year, so the message of inclusion doesn’t vanish when the parade does. For passengers the livery feels like a small, visible reassurance , and for communities it’s a rolling billboard for acceptance.</w:t>
      </w:r>
      <w:r/>
    </w:p>
    <w:p>
      <w:pPr>
        <w:pStyle w:val="Heading2"/>
      </w:pPr>
      <w:r>
        <w:t>Bristol’s Pride vehicles: how they came about and what they do</w:t>
      </w:r>
      <w:r/>
    </w:p>
    <w:p>
      <w:r/>
      <w:r>
        <w:t>According to local announcements, the two buses were unveiled ahead of Bristol Pride and one took part in the parade on 11 July. The move ties into a wider programme of Pride events across the region, including activities in Bath and Weston. Officials said the buses will promote LGBTQ+ inclusion across the area, which is handy since public transport already brings people together; now it does so with a celebratory flourish.</w:t>
      </w:r>
      <w:r/>
    </w:p>
    <w:p>
      <w:pPr>
        <w:pStyle w:val="Heading2"/>
      </w:pPr>
      <w:r>
        <w:t>Brighton’s returning Pride bus , voted by the public</w:t>
      </w:r>
      <w:r/>
    </w:p>
    <w:p>
      <w:r/>
      <w:r>
        <w:t>Brighton and Hove Buses confirmed its established Pride vehicle will be back for the city’s August celebrations, and that’s no accident: the wrap was chosen by public vote and commemorates George Montague, a well‑known local campaigner. That public involvement gives the bus extra resonance , people feel ownership of it, and it doesn’t just represent a company logo but a community’s memory and pride.</w:t>
      </w:r>
      <w:r/>
    </w:p>
    <w:p>
      <w:pPr>
        <w:pStyle w:val="Heading2"/>
      </w:pPr>
      <w:r>
        <w:t>Special services: making travel easier during the Pride weekend</w:t>
      </w:r>
      <w:r/>
    </w:p>
    <w:p>
      <w:r/>
      <w:r>
        <w:t>Brighton’s operator has set up special timetables and a Route 600 shuttle linking Preston Park, the Old Steine and Waterhall Campsite, and the Pride bus itself will join the parade before helping with shuttle duties. If you’re planning to attend, the practical advice is simple: plan your journeys in advance, allow extra time for crowded streets, and use the shuttles to avoid a long walk or parking hassle. Organisers emphasise travel planning so everyone can enjoy the festivities and get home safely.</w:t>
      </w:r>
      <w:r/>
    </w:p>
    <w:p>
      <w:pPr>
        <w:pStyle w:val="Heading2"/>
      </w:pPr>
      <w:r>
        <w:t>Community partnerships and safe spaces on the move</w:t>
      </w:r>
      <w:r/>
    </w:p>
    <w:p>
      <w:r/>
      <w:r>
        <w:t>Brighton’s bus will be stationed near the Peace Statue on Hove Lawns in partnership with mASCot to provide a safe space for families and children with autistic spectrum condition before it joins the shuttle operation. That’s a sensible detail: using mobile, familiar infrastructure like buses as meeting points or safe havens makes the event more welcoming for people who need quieter, predictable spaces. Expect other local groups, such as Crawley Pride and community drop‑ins, to be visible partners in the parade too.</w:t>
      </w:r>
      <w:r/>
    </w:p>
    <w:p>
      <w:r/>
      <w:r>
        <w:t>It's a small, moving change that helps Pride reach more people and makes travel part of the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1">
        <w:r>
          <w:rPr>
            <w:color w:val="0000EE"/>
            <w:u w:val="single"/>
          </w:rPr>
          <w:t>[4]</w:t>
        </w:r>
      </w:hyperlink>
      <w:r>
        <w:t xml:space="preserve">, </w:t>
      </w:r>
      <w:hyperlink r:id="rId13">
        <w:r>
          <w:rPr>
            <w:color w:val="0000EE"/>
            <w:u w:val="single"/>
          </w:rPr>
          <w:t>[6]</w:t>
        </w:r>
      </w:hyperlink>
      <w:r>
        <w:t xml:space="preserve">- Paragraph 4: </w:t>
      </w:r>
      <w:hyperlink r:id="rId11">
        <w:r>
          <w:rPr>
            <w:color w:val="0000EE"/>
            <w:u w:val="single"/>
          </w:rPr>
          <w:t>[4]</w:t>
        </w:r>
      </w:hyperlink>
      <w:r>
        <w:t xml:space="preserve">, </w:t>
      </w:r>
      <w:hyperlink r:id="rId14">
        <w:r>
          <w:rPr>
            <w:color w:val="0000EE"/>
            <w:u w:val="single"/>
          </w:rPr>
          <w:t>[5]</w:t>
        </w:r>
      </w:hyperlink>
      <w:r>
        <w:t xml:space="preserve">- Paragraph 5: </w:t>
      </w:r>
      <w:hyperlink r:id="rId12">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https://www.route-one.net/people/more-pride-buses-take-to-the-road-in-bristol-and-brighton/</w:t>
        </w:r>
      </w:hyperlink>
      <w:r>
        <w:t xml:space="preserve"> - Please view link - unable to able to access data</w:t>
      </w:r>
      <w:r/>
    </w:p>
    <w:p>
      <w:pPr>
        <w:pStyle w:val="ListNumber"/>
        <w:spacing w:line="240" w:lineRule="auto"/>
        <w:ind w:left="720"/>
      </w:pPr>
      <w:r/>
      <w:hyperlink r:id="rId10">
        <w:r>
          <w:rPr>
            <w:color w:val="0000EE"/>
            <w:u w:val="single"/>
          </w:rPr>
          <w:t>https://www.bristol247.com/festivals/features-festivals/what-to-expect-from-bristol-pride-2023/</w:t>
        </w:r>
      </w:hyperlink>
      <w:r>
        <w:t xml:space="preserve"> - This article provides an overview of the events leading up to Bristol Pride 2023, including the Pride march, the Pride Day festival on the Downs, and various after-parties across the city. It highlights the diverse activities and celebrations that took place during the fortnight-long festival, culminating in the main Pride Day event on 8 July 2023.</w:t>
      </w:r>
      <w:r/>
    </w:p>
    <w:p>
      <w:pPr>
        <w:pStyle w:val="ListNumber"/>
        <w:spacing w:line="240" w:lineRule="auto"/>
        <w:ind w:left="720"/>
      </w:pPr>
      <w:r/>
      <w:hyperlink r:id="rId12">
        <w:r>
          <w:rPr>
            <w:color w:val="0000EE"/>
            <w:u w:val="single"/>
          </w:rPr>
          <w:t>https://www.bristol247.com/lgbtq/news-lgbtq/in-photos-bristol-pride-parade-2023/</w:t>
        </w:r>
      </w:hyperlink>
      <w:r>
        <w:t xml:space="preserve"> - A photographic account of the Bristol Pride parade held on 8 July 2023. The article captures the vibrant atmosphere of the parade as it wound through the city centre, showcasing the colourful floats, costumes, and the enthusiastic crowd that participated in the event.</w:t>
      </w:r>
      <w:r/>
    </w:p>
    <w:p>
      <w:pPr>
        <w:pStyle w:val="ListNumber"/>
        <w:spacing w:line="240" w:lineRule="auto"/>
        <w:ind w:left="720"/>
      </w:pPr>
      <w:r/>
      <w:hyperlink r:id="rId11">
        <w:r>
          <w:rPr>
            <w:color w:val="0000EE"/>
            <w:u w:val="single"/>
          </w:rPr>
          <w:t>https://www.brighton-hove.gov.uk/news/2023/pride-2023-travel-information</w:t>
        </w:r>
      </w:hyperlink>
      <w:r>
        <w:t xml:space="preserve"> - This official announcement provides essential travel information for attendees of Brighton Pride 2023, including details about road closures, bus timetables, and alternative transportation options. It also offers guidance on navigating the city during the Pride weekend, ensuring a smooth experience for visitors.</w:t>
      </w:r>
      <w:r/>
    </w:p>
    <w:p>
      <w:pPr>
        <w:pStyle w:val="ListNumber"/>
        <w:spacing w:line="240" w:lineRule="auto"/>
        <w:ind w:left="720"/>
      </w:pPr>
      <w:r/>
      <w:hyperlink r:id="rId14">
        <w:r>
          <w:rPr>
            <w:color w:val="0000EE"/>
            <w:u w:val="single"/>
          </w:rPr>
          <w:t>https://www.itv.com/news/meridian/2023/08/04/which-roads-will-be-closed-for-brighton-pride-2023</w:t>
        </w:r>
      </w:hyperlink>
      <w:r>
        <w:t xml:space="preserve"> - An ITV News report detailing the specific road closures in Brighton city centre during the Brighton Pride 2023 weekend. The article lists the affected streets and provides information on parking suspensions, helping attendees plan their travel routes accordingly.</w:t>
      </w:r>
      <w:r/>
    </w:p>
    <w:p>
      <w:pPr>
        <w:pStyle w:val="ListNumber"/>
        <w:spacing w:line="240" w:lineRule="auto"/>
        <w:ind w:left="720"/>
      </w:pPr>
      <w:r/>
      <w:hyperlink r:id="rId13">
        <w:r>
          <w:rPr>
            <w:color w:val="0000EE"/>
            <w:u w:val="single"/>
          </w:rPr>
          <w:t>https://www.brightonandhovenews.org/2023/08/08/a-fabuloso-day-at-pride-despite-the-weather/</w:t>
        </w:r>
      </w:hyperlink>
      <w:r>
        <w:t xml:space="preserve"> - A review of the Brighton &amp; Hove Pride 2023 event, focusing on the 'Fabuloso' community fundraiser held at Preston Park. Despite weather challenges, the article highlights the performances, atmosphere, and the community's resilience during the celebrations.</w:t>
      </w:r>
      <w:r/>
    </w:p>
    <w:p>
      <w:pPr>
        <w:pStyle w:val="ListNumber"/>
        <w:spacing w:line="240" w:lineRule="auto"/>
        <w:ind w:left="720"/>
      </w:pPr>
      <w:r/>
      <w:hyperlink r:id="rId15">
        <w:r>
          <w:rPr>
            <w:color w:val="0000EE"/>
            <w:u w:val="single"/>
          </w:rPr>
          <w:t>https://www.consec-risk.com/brighton-pride-2023/</w:t>
        </w:r>
      </w:hyperlink>
      <w:r>
        <w:t xml:space="preserve"> - An overview of Consec Risk Management's involvement in Brighton Pride 2023, emphasizing their role in ensuring public safety during the event. The article discusses the company's collaboration with emergency services and their commitment to maintaining high security standards for attendees.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oute-one.net/people/more-pride-buses-take-to-the-road-in-bristol-and-brighton/" TargetMode="External"/><Relationship Id="rId10" Type="http://schemas.openxmlformats.org/officeDocument/2006/relationships/hyperlink" Target="https://www.bristol247.com/festivals/features-festivals/what-to-expect-from-bristol-pride-2023/" TargetMode="External"/><Relationship Id="rId11" Type="http://schemas.openxmlformats.org/officeDocument/2006/relationships/hyperlink" Target="https://www.brighton-hove.gov.uk/news/2023/pride-2023-travel-information" TargetMode="External"/><Relationship Id="rId12" Type="http://schemas.openxmlformats.org/officeDocument/2006/relationships/hyperlink" Target="https://www.bristol247.com/lgbtq/news-lgbtq/in-photos-bristol-pride-parade-2023/" TargetMode="External"/><Relationship Id="rId13" Type="http://schemas.openxmlformats.org/officeDocument/2006/relationships/hyperlink" Target="https://www.brightonandhovenews.org/2023/08/08/a-fabuloso-day-at-pride-despite-the-weather/" TargetMode="External"/><Relationship Id="rId14" Type="http://schemas.openxmlformats.org/officeDocument/2006/relationships/hyperlink" Target="https://www.itv.com/news/meridian/2023/08/04/which-roads-will-be-closed-for-brighton-pride-2023" TargetMode="External"/><Relationship Id="rId15" Type="http://schemas.openxmlformats.org/officeDocument/2006/relationships/hyperlink" Target="https://www.consec-risk.com/brighton-pride-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