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Pop‑Up Venues in Belfast: Lavery’s Brings Electric Light Station Back to Life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festivalgoers are buzzing as Lavery’s announces a bold pop‑up plan to transform the historic Belfast Electric Light Station into a live venue for Belfast Pride and the Fleadh , a dramatic reuse of a derelict civic landmark that promises music, comedy and a vivid reminder of the city’s industrial past.</w:t>
      </w:r>
      <w:r/>
    </w:p>
    <w:p>
      <w:r/>
      <w:r>
        <w:t>Essential Takeaways</w:t>
      </w:r>
      <w:r/>
      <w:r/>
    </w:p>
    <w:p>
      <w:pPr>
        <w:pStyle w:val="ListBullet"/>
        <w:spacing w:line="240" w:lineRule="auto"/>
        <w:ind w:left="720"/>
      </w:pPr>
      <w:r/>
      <w:r>
        <w:rPr>
          <w:b/>
        </w:rPr>
        <w:t>Historic setting:</w:t>
      </w:r>
      <w:r>
        <w:t xml:space="preserve"> The Electric Light Station is Belfast’s earliest municipal power station and a rare surviving piece of local industrial heritage.</w:t>
      </w:r>
      <w:r/>
    </w:p>
    <w:p>
      <w:pPr>
        <w:pStyle w:val="ListBullet"/>
        <w:spacing w:line="240" w:lineRule="auto"/>
        <w:ind w:left="720"/>
      </w:pPr>
      <w:r/>
      <w:r>
        <w:rPr>
          <w:b/>
        </w:rPr>
        <w:t>Two major events:</w:t>
      </w:r>
      <w:r>
        <w:t xml:space="preserve"> Lavery’s will host a Pride all‑day party and a one‑night comedy takeover, then programme multiple events across Fleadh week.</w:t>
      </w:r>
      <w:r/>
    </w:p>
    <w:p>
      <w:pPr>
        <w:pStyle w:val="ListBullet"/>
        <w:spacing w:line="240" w:lineRule="auto"/>
        <w:ind w:left="720"/>
      </w:pPr>
      <w:r/>
      <w:r>
        <w:rPr>
          <w:b/>
        </w:rPr>
        <w:t>Big crowds expected:</w:t>
      </w:r>
      <w:r>
        <w:t xml:space="preserve"> The Fleadh Cheoil na hÉireann will bring hundreds of thousands of visitors to the city in August.</w:t>
      </w:r>
      <w:r/>
    </w:p>
    <w:p>
      <w:pPr>
        <w:pStyle w:val="ListBullet"/>
        <w:spacing w:line="240" w:lineRule="auto"/>
        <w:ind w:left="720"/>
      </w:pPr>
      <w:r/>
      <w:r>
        <w:rPr>
          <w:b/>
        </w:rPr>
        <w:t>Unique atmosphere:</w:t>
      </w:r>
      <w:r>
        <w:t xml:space="preserve"> Expect a raw, atmospheric space with a sturdy, industrial feel and an intimate live experience.</w:t>
      </w:r>
      <w:r/>
    </w:p>
    <w:p>
      <w:pPr>
        <w:pStyle w:val="ListBullet"/>
        <w:spacing w:line="240" w:lineRule="auto"/>
        <w:ind w:left="720"/>
      </w:pPr>
      <w:r/>
      <w:r>
        <w:rPr>
          <w:b/>
        </w:rPr>
        <w:t>Practical note:</w:t>
      </w:r>
      <w:r>
        <w:t xml:space="preserve"> Events span late July through early August , check listings for exact times and line‑ups.</w:t>
      </w:r>
      <w:r/>
      <w:r/>
    </w:p>
    <w:p>
      <w:pPr>
        <w:pStyle w:val="Heading2"/>
      </w:pPr>
      <w:r>
        <w:t>A striking reuse: industrial bones meet festival energy</w:t>
      </w:r>
      <w:r/>
    </w:p>
    <w:p>
      <w:r/>
      <w:r>
        <w:t>This is a proper feel‑good retrofit , a building that once powered Belfast will briefly power nights out again, but in a very different register. The Electric Light Station’s brick and metal bones give festival programming a gritty, cinematic backdrop you don’t get in a modern bar. Lavery’s is clearly leaning into that contrast: historic architecture plus loud live music and comedy equals memorable nights.</w:t>
      </w:r>
      <w:r/>
    </w:p>
    <w:p>
      <w:pPr>
        <w:pStyle w:val="Heading2"/>
      </w:pPr>
      <w:r>
        <w:t>Why Lavery’s picked this venue and what it means for the city</w:t>
      </w:r>
      <w:r/>
    </w:p>
    <w:p>
      <w:r/>
      <w:r>
        <w:t>Lavery’s is swapping its familiar bar rooms for something larger and moodier, tapping into Belfast’s appetite for creative reuse. According to local briefings, organisers see the takeover as a way to showcase culture across Pride and the Fleadh while activating a long‑unused civic asset. For residents, it’s a welcome reminder that old buildings can have new public lives rather than sitting empty.</w:t>
      </w:r>
      <w:r/>
    </w:p>
    <w:p>
      <w:pPr>
        <w:pStyle w:val="Heading2"/>
      </w:pPr>
      <w:r>
        <w:t>What to expect across Pride weekend and the comedy night</w:t>
      </w:r>
      <w:r/>
    </w:p>
    <w:p>
      <w:r/>
      <w:r>
        <w:t>The Pride takeover promises an all‑day party vibe , think colourful, communal, and celebratory. Then, for one night only, Lavery’s Comedy Club moves its popular line‑up into the station: local names like Ciaran Bartlett, Diona Doherty and Aaron Butler will be on the bill, delivering stand‑up in an atmospheric space that’ll feel both intimate and slightly anarchic. If you’re a comedy fan, arrive early to soak up the setting , your phone photos will thank you.</w:t>
      </w:r>
      <w:r/>
    </w:p>
    <w:p>
      <w:pPr>
        <w:pStyle w:val="Heading2"/>
      </w:pPr>
      <w:r>
        <w:t>Fleadh week programming: traditional music in an industrial shell</w:t>
      </w:r>
      <w:r/>
    </w:p>
    <w:p>
      <w:r/>
      <w:r>
        <w:t>The Fleadh Cheoil na hÉireann is the world’s largest celebration of traditional Irish music and culture, and Belfast is gearing up for an influx of performers and visitors. Lavery’s plans multiple events through the Fleadh week, offering a fringe‑style counterpart to the city’s civic stages. For festivalgoers, this is a chance to catch spontaneous sessions and curated concerts in a venue that won’t feel like a sterile concert hall , expect lively, close‑up sets.</w:t>
      </w:r>
      <w:r/>
    </w:p>
    <w:p>
      <w:pPr>
        <w:pStyle w:val="Heading2"/>
      </w:pPr>
      <w:r>
        <w:t>Practical tips: tickets, travel and enjoying the space</w:t>
      </w:r>
      <w:r/>
    </w:p>
    <w:p>
      <w:r/>
      <w:r>
        <w:t>Check Lavery’s website and official Fleadh listings for ticket releases and capacity details , the reclaimed power station will likely have limited standing room and a stronger sense of closeness than a regular gig space. If you’re coming from out of town, factor in the crowds during Fleadh week and book transport or parking early. And wear comfortable shoes: industrial floors and late nights call for sensible footwear.</w:t>
      </w:r>
      <w:r/>
    </w:p>
    <w:p>
      <w:r/>
      <w:r>
        <w:t>It's a small change that can make Belfast’s festival scene feel bigger and more imaginative.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2">
        <w:r>
          <w:rPr>
            <w:color w:val="0000EE"/>
            <w:u w:val="single"/>
          </w:rPr>
          <w:t>[3]</w:t>
        </w:r>
      </w:hyperlink>
      <w:r>
        <w:t xml:space="preserve">, </w:t>
      </w:r>
      <w:hyperlink r:id="rId9">
        <w:r>
          <w:rPr>
            <w:color w:val="0000EE"/>
            <w:u w:val="single"/>
          </w:rPr>
          <w:t>[1]</w:t>
        </w:r>
      </w:hyperlink>
      <w:r>
        <w:t xml:space="preserve">- Paragraph 4: </w:t>
      </w:r>
      <w:hyperlink r:id="rId11">
        <w:r>
          <w:rPr>
            <w:color w:val="0000EE"/>
            <w:u w:val="single"/>
          </w:rPr>
          <w:t>[4]</w:t>
        </w:r>
      </w:hyperlink>
      <w:r>
        <w:t xml:space="preserve">, </w:t>
      </w:r>
      <w:hyperlink r:id="rId14">
        <w:r>
          <w:rPr>
            <w:color w:val="0000EE"/>
            <w:u w:val="single"/>
          </w:rPr>
          <w:t>[6]</w:t>
        </w:r>
      </w:hyperlink>
      <w:r>
        <w:t xml:space="preserve">- Paragraph 5: </w:t>
      </w:r>
      <w:hyperlink r:id="rId15">
        <w:r>
          <w:rPr>
            <w:color w:val="0000EE"/>
            <w:u w:val="single"/>
          </w:rPr>
          <w:t>[7]</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https://www.belfastlive.co.uk/whats-on/laverys-transform-historic-belfast-electric-34292924</w:t>
        </w:r>
      </w:hyperlink>
      <w:r>
        <w:t xml:space="preserve"> - Please view link - unable to able to access data</w:t>
      </w:r>
      <w:r/>
    </w:p>
    <w:p>
      <w:pPr>
        <w:pStyle w:val="ListNumber"/>
        <w:spacing w:line="240" w:lineRule="auto"/>
        <w:ind w:left="720"/>
      </w:pPr>
      <w:r/>
      <w:hyperlink r:id="rId10">
        <w:r>
          <w:rPr>
            <w:color w:val="0000EE"/>
            <w:u w:val="single"/>
          </w:rPr>
          <w:t>https://ra.co/events/2473378</w:t>
        </w:r>
      </w:hyperlink>
      <w:r>
        <w:t xml:space="preserve"> - Mince21 x Laverys // Pride26 is a collaboration between Mince Collective and Laverys to host a large warehouse party at the Electric Light Station Warehouse in Belfast on Saturday, July 25, 2026. The event features drag shows with performers like Oh'Neilly Cummins, Venus Black, Noeleen Beef, Nina, and special guests, along with a DJ set from The Only Sassie. The party starts at 14:00 and continues into the early hours, celebrating Belfast Pride in a unique Victorian-era venue in the city centre.</w:t>
      </w:r>
      <w:r/>
    </w:p>
    <w:p>
      <w:pPr>
        <w:pStyle w:val="ListNumber"/>
        <w:spacing w:line="240" w:lineRule="auto"/>
        <w:ind w:left="720"/>
      </w:pPr>
      <w:r/>
      <w:hyperlink r:id="rId12">
        <w:r>
          <w:rPr>
            <w:color w:val="0000EE"/>
            <w:u w:val="single"/>
          </w:rPr>
          <w:t>https://laverys.com/whats-on/belfast-fleadh/</w:t>
        </w:r>
      </w:hyperlink>
      <w:r>
        <w:t xml:space="preserve"> - Laverys is hosting a series of events during Fleadh Cheoil na hÉireann in Belfast from August 2 to August 9, 2026. The lineup includes performances by Cúig, Weird Ireland, The Wran, Paddy McKeown, Ispíní na hÉireann, Patrick Ní Hoolihan, and John Spillane. Additionally, Laverys is offering 'Pints, Punks &amp; Paramilitaries' bus tours for £20 on August 6, 7, and 8, providing a unique cultural experience during the festival.</w:t>
      </w:r>
      <w:r/>
    </w:p>
    <w:p>
      <w:pPr>
        <w:pStyle w:val="ListNumber"/>
        <w:spacing w:line="240" w:lineRule="auto"/>
        <w:ind w:left="720"/>
      </w:pPr>
      <w:r/>
      <w:hyperlink r:id="rId11">
        <w:r>
          <w:rPr>
            <w:color w:val="0000EE"/>
            <w:u w:val="single"/>
          </w:rPr>
          <w:t>https://www.rte.ie/news/ulster/2026/0307/1562173-fleadh-ceoil-belfast/</w:t>
        </w:r>
      </w:hyperlink>
      <w:r>
        <w:t xml:space="preserve"> - Belfast has been announced as the venue for Fleadh Cheoil na hÉireann for the second consecutive year in 2027. The decision reflects the commitment and hard work from Belfast City Council and Ards CCÉ in delivering a welcoming and inclusive Fleadh. The Fleadh will run from August 2 to August 9, 2026, and is expected to attract hundreds of thousands of visitors, bringing a significant economic boost to the city.</w:t>
      </w:r>
      <w:r/>
    </w:p>
    <w:p>
      <w:pPr>
        <w:pStyle w:val="ListNumber"/>
        <w:spacing w:line="240" w:lineRule="auto"/>
        <w:ind w:left="720"/>
      </w:pPr>
      <w:r/>
      <w:hyperlink r:id="rId13">
        <w:r>
          <w:rPr>
            <w:color w:val="0000EE"/>
            <w:u w:val="single"/>
          </w:rPr>
          <w:t>https://www.belfastcity.gov.uk/news/belfast-sets-the-stage-for-fleadh-cheoil-na-heirea</w:t>
        </w:r>
      </w:hyperlink>
      <w:r>
        <w:t xml:space="preserve"> - Belfast City Council and Comhaltas have announced key city centre venues for Fleadh Cheoil na hÉireann 2026, taking place from August 2 to August 9, 2026. The Gig Rig, the main outdoor stage, will be located at Belfast City Hall, offering free performances from both big-name acts and emerging talent. An open call for artists to perform on the Gig Rig stage has been launched, inviting traditional musicians, emerging artists, youth groups, community ensembles, and innovative collaborations.</w:t>
      </w:r>
      <w:r/>
    </w:p>
    <w:p>
      <w:pPr>
        <w:pStyle w:val="ListNumber"/>
        <w:spacing w:line="240" w:lineRule="auto"/>
        <w:ind w:left="720"/>
      </w:pPr>
      <w:r/>
      <w:hyperlink r:id="rId14">
        <w:r>
          <w:rPr>
            <w:color w:val="0000EE"/>
            <w:u w:val="single"/>
          </w:rPr>
          <w:t>https://visitbelfast.com/fleadh-cheoil-na-heireann-belfast-2026/fleadh-cheoil-na-heireann-faqs-belfast-2026/</w:t>
        </w:r>
      </w:hyperlink>
      <w:r>
        <w:t xml:space="preserve"> - Fleadh Cheoil na hÉireann 2026 will take place in Belfast from August 2 to August 9, 2026. The event is the world’s largest celebration of Irish music and culture, featuring All-Ireland competitions, concerts, street performances, cultural activities, céilí bands, pageants, marching bands, drama, and a food village in the grounds of St Anne’s Cathedral. Over 800,000 people are expected to attend, making it one of the biggest events ever held in Belfast.</w:t>
      </w:r>
      <w:r/>
    </w:p>
    <w:p>
      <w:pPr>
        <w:pStyle w:val="ListNumber"/>
        <w:spacing w:line="240" w:lineRule="auto"/>
        <w:ind w:left="720"/>
      </w:pPr>
      <w:r/>
      <w:hyperlink r:id="rId15">
        <w:r>
          <w:rPr>
            <w:color w:val="0000EE"/>
            <w:u w:val="single"/>
          </w:rPr>
          <w:t>https://www.belfastcity.gov.uk/events/fleadh-belfast</w:t>
        </w:r>
      </w:hyperlink>
      <w:r>
        <w:t xml:space="preserve"> - Belfast will host Fleadh Cheoil na hÉireann 2026, the world’s biggest celebration of Irish music and culture, from August 2 to August 9, 2026. The event includes All-Ireland competitions, concerts, street performances, cultural activities, céilí bands, pageants, marching bands, drama, a food village in the grounds of St Anne’s Cathedral, neighbourhood-based fringe activities, and exhibitions. Over 800,000 people are expected to attend, making it a momentous event for the city.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belfastlive.co.uk/whats-on/laverys-transform-historic-belfast-electric-34292924" TargetMode="External"/><Relationship Id="rId10" Type="http://schemas.openxmlformats.org/officeDocument/2006/relationships/hyperlink" Target="https://ra.co/events/2473378" TargetMode="External"/><Relationship Id="rId11" Type="http://schemas.openxmlformats.org/officeDocument/2006/relationships/hyperlink" Target="https://www.rte.ie/news/ulster/2026/0307/1562173-fleadh-ceoil-belfast/" TargetMode="External"/><Relationship Id="rId12" Type="http://schemas.openxmlformats.org/officeDocument/2006/relationships/hyperlink" Target="https://laverys.com/whats-on/belfast-fleadh/" TargetMode="External"/><Relationship Id="rId13" Type="http://schemas.openxmlformats.org/officeDocument/2006/relationships/hyperlink" Target="https://www.belfastcity.gov.uk/news/belfast-sets-the-stage-for-fleadh-cheoil-na-heirea" TargetMode="External"/><Relationship Id="rId14" Type="http://schemas.openxmlformats.org/officeDocument/2006/relationships/hyperlink" Target="https://visitbelfast.com/fleadh-cheoil-na-heireann-belfast-2026/fleadh-cheoil-na-heireann-faqs-belfast-2026/" TargetMode="External"/><Relationship Id="rId15" Type="http://schemas.openxmlformats.org/officeDocument/2006/relationships/hyperlink" Target="https://www.belfastcity.gov.uk/events/fleadh-belfas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