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OutfestNEXT 2026 Picks: What to See at LA’s Queer Film Showcase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Turn up the volume: OutfestNEXT returns to Los Angeles for four days of bold, funny and fierce LGBTQ+ storytelling, bringing filmmakers, panels and fresh premieres to the LA LGBT Center’s Village at Ed Gould Plaza from July 23–26, perfect for festivalgoers who want new queer voices and star-studded screenings.</w:t>
      </w:r>
      <w:r/>
    </w:p>
    <w:p>
      <w:r/>
      <w:r>
        <w:t>Essential Takeaways</w:t>
      </w:r>
      <w:r/>
      <w:r/>
    </w:p>
    <w:p>
      <w:pPr>
        <w:pStyle w:val="ListBullet"/>
        <w:spacing w:line="240" w:lineRule="auto"/>
        <w:ind w:left="720"/>
      </w:pPr>
      <w:r/>
      <w:r>
        <w:rPr>
          <w:b/>
        </w:rPr>
        <w:t>When and where:</w:t>
      </w:r>
      <w:r>
        <w:t xml:space="preserve"> July 23–26 at the LA LGBT Center’s Village at Ed Gould Plaza, a compact, walkable festival layout.</w:t>
      </w:r>
      <w:r/>
    </w:p>
    <w:p>
      <w:pPr>
        <w:pStyle w:val="ListBullet"/>
        <w:spacing w:line="240" w:lineRule="auto"/>
        <w:ind w:left="720"/>
      </w:pPr>
      <w:r/>
      <w:r>
        <w:rPr>
          <w:b/>
        </w:rPr>
        <w:t>Headliner:</w:t>
      </w:r>
      <w:r>
        <w:t xml:space="preserve"> Gregg Araki’s new feature I Want Your Sex, starring Olivia Wilde and Cooper Hoffman, plus a stacked supporting cast.</w:t>
      </w:r>
      <w:r/>
    </w:p>
    <w:p>
      <w:pPr>
        <w:pStyle w:val="ListBullet"/>
        <w:spacing w:line="240" w:lineRule="auto"/>
        <w:ind w:left="720"/>
      </w:pPr>
      <w:r/>
      <w:r>
        <w:rPr>
          <w:b/>
        </w:rPr>
        <w:t>Scale:</w:t>
      </w:r>
      <w:r>
        <w:t xml:space="preserve"> 19 features and more than 30 shorts, ideal for discovering emerging filmmakers alongside established names.</w:t>
      </w:r>
      <w:r/>
    </w:p>
    <w:p>
      <w:pPr>
        <w:pStyle w:val="ListBullet"/>
        <w:spacing w:line="240" w:lineRule="auto"/>
        <w:ind w:left="720"/>
      </w:pPr>
      <w:r/>
      <w:r>
        <w:rPr>
          <w:b/>
        </w:rPr>
        <w:t>Festival vibe:</w:t>
      </w:r>
      <w:r>
        <w:t xml:space="preserve"> Workshops, conversations and community events that feel intimate and welcoming, with a lively, social buzz.</w:t>
      </w:r>
      <w:r/>
    </w:p>
    <w:p>
      <w:pPr>
        <w:pStyle w:val="ListBullet"/>
        <w:spacing w:line="240" w:lineRule="auto"/>
        <w:ind w:left="720"/>
      </w:pPr>
      <w:r/>
      <w:r>
        <w:rPr>
          <w:b/>
        </w:rPr>
        <w:t>Practical tip:</w:t>
      </w:r>
      <w:r>
        <w:t xml:space="preserve"> Book early, popular screenings and panels sell out quickly, and tickets often come in session bundles.</w:t>
      </w:r>
      <w:r/>
      <w:r/>
    </w:p>
    <w:p>
      <w:pPr>
        <w:pStyle w:val="Heading2"/>
      </w:pPr>
      <w:r>
        <w:t>What’s new this year and why it matters</w:t>
      </w:r>
      <w:r/>
    </w:p>
    <w:p>
      <w:r/>
      <w:r>
        <w:t>OutfestNEXT is back with a tighter, festival-friendly format that feels deliberately social and celebratory, not crowded. The festival’s four-day run focuses on new queer work and emerging directors, so you’ll catch films before they hit wider circuits. That sense of discovery is the draw: you’re not just watching movies, you’re seeing where queer cinema is headed next.</w:t>
      </w:r>
      <w:r/>
    </w:p>
    <w:p>
      <w:pPr>
        <w:pStyle w:val="Heading2"/>
      </w:pPr>
      <w:r>
        <w:t>The headline film: Gregg Araki’s latest and the star power</w:t>
      </w:r>
      <w:r/>
    </w:p>
    <w:p>
      <w:r/>
      <w:r>
        <w:t>Gregg Araki, honoured with an Outfest Achievement Award, opens eyes with I Want Your Sex, a film that pairs festival credibility with recognisable names like Olivia Wilde and Cooper Hoffman. That casting brings mainstream attention without diluting the festival’s indie spirit. If you love seeing established talent support daring, queer stories, this screening is a must.</w:t>
      </w:r>
      <w:r/>
    </w:p>
    <w:p>
      <w:pPr>
        <w:pStyle w:val="Heading2"/>
      </w:pPr>
      <w:r>
        <w:t>Shorts, features and the joy of discovery</w:t>
      </w:r>
      <w:r/>
    </w:p>
    <w:p>
      <w:r/>
      <w:r>
        <w:t>With roughly 30 short films and 18 other features, OutfestNEXT is stacked for programmers and casual viewers alike. Shorts programmes are where programmers often spot breakout directors, so attend a shorts block if you like seeing rough diamonds. Features offer a mix of comedy, drama and experimental work; organisers have curated a programme that balances emotional range with stylistic risk.</w:t>
      </w:r>
      <w:r/>
    </w:p>
    <w:p>
      <w:pPr>
        <w:pStyle w:val="Heading2"/>
      </w:pPr>
      <w:r>
        <w:t>Beyond screenings: workshops, panels and community talks</w:t>
      </w:r>
      <w:r/>
    </w:p>
    <w:p>
      <w:r/>
      <w:r>
        <w:t>OutfestNEXT isn’t just a screening schedule, there are workshops and conversations designed for creatives and curious audiences. These sessions let you hear from filmmakers about craft, funding and representation. If you’re a writer or director, bring business cards; if you’re an avid viewer, come ready with questions. The festival’s workshops are practical and often surprisingly candid.</w:t>
      </w:r>
      <w:r/>
    </w:p>
    <w:p>
      <w:pPr>
        <w:pStyle w:val="Heading2"/>
      </w:pPr>
      <w:r>
        <w:t>How to plan your visit and what to expect on the ground</w:t>
      </w:r>
      <w:r/>
    </w:p>
    <w:p>
      <w:r/>
      <w:r>
        <w:t>The Village at Ed Gould Plaza is compact and pedestrian-friendly, which makes hopping between screenings and events easy. Tickets often sell as packages or single sessions, so decide whether you want a deep-dive day or a bit of everything. Arrive early for popular panels, and factor in time for post-screening conversations, those Q&amp;As tend to be the best part, with filmmakers sharing backstage stories and local reactions.</w:t>
      </w:r>
      <w:r/>
    </w:p>
    <w:p>
      <w:pPr>
        <w:pStyle w:val="Heading2"/>
      </w:pPr>
      <w:r>
        <w:t>Why OutfestNEXT matters for queer storytelling now</w:t>
      </w:r>
      <w:r/>
    </w:p>
    <w:p>
      <w:r/>
      <w:r>
        <w:t>OutfestNEXT functions as both a launchpad for new talent and a cultural hub for queer community in LA. Festivals like this help diversify the kinds of stories that reach audiences and industry gatekeepers, so supporting them matters beyond a single weekend. Expect personal work, boundary-pushing ideas and a few films that’ll stick with you long after the credits roll.</w:t>
      </w:r>
      <w:r/>
    </w:p>
    <w:p>
      <w:r/>
      <w:r>
        <w:t>It’s a small festival with a big mission, show up, watch broadly, and celebrate stories that often don’t get their own spotlight.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[4]</w:t>
        </w:r>
      </w:hyperlink>
      <w:r>
        <w:t xml:space="preserve">, </w:t>
      </w:r>
      <w:hyperlink r:id="rId11">
        <w:r>
          <w:rPr>
            <w:color w:val="0000EE"/>
            <w:u w:val="single"/>
          </w:rPr>
          <w:t>[2]</w:t>
        </w:r>
      </w:hyperlink>
      <w:r>
        <w:t xml:space="preserve">- Paragraph 2: </w:t>
      </w:r>
      <w:hyperlink r:id="rId9">
        <w:r>
          <w:rPr>
            <w:color w:val="0000EE"/>
            <w:u w:val="single"/>
          </w:rPr>
          <w:t>[1]</w:t>
        </w:r>
      </w:hyperlink>
      <w:r>
        <w:t xml:space="preserve">, </w:t>
      </w:r>
      <w:hyperlink r:id="rId12">
        <w:r>
          <w:rPr>
            <w:color w:val="0000EE"/>
            <w:u w:val="single"/>
          </w:rPr>
          <w:t>[5]</w:t>
        </w:r>
      </w:hyperlink>
      <w:r>
        <w:t xml:space="preserve">- Paragraph 3: </w:t>
      </w:r>
      <w:hyperlink r:id="rId9">
        <w:r>
          <w:rPr>
            <w:color w:val="0000EE"/>
            <w:u w:val="single"/>
          </w:rPr>
          <w:t>[1]</w:t>
        </w:r>
      </w:hyperlink>
      <w:r>
        <w:t xml:space="preserve">, </w:t>
      </w:r>
      <w:hyperlink r:id="rId13">
        <w:r>
          <w:rPr>
            <w:color w:val="0000EE"/>
            <w:u w:val="single"/>
          </w:rPr>
          <w:t>[7]</w:t>
        </w:r>
      </w:hyperlink>
      <w:r>
        <w:t xml:space="preserve">- Paragraph 4: </w:t>
      </w:r>
      <w:hyperlink r:id="rId11">
        <w:r>
          <w:rPr>
            <w:color w:val="0000EE"/>
            <w:u w:val="single"/>
          </w:rPr>
          <w:t>[2]</w:t>
        </w:r>
      </w:hyperlink>
      <w:r>
        <w:t xml:space="preserve">, </w:t>
      </w:r>
      <w:hyperlink r:id="rId14">
        <w:r>
          <w:rPr>
            <w:color w:val="0000EE"/>
            <w:u w:val="single"/>
          </w:rPr>
          <w:t>[6]</w:t>
        </w:r>
      </w:hyperlink>
      <w:r>
        <w:t xml:space="preserve">- Paragraph 5: </w:t>
      </w:r>
      <w:hyperlink r:id="rId10">
        <w:r>
          <w:rPr>
            <w:color w:val="0000EE"/>
            <w:u w:val="single"/>
          </w:rPr>
          <w:t>[4]</w:t>
        </w:r>
      </w:hyperlink>
      <w:r>
        <w:t xml:space="preserve">, </w:t>
      </w:r>
      <w:hyperlink r:id="rId11">
        <w:r>
          <w:rPr>
            <w:color w:val="0000EE"/>
            <w:u w:val="single"/>
          </w:rPr>
          <w:t>[2]</w:t>
        </w:r>
      </w:hyperlink>
      <w:r>
        <w:t xml:space="preserve">- Paragraph 6: </w:t>
      </w:r>
      <w:hyperlink r:id="rId12">
        <w:r>
          <w:rPr>
            <w:color w:val="0000EE"/>
            <w:u w:val="single"/>
          </w:rPr>
          <w:t>[5]</w:t>
        </w:r>
      </w:hyperlink>
      <w:r>
        <w:t xml:space="preserve">, </w:t>
      </w:r>
      <w:hyperlink r:id="rId15">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https://abc7.com/videoClip/19514220/</w:t>
        </w:r>
      </w:hyperlink>
      <w:r>
        <w:t xml:space="preserve"> - Please view link - unable to able to access data</w:t>
      </w:r>
      <w:r/>
    </w:p>
    <w:p>
      <w:pPr>
        <w:pStyle w:val="ListNumber"/>
        <w:spacing w:line="240" w:lineRule="auto"/>
        <w:ind w:left="720"/>
      </w:pPr>
      <w:r/>
      <w:hyperlink r:id="rId11">
        <w:r>
          <w:rPr>
            <w:color w:val="0000EE"/>
            <w:u w:val="single"/>
          </w:rPr>
          <w:t>https://www.outfest.org/screenings-events</w:t>
        </w:r>
      </w:hyperlink>
      <w:r>
        <w:t xml:space="preserve"> - OutfestNEXT 2026 is scheduled to take place from July 23 to 26, 2026, at the LA LGBT Center's Renberg Theater and Micro Cinema. The event will showcase a vibrant spectrum of narrative and documentary features and shorts, celebrating queer and trans storytelling across generations. The full program reflects the most impactful queer filmmaking of the year, inviting attendees to discover new voices, reconnect with their favourite film artists, and find community through stories that resonate long after the credits roll.</w:t>
      </w:r>
      <w:r/>
    </w:p>
    <w:p>
      <w:pPr>
        <w:pStyle w:val="ListNumber"/>
        <w:spacing w:line="240" w:lineRule="auto"/>
        <w:ind w:left="720"/>
      </w:pPr>
      <w:r/>
      <w:hyperlink r:id="rId15">
        <w:r>
          <w:rPr>
            <w:color w:val="0000EE"/>
            <w:u w:val="single"/>
          </w:rPr>
          <w:t>https://www.outfest.org/</w:t>
        </w:r>
      </w:hyperlink>
      <w:r>
        <w:t xml:space="preserve"> - Outfest is a Los Angeles-based nonprofit organisation that has been uplifting local, regional, national, and global LGBTQ+ storytellers in the entertainment industry since 1982. The organisation is known for its flagship film festivals, screening series, annual awards gala, and more. In 2026, Outfest is launching the new Outfest Cinema Series, producing the 2026 edition of OutfestNEXT, and continuing its work supporting queer filmmakers through education and mentorship.</w:t>
      </w:r>
      <w:r/>
    </w:p>
    <w:p>
      <w:pPr>
        <w:pStyle w:val="ListNumber"/>
        <w:spacing w:line="240" w:lineRule="auto"/>
        <w:ind w:left="720"/>
      </w:pPr>
      <w:r/>
      <w:hyperlink r:id="rId10">
        <w:r>
          <w:rPr>
            <w:color w:val="0000EE"/>
            <w:u w:val="single"/>
          </w:rPr>
          <w:t>https://www.averagesocialite.com/la-events/2026/07/23/2026-outfestnext-la</w:t>
        </w:r>
      </w:hyperlink>
      <w:r>
        <w:t xml:space="preserve"> - OutfestNEXT 2026 is a four-day screening series sponsored by Delta Air Lines and Art &amp; Rev, taking place in Los Angeles at the LA LGBT Center’s Village at Ed Gould Plaza from July 23 to 26. The event brings filmmakers, audiences, and industry professionals together to celebrate the breadth and creativity of contemporary and classic queer cinema. Over its four-day run, OutfestNEXT will celebrate the diverse spectrum of experiences within the global queer community through a showcase of narrative and documentary features and short films in the Renberg Theatre and Outfest Microcinema.</w:t>
      </w:r>
      <w:r/>
    </w:p>
    <w:p>
      <w:pPr>
        <w:pStyle w:val="ListNumber"/>
        <w:spacing w:line="240" w:lineRule="auto"/>
        <w:ind w:left="720"/>
      </w:pPr>
      <w:r/>
      <w:hyperlink r:id="rId12">
        <w:r>
          <w:rPr>
            <w:color w:val="0000EE"/>
            <w:u w:val="single"/>
          </w:rPr>
          <w:t>https://hollywoodtimes.net/outfestnext-returns-los-angeles-bold-lineup-celebrating-queer-storytelling/</w:t>
        </w:r>
      </w:hyperlink>
      <w:r>
        <w:t xml:space="preserve"> - OutfestNEXT returns to Los Angeles from July 23 to 26, 2026, bringing four nights of queer cinema, filmmaker conversations, community gatherings, and LGBTQ+ storytelling to the LA LGBT Center’s Village at Ed Gould Plaza. The annual event will feature a curated selection of narrative and documentary features, short films, filmmaker-forward workshops, and panel discussions, along with receptions in the Village Courtyard that encourage filmmakers, audiences, and industry professionals to connect and celebrate queer creativity.</w:t>
      </w:r>
      <w:r/>
    </w:p>
    <w:p>
      <w:pPr>
        <w:pStyle w:val="ListNumber"/>
        <w:spacing w:line="240" w:lineRule="auto"/>
        <w:ind w:left="720"/>
      </w:pPr>
      <w:r/>
      <w:hyperlink r:id="rId14">
        <w:r>
          <w:rPr>
            <w:color w:val="0000EE"/>
            <w:u w:val="single"/>
          </w:rPr>
          <w:t>https://www.apgf.org/outfest-next</w:t>
        </w:r>
      </w:hyperlink>
      <w:r>
        <w:t xml:space="preserve"> - OutfestNEXT 2026 is scheduled to take place from July 23 to 26, 2026, at the LA LGBT Center's Renberg Theatre. Over its four-day run, OutfestNEXT will showcase twenty film programs, including a vibrant spectrum of narrative and documentary features and shorts that celebrate queer and trans storytelling across generations. The full program reflects the most impactful queer filmmaking of the year, inviting attendees to discover new voices, reconnect with their favourite film artists, and find community through stories that resonate long after the credits roll.</w:t>
      </w:r>
      <w:r/>
    </w:p>
    <w:p>
      <w:pPr>
        <w:pStyle w:val="ListNumber"/>
        <w:spacing w:line="240" w:lineRule="auto"/>
        <w:ind w:left="720"/>
      </w:pPr>
      <w:r/>
      <w:hyperlink r:id="rId13">
        <w:r>
          <w:rPr>
            <w:color w:val="0000EE"/>
            <w:u w:val="single"/>
          </w:rPr>
          <w:t>https://www.outfest.org/news-posts/outfest-in-2026</w:t>
        </w:r>
      </w:hyperlink>
      <w:r>
        <w:t xml:space="preserve"> - Outfest is entering 2026 with a full year of programming and a lot to celebrate. The organisation is launching the new Outfest Cinema Series, producing the 2026 edition of OutfestNEXT, and continuing its work supporting queer filmmakers through education and mentorship. At the heart of all of it is the belief that gathering to watch our lives on screen is both an act of resistance and an act of joy. When the community comes together to celebrate queer stories and the filmmakers who tell them, we're not just watching films, we're building something that can't be erased.</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abc7.com/videoClip/19514220/" TargetMode="External"/><Relationship Id="rId10" Type="http://schemas.openxmlformats.org/officeDocument/2006/relationships/hyperlink" Target="https://www.averagesocialite.com/la-events/2026/07/23/2026-outfestnext-la" TargetMode="External"/><Relationship Id="rId11" Type="http://schemas.openxmlformats.org/officeDocument/2006/relationships/hyperlink" Target="https://www.outfest.org/screenings-events" TargetMode="External"/><Relationship Id="rId12" Type="http://schemas.openxmlformats.org/officeDocument/2006/relationships/hyperlink" Target="https://hollywoodtimes.net/outfestnext-returns-los-angeles-bold-lineup-celebrating-queer-storytelling/" TargetMode="External"/><Relationship Id="rId13" Type="http://schemas.openxmlformats.org/officeDocument/2006/relationships/hyperlink" Target="https://www.outfest.org/news-posts/outfest-in-2026" TargetMode="External"/><Relationship Id="rId14" Type="http://schemas.openxmlformats.org/officeDocument/2006/relationships/hyperlink" Target="https://www.apgf.org/outfest-next" TargetMode="External"/><Relationship Id="rId15" Type="http://schemas.openxmlformats.org/officeDocument/2006/relationships/hyperlink" Target="https://www.outfest.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