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Nova Scotia Pride Music Picks to Stream This Season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Halifax Pride by discovering Nova Scotia’s newest 2SLGBTQIA+ voices , lively, intimate, and unafraid to rewrite the soundtrack of the province. Listen, share, and bring these artists to your next playlist or party.</w:t>
      </w:r>
      <w:r/>
    </w:p>
    <w:p>
      <w:r/>
      <w:r>
        <w:t>Essential Takeaways</w:t>
      </w:r>
      <w:r/>
      <w:r/>
    </w:p>
    <w:p>
      <w:pPr>
        <w:pStyle w:val="ListBullet"/>
        <w:spacing w:line="240" w:lineRule="auto"/>
        <w:ind w:left="720"/>
      </w:pPr>
      <w:r/>
      <w:r>
        <w:rPr>
          <w:b/>
        </w:rPr>
        <w:t>Local variety:</w:t>
      </w:r>
      <w:r>
        <w:t xml:space="preserve"> Nova Scotia’s queer artists span indie folk, pop, hip‑hop, electronic, country, rock and R&amp;B , there’s a sound for every mood. </w:t>
      </w:r>
      <w:r/>
    </w:p>
    <w:p>
      <w:pPr>
        <w:pStyle w:val="ListBullet"/>
        <w:spacing w:line="240" w:lineRule="auto"/>
        <w:ind w:left="720"/>
      </w:pPr>
      <w:r/>
      <w:r>
        <w:rPr>
          <w:b/>
        </w:rPr>
        <w:t>Representation matters:</w:t>
      </w:r>
      <w:r>
        <w:t xml:space="preserve"> Seeing 2SLGBTQIA+ musicians onstage and in playlists helps communities feel seen and broadens audiences. </w:t>
      </w:r>
      <w:r/>
    </w:p>
    <w:p>
      <w:pPr>
        <w:pStyle w:val="ListBullet"/>
        <w:spacing w:line="240" w:lineRule="auto"/>
        <w:ind w:left="720"/>
      </w:pPr>
      <w:r/>
      <w:r>
        <w:rPr>
          <w:b/>
        </w:rPr>
        <w:t>Easy ways to support:</w:t>
      </w:r>
      <w:r>
        <w:t xml:space="preserve"> Stream, follow, buy tickets, add to playlists, and share songs with friends. Small actions mean big reach. </w:t>
      </w:r>
      <w:r/>
    </w:p>
    <w:p>
      <w:pPr>
        <w:pStyle w:val="ListBullet"/>
        <w:spacing w:line="240" w:lineRule="auto"/>
        <w:ind w:left="720"/>
      </w:pPr>
      <w:r/>
      <w:r>
        <w:rPr>
          <w:b/>
        </w:rPr>
        <w:t>Festival timing:</w:t>
      </w:r>
      <w:r>
        <w:t xml:space="preserve"> Halifax Pride and related events create prime moments to catch artists live and introduce them to new fans. </w:t>
      </w:r>
      <w:r/>
    </w:p>
    <w:p>
      <w:pPr>
        <w:pStyle w:val="ListBullet"/>
        <w:spacing w:line="240" w:lineRule="auto"/>
        <w:ind w:left="720"/>
      </w:pPr>
      <w:r/>
      <w:r>
        <w:rPr>
          <w:b/>
        </w:rPr>
        <w:t>Community impact:</w:t>
      </w:r>
      <w:r>
        <w:t xml:space="preserve"> These musicians carry personal stories that translate to universal songs about love, loss and joy.</w:t>
      </w:r>
      <w:r/>
      <w:r/>
    </w:p>
    <w:p>
      <w:pPr>
        <w:pStyle w:val="Heading2"/>
      </w:pPr>
      <w:r>
        <w:t>Why Halifax Pride is the perfect moment to listen in</w:t>
      </w:r>
      <w:r/>
    </w:p>
    <w:p>
      <w:r/>
      <w:r>
        <w:t>Halifax Pride turns the city into a listening room, full of bright, sweaty sets and quiet, confessional moments. The festival’s programming draws attention to homegrown talent, so June (and the surrounding weeks) are great for discovering new tracks while the energy is high. According to Halifax Pride listings, events range from large outdoor concerts to intimate showcases, giving different artists the chance to connect in different ways. If you enjoy a warm, communal buzz while hearing new music, plan a few shows into your weekend and make a day of it.</w:t>
      </w:r>
      <w:r/>
    </w:p>
    <w:p>
      <w:pPr>
        <w:pStyle w:val="Heading2"/>
      </w:pPr>
      <w:r>
        <w:t>Who’s shaping Nova Scotia’s new sound</w:t>
      </w:r>
      <w:r/>
    </w:p>
    <w:p>
      <w:r/>
      <w:r>
        <w:t>A wave of 2SLGBTQIA+ musicians are refreshing the province’s musical heritage with fresh perspectives and bold genre choices. These artists don’t only sing to queer audiences; they write about universal themes , heartbreak, ambition, family , with specific, personal colour. Industry and community pages note the wide stylistic range across the scene, so you’ll hear everything from stripped-back folk to pulsing electronic production. Try sampling a few different styles , your favourite could surprise you.</w:t>
      </w:r>
      <w:r/>
    </w:p>
    <w:p>
      <w:pPr>
        <w:pStyle w:val="Heading2"/>
      </w:pPr>
      <w:r>
        <w:t>How to discover and support queer musicians near you</w:t>
      </w:r>
      <w:r/>
    </w:p>
    <w:p>
      <w:r/>
      <w:r>
        <w:t>Supporting artists is straightforward and actually fun. Stream songs on your platform of choice, give an artist a follow, buy a ticket, or add a single to a playlist you share with friends. Local guides and community organisations suggest that sharing music with your circle often creates the most meaningful discovery, so send a song with a note explaining why it moved you. If you can, buy merch at gigs , the direct-artist financial boost is immediate.</w:t>
      </w:r>
      <w:r/>
    </w:p>
    <w:p>
      <w:pPr>
        <w:pStyle w:val="Heading2"/>
      </w:pPr>
      <w:r>
        <w:t>Choosing what to listen to first , practical tips</w:t>
      </w:r>
      <w:r/>
    </w:p>
    <w:p>
      <w:r/>
      <w:r>
        <w:t>Start with the mood you want: need something reflective? Seek out indie folk or R&amp;B with close, intimate vocals. Want to dance? Explore electronic or pop. If you’re new to local artists, look for festival lineups and community showcases which often group similarly styled acts, making it easy to find a second favourite. For concertgoers, check event pages and community calendars before you go , small venues can sell out, while free outdoor events are great for casual discovery.</w:t>
      </w:r>
      <w:r/>
    </w:p>
    <w:p>
      <w:pPr>
        <w:pStyle w:val="Heading2"/>
      </w:pPr>
      <w:r>
        <w:t>The bigger picture , why this matters beyond playlists</w:t>
      </w:r>
      <w:r/>
    </w:p>
    <w:p>
      <w:r/>
      <w:r>
        <w:t>Representation in music matters because it changes who feels welcome onstage and who imagines a place for their own voice. When queer Nova Scotian artists headline a show or appear on local radio, it reshapes the cultural map and opens doors for others. Community groups and cultural sites point out that visible artists inspire younger musicians and strengthen a sense of belonging; that’s a quiet, powerful shift worth supporting with more than a one-off listen.</w:t>
      </w:r>
      <w:r/>
    </w:p>
    <w:p>
      <w:r/>
      <w:r>
        <w:t>It's a small change that can make every playlist, party and concert a bit more inclusive , and a lot more interesting.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3">
        <w:r>
          <w:rPr>
            <w:color w:val="0000EE"/>
            <w:u w:val="single"/>
          </w:rPr>
          <w:t>[2]</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https://curatedbyq.com/nsmusicforpride1/?utm_source=rss&amp;utm_medium=rss&amp;utm_campaign=nsmusicforpride1</w:t>
        </w:r>
      </w:hyperlink>
      <w:r>
        <w:t xml:space="preserve"> - Please view link - unable to able to access data</w:t>
      </w:r>
      <w:r/>
    </w:p>
    <w:p>
      <w:pPr>
        <w:pStyle w:val="ListNumber"/>
        <w:spacing w:line="240" w:lineRule="auto"/>
        <w:ind w:left="720"/>
      </w:pPr>
      <w:r/>
      <w:hyperlink r:id="rId13">
        <w:r>
          <w:rPr>
            <w:color w:val="0000EE"/>
            <w:u w:val="single"/>
          </w:rPr>
          <w:t>https://dancens.ca/move-with-pride/</w:t>
        </w:r>
      </w:hyperlink>
      <w:r>
        <w:t xml:space="preserve"> - Dance Nova Scotia presents 'Move With Pride,' a high-energy celebration of movement, music, and community for the 2SLGBTQIA+ community. This inclusive event blends dance, fitness, and fun, offering a welcoming space for all levels and abilities. Led by 2SLGBTQIA+ instructors and featuring live-mixed tracks by 2SLGBTQIA+ DJs, 'Move With Pride' showcases music from 2SLGBTQIA+ artists, fostering a supportive and affirming environment. The events are free to attend and take place throughout the year, proudly presented in partnership with The Q Creative Network.</w:t>
      </w:r>
      <w:r/>
    </w:p>
    <w:p>
      <w:pPr>
        <w:pStyle w:val="ListNumber"/>
        <w:spacing w:line="240" w:lineRule="auto"/>
        <w:ind w:left="720"/>
      </w:pPr>
      <w:r/>
      <w:hyperlink r:id="rId14">
        <w:r>
          <w:rPr>
            <w:color w:val="0000EE"/>
            <w:u w:val="single"/>
          </w:rPr>
          <w:t>https://nauticus.ca/</w:t>
        </w:r>
      </w:hyperlink>
      <w:r>
        <w:t xml:space="preserve"> - Nauticus is a non-profit organization in Halifax, Nova Scotia, dedicated to promoting and producing entertainment events while providing a safe space free from discrimination. Their upcoming event, 'Halo / Hedon' Pride Dance, scheduled for July 24, 2026, features DJs Mohammad, Aris, and Disrespects. As a 100% volunteer-driven non-profit, Nauticus directs net proceeds from these events to charities focusing on 2SLGBTQ+ and youth causes in Atlantic Canada.</w:t>
      </w:r>
      <w:r/>
    </w:p>
    <w:p>
      <w:pPr>
        <w:pStyle w:val="ListNumber"/>
        <w:spacing w:line="240" w:lineRule="auto"/>
        <w:ind w:left="720"/>
      </w:pPr>
      <w:r/>
      <w:hyperlink r:id="rId11">
        <w:r>
          <w:rPr>
            <w:color w:val="0000EE"/>
            <w:u w:val="single"/>
          </w:rPr>
          <w:t>https://en.wikipedia.org/wiki/Halifax_Pride</w:t>
        </w:r>
      </w:hyperlink>
      <w:r>
        <w:t xml:space="preserve"> - Halifax Pride is an annual LGBTQ pride festival held in Halifax, Nova Scotia, and is the largest 2SLGBTQ+ event in Atlantic Canada. First held in 1988, the festival has grown significantly, with approximately 2,500 marchers and 80,000 attendees in 2014. The event features a variety of activities, including live performances, community markets, and a parade, celebrating the diversity and resilience of the 2SLGBTQIA+ community.</w:t>
      </w:r>
      <w:r/>
    </w:p>
    <w:p>
      <w:pPr>
        <w:pStyle w:val="ListNumber"/>
        <w:spacing w:line="240" w:lineRule="auto"/>
        <w:ind w:left="720"/>
      </w:pPr>
      <w:r/>
      <w:hyperlink r:id="rId10">
        <w:r>
          <w:rPr>
            <w:color w:val="0000EE"/>
            <w:u w:val="single"/>
          </w:rPr>
          <w:t>https://novascotia.com/event/halifax-pride-festival/</w:t>
        </w:r>
      </w:hyperlink>
      <w:r>
        <w:t xml:space="preserve"> - The Halifax Pride Festival is a 10-day celebration of the LGBTQ+ community, featuring events across multiple city locations. This cultural festival includes a parade and promotes diversity through various community events throughout Halifax. As Atlantic Canada's largest celebration of LGBTQ+ pride, the festival has evolved into an 11-day extravaganza that draws over 120,000 participants to downtown Halifax each July, transforming the city into a vibrant tapestry of rainbow flags and community spirit.</w:t>
      </w:r>
      <w:r/>
    </w:p>
    <w:p>
      <w:pPr>
        <w:pStyle w:val="ListNumber"/>
        <w:spacing w:line="240" w:lineRule="auto"/>
        <w:ind w:left="720"/>
      </w:pPr>
      <w:r/>
      <w:hyperlink r:id="rId12">
        <w:r>
          <w:rPr>
            <w:color w:val="0000EE"/>
            <w:u w:val="single"/>
          </w:rPr>
          <w:t>https://nscsw.org/pride-2022/</w:t>
        </w:r>
      </w:hyperlink>
      <w:r>
        <w:t xml:space="preserve"> - The Nova Scotia College of Social Workers (NSCSW) celebrates 2SLGBTQIA+ Pride in Nova Scotia, acknowledging the global significance of Pride Month in June. The NSCSW emphasizes the importance of gathering, sharing, and growing in strength, solidarity, and advocacy together. The organization reflects on the progress made and the challenges that remain, advocating for a world where every day is filled with pride, justice, equity, and safety for all individuals.</w:t>
      </w:r>
      <w:r/>
    </w:p>
    <w:p>
      <w:pPr>
        <w:pStyle w:val="ListNumber"/>
        <w:spacing w:line="240" w:lineRule="auto"/>
        <w:ind w:left="720"/>
      </w:pPr>
      <w:r/>
      <w:hyperlink r:id="rId15">
        <w:r>
          <w:rPr>
            <w:color w:val="0000EE"/>
            <w:u w:val="single"/>
          </w:rPr>
          <w:t>https://nscf.ca/find-a-choir/5229f9ac-6c7a-11f0-824c-4e10d15980dc/</w:t>
        </w:r>
      </w:hyperlink>
      <w:r>
        <w:t xml:space="preserve"> - The Halifax Gay Men's Chorus (HGMC) is a fellowship of lower-voiced singers from the 2SLGBTQIA+ community, founded in 2019. HGMC's mission is to present high-quality and exciting musical performances, create a safe and supportive social environment, and be ambassadors for the 2SLGBTQIA+ community in Halifax and throughout Nova Scotia. The chorus regularly performs to sold-out audiences and has a membership of over 80 singing and non-singing members.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uratedbyq.com/nsmusicforpride1/?utm_source=rss&amp;utm_medium=rss&amp;utm_campaign=nsmusicforpride1" TargetMode="External"/><Relationship Id="rId10" Type="http://schemas.openxmlformats.org/officeDocument/2006/relationships/hyperlink" Target="https://novascotia.com/event/halifax-pride-festival/" TargetMode="External"/><Relationship Id="rId11" Type="http://schemas.openxmlformats.org/officeDocument/2006/relationships/hyperlink" Target="https://en.wikipedia.org/wiki/Halifax_Pride" TargetMode="External"/><Relationship Id="rId12" Type="http://schemas.openxmlformats.org/officeDocument/2006/relationships/hyperlink" Target="https://nscsw.org/pride-2022/" TargetMode="External"/><Relationship Id="rId13" Type="http://schemas.openxmlformats.org/officeDocument/2006/relationships/hyperlink" Target="https://dancens.ca/move-with-pride/" TargetMode="External"/><Relationship Id="rId14" Type="http://schemas.openxmlformats.org/officeDocument/2006/relationships/hyperlink" Target="https://nauticus.ca/" TargetMode="External"/><Relationship Id="rId15" Type="http://schemas.openxmlformats.org/officeDocument/2006/relationships/hyperlink" Target="https://nscf.ca/find-a-choir/5229f9ac-6c7a-11f0-824c-4e10d15980d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