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Netflix Reality Drama: Why Fans Want The Ultimatum’s Queer Version Back</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TV drama are flocking to Netflix’s latest season of The Ultimatum, but many viewers are already demanding the return of the cancelled queer spin-off , because representation, variety and frankly better TV matter to them.</w:t>
      </w:r>
      <w:r/>
    </w:p>
    <w:p>
      <w:r/>
      <w:r>
        <w:t>Essential Takeaways</w:t>
      </w:r>
      <w:r/>
      <w:r/>
    </w:p>
    <w:p>
      <w:pPr>
        <w:pStyle w:val="ListBullet"/>
        <w:spacing w:line="240" w:lineRule="auto"/>
        <w:ind w:left="720"/>
      </w:pPr>
      <w:r/>
      <w:r>
        <w:rPr>
          <w:b/>
        </w:rPr>
        <w:t>New season out:</w:t>
      </w:r>
      <w:r>
        <w:t xml:space="preserve"> Season 4 of The Ultimatum: Marry or Move On launched on Netflix, with six couples and an end-of-season finale due next week. </w:t>
      </w:r>
      <w:r/>
    </w:p>
    <w:p>
      <w:pPr>
        <w:pStyle w:val="ListBullet"/>
        <w:spacing w:line="240" w:lineRule="auto"/>
        <w:ind w:left="720"/>
      </w:pPr>
      <w:r/>
      <w:r>
        <w:rPr>
          <w:b/>
        </w:rPr>
        <w:t>Core premise:</w:t>
      </w:r>
      <w:r>
        <w:t xml:space="preserve"> Couples separate, date others and attempt trial marriages to test whether they should commit or move on. </w:t>
      </w:r>
      <w:r/>
    </w:p>
    <w:p>
      <w:pPr>
        <w:pStyle w:val="ListBullet"/>
        <w:spacing w:line="240" w:lineRule="auto"/>
        <w:ind w:left="720"/>
      </w:pPr>
      <w:r/>
      <w:r>
        <w:rPr>
          <w:b/>
        </w:rPr>
        <w:t>Viewer gripe:</w:t>
      </w:r>
      <w:r>
        <w:t xml:space="preserve"> Lots of fans say The Ultimatum: Queer Love , cancelled after two seasons , offered fresher, more unpredictable dynamics. </w:t>
      </w:r>
      <w:r/>
    </w:p>
    <w:p>
      <w:pPr>
        <w:pStyle w:val="ListBullet"/>
        <w:spacing w:line="240" w:lineRule="auto"/>
        <w:ind w:left="720"/>
      </w:pPr>
      <w:r/>
      <w:r>
        <w:rPr>
          <w:b/>
        </w:rPr>
        <w:t>Why it matters:</w:t>
      </w:r>
      <w:r>
        <w:t xml:space="preserve"> Fans argue queer casting increases representation and makes for more varied romantic combinations and more compelling television. </w:t>
      </w:r>
      <w:r/>
      <w:r/>
    </w:p>
    <w:p>
      <w:pPr>
        <w:pStyle w:val="Heading2"/>
      </w:pPr>
      <w:r>
        <w:t>Season four arrives , familiar format, big feelings</w:t>
      </w:r>
      <w:r/>
    </w:p>
    <w:p>
      <w:r/>
      <w:r>
        <w:t>Netflix dropped Season 4 of The Ultimatum this week, and if you’ve seen earlier instalments you’ll recognise the drumbeat: partners issue ultimatums, break up, date within the group and then try marriage under the spotlight. The format is inherently noisy and emotional, with couples forced into quick decisions that feel raw and urgent. According to Netflix coverage, the show keeps the eight-week pressure cooker that drives the drama, and fans are already reacting to the ride.</w:t>
      </w:r>
      <w:r/>
    </w:p>
    <w:p>
      <w:pPr>
        <w:pStyle w:val="Heading2"/>
      </w:pPr>
      <w:r>
        <w:t>Why viewers are calling for Queer Love to return</w:t>
      </w:r>
      <w:r/>
    </w:p>
    <w:p>
      <w:r/>
      <w:r>
        <w:t>A loud thread among viewers is a simple one , bring back The Ultimatum: Queer Love. Fans have pointed out that the queer spin-off wasn’t just representation theatre; it created novel pairing possibilities because any participant could realistically match with any other, which made the dating permutations more unpredictable and, for many, more entertaining. TVLine reported Netflix cancelled that spin-off after two seasons, and viewers aren’t letting it go quietly.</w:t>
      </w:r>
      <w:r/>
    </w:p>
    <w:p>
      <w:pPr>
        <w:pStyle w:val="Heading2"/>
      </w:pPr>
      <w:r>
        <w:t>Representation isn't just nice to have , it's TV variety</w:t>
      </w:r>
      <w:r/>
    </w:p>
    <w:p>
      <w:r/>
      <w:r>
        <w:t>Beyond the fairness argument, the call for Queer Love is a content one: more varied casts produce different narratives and emotional beats. Where straight pairing rules often funnel to familiar arcs, a more fluid casting slate can surface tensions and connections the original format misses. Industry coverage and audience reactions suggest streaming viewers want that variety , they’re tired of the same templates and want shows that reflect a broader dating landscape.</w:t>
      </w:r>
      <w:r/>
    </w:p>
    <w:p>
      <w:pPr>
        <w:pStyle w:val="Heading2"/>
      </w:pPr>
      <w:r>
        <w:t>How this fits into reality TV trends</w:t>
      </w:r>
      <w:r/>
    </w:p>
    <w:p>
      <w:r/>
      <w:r>
        <w:t>Reality dating shows have been iterating fast: spin-offs, gender-swapped editions, and format tweaks are the norm as platforms fight for attention. Rotten Tomatoes and entertainment coverage show viewers reward novelty and authenticity. The Ultimatum’s core hook , commitment under pressure , still works, but the appetite for fresh takes explains why fans are so vocal about the queer version’s return. In short, franchises survive on reinvention as much as familiarity.</w:t>
      </w:r>
      <w:r/>
    </w:p>
    <w:p>
      <w:pPr>
        <w:pStyle w:val="Heading2"/>
      </w:pPr>
      <w:r>
        <w:t>What fans and newcomers should watch for this season</w:t>
      </w:r>
      <w:r/>
    </w:p>
    <w:p>
      <w:r/>
      <w:r>
        <w:t>If you’re tuning into Season 4, expect the same high-stakes choices and lots of talking-head reflections. Pay attention to how producers cast and edit partner swaps, because that shapes viewer sympathy and outcomes. And if you loved Queer Love, this season is a reminder to keep asking platforms for diverse formats , demand matters. For newcomers, pick a couple to follow and let the episodes unfold; it’s a binge that rewards both curiosity and the occasional eye-roll.</w:t>
      </w:r>
      <w:r/>
    </w:p>
    <w:p>
      <w:r/>
      <w:r>
        <w:t>It's a small change that can make the franchise feel fresher , and viewers are already making their preferences loud and clear.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1">
        <w:r>
          <w:rPr>
            <w:color w:val="0000EE"/>
            <w:u w:val="single"/>
          </w:rPr>
          <w:t>[3]</w:t>
        </w:r>
      </w:hyperlink>
      <w:r>
        <w:t xml:space="preserve">- Paragraph 3: </w:t>
      </w:r>
      <w:hyperlink r:id="rId12">
        <w:r>
          <w:rPr>
            <w:color w:val="0000EE"/>
            <w:u w:val="single"/>
          </w:rPr>
          <w:t>[5]</w:t>
        </w:r>
      </w:hyperlink>
      <w:r>
        <w:t xml:space="preserve">, </w:t>
      </w:r>
      <w:hyperlink r:id="rId13">
        <w:r>
          <w:rPr>
            <w:color w:val="0000EE"/>
            <w:u w:val="single"/>
          </w:rPr>
          <w:t>[7]</w:t>
        </w:r>
      </w:hyperlink>
      <w:r>
        <w:t xml:space="preserve">- Paragraph 4: </w:t>
      </w:r>
      <w:hyperlink r:id="rId14">
        <w:r>
          <w:rPr>
            <w:color w:val="0000EE"/>
            <w:u w:val="single"/>
          </w:rPr>
          <w:t>[4]</w:t>
        </w:r>
      </w:hyperlink>
      <w:r>
        <w:t xml:space="preserve">, </w:t>
      </w:r>
      <w:hyperlink r:id="rId15">
        <w:r>
          <w:rPr>
            <w:color w:val="0000EE"/>
            <w:u w:val="single"/>
          </w:rPr>
          <w:t>[6]</w:t>
        </w:r>
      </w:hyperlink>
      <w:r>
        <w:t xml:space="preserve">- Paragraph 5: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https://www.ok.co.uk/tv/netflix-ultimatum-fans-make-exact-37436363</w:t>
        </w:r>
      </w:hyperlink>
      <w:r>
        <w:t xml:space="preserve"> - Please view link - unable to able to access data</w:t>
      </w:r>
      <w:r/>
    </w:p>
    <w:p>
      <w:pPr>
        <w:pStyle w:val="ListNumber"/>
        <w:spacing w:line="240" w:lineRule="auto"/>
        <w:ind w:left="720"/>
      </w:pPr>
      <w:r/>
      <w:hyperlink r:id="rId10">
        <w:r>
          <w:rPr>
            <w:color w:val="0000EE"/>
            <w:u w:val="single"/>
          </w:rPr>
          <w:t>https://www.tvinsider.com/1167234/the-ultimatum-marry-or-move-season-4-updates-premiere-date-cast/</w:t>
        </w:r>
      </w:hyperlink>
      <w:r>
        <w:t xml:space="preserve"> - This article announces the premiere date of 'The Ultimatum: Marry or Move On' Season 4 on July 15, 2026. It highlights the show's format, where couples on the verge of marriage test their relationships by dating other participants. The piece also mentions the involvement of hosts Nick and Vanessa Lachey and provides insights into the casting and production details. (</w:t>
      </w:r>
      <w:hyperlink r:id="rId16">
        <w:r>
          <w:rPr>
            <w:color w:val="0000EE"/>
            <w:u w:val="single"/>
          </w:rPr>
          <w:t>tvinsider.com</w:t>
        </w:r>
      </w:hyperlink>
      <w:r>
        <w:t>)</w:t>
      </w:r>
      <w:r/>
    </w:p>
    <w:p>
      <w:pPr>
        <w:pStyle w:val="ListNumber"/>
        <w:spacing w:line="240" w:lineRule="auto"/>
        <w:ind w:left="720"/>
      </w:pPr>
      <w:r/>
      <w:hyperlink r:id="rId11">
        <w:r>
          <w:rPr>
            <w:color w:val="0000EE"/>
            <w:u w:val="single"/>
          </w:rPr>
          <w:t>https://www.netflix.com/tudum/articles/the-ultimatum-marry-or-move-on-season-4-release-date-news</w:t>
        </w:r>
      </w:hyperlink>
      <w:r>
        <w:t xml:space="preserve"> - Netflix's official announcement for 'The Ultimatum: Marry or Move On' Season 4 reveals the return of the series with a new group of couples. The article details the show's premise, where couples issue ultimatums to determine if they are ready for marriage or should move on. It also discusses the casting, including hosts Nick and Vanessa Lachey, and provides a trailer for the upcoming season. (</w:t>
      </w:r>
      <w:hyperlink r:id="rId17">
        <w:r>
          <w:rPr>
            <w:color w:val="0000EE"/>
            <w:u w:val="single"/>
          </w:rPr>
          <w:t>netflix.com</w:t>
        </w:r>
      </w:hyperlink>
      <w:r>
        <w:t>)</w:t>
      </w:r>
      <w:r/>
    </w:p>
    <w:p>
      <w:pPr>
        <w:pStyle w:val="ListNumber"/>
        <w:spacing w:line="240" w:lineRule="auto"/>
        <w:ind w:left="720"/>
      </w:pPr>
      <w:r/>
      <w:hyperlink r:id="rId14">
        <w:r>
          <w:rPr>
            <w:color w:val="0000EE"/>
            <w:u w:val="single"/>
          </w:rPr>
          <w:t>https://www.rottentomatoes.com/tv/the_ultimatum_marry_or_move_on/s04</w:t>
        </w:r>
      </w:hyperlink>
      <w:r>
        <w:t xml:space="preserve"> - The Rotten Tomatoes page for 'The Ultimatum: Marry or Move On' Season 4 provides information on the show's release date, episode schedule, and genre. It lists the episodes airing from July 15 to July 24, 2026, and includes details about the hosts, Nick and Vanessa Lachey. The page also offers a brief synopsis of the series and its format. (</w:t>
      </w:r>
      <w:hyperlink r:id="rId18">
        <w:r>
          <w:rPr>
            <w:color w:val="0000EE"/>
            <w:u w:val="single"/>
          </w:rPr>
          <w:t>rottentomatoes.com</w:t>
        </w:r>
      </w:hyperlink>
      <w:r>
        <w:t>)</w:t>
      </w:r>
      <w:r/>
    </w:p>
    <w:p>
      <w:pPr>
        <w:pStyle w:val="ListNumber"/>
        <w:spacing w:line="240" w:lineRule="auto"/>
        <w:ind w:left="720"/>
      </w:pPr>
      <w:r/>
      <w:hyperlink r:id="rId12">
        <w:r>
          <w:rPr>
            <w:color w:val="0000EE"/>
            <w:u w:val="single"/>
          </w:rPr>
          <w:t>https://www.tvline.com/news/the-ultimatum-queer-love-cancelled-netflix-season-3-1235528168/</w:t>
        </w:r>
      </w:hyperlink>
      <w:r>
        <w:t xml:space="preserve"> - TVLine reports on the cancellation of 'The Ultimatum: Queer Love' after two seasons. The article discusses the show's premise, which involved LGBTQ+ couples testing their relationships by dating other participants. It also mentions the involvement of host JoAnna Garcia Swisher and creator Chris Coelen. The piece provides insights into the reasons behind the cancellation and the reception of the series. (</w:t>
      </w:r>
      <w:hyperlink r:id="rId19">
        <w:r>
          <w:rPr>
            <w:color w:val="0000EE"/>
            <w:u w:val="single"/>
          </w:rPr>
          <w:t>tvline.com</w:t>
        </w:r>
      </w:hyperlink>
      <w:r>
        <w:t>)</w:t>
      </w:r>
      <w:r/>
    </w:p>
    <w:p>
      <w:pPr>
        <w:pStyle w:val="ListNumber"/>
        <w:spacing w:line="240" w:lineRule="auto"/>
        <w:ind w:left="720"/>
      </w:pPr>
      <w:r/>
      <w:hyperlink r:id="rId15">
        <w:r>
          <w:rPr>
            <w:color w:val="0000EE"/>
            <w:u w:val="single"/>
          </w:rPr>
          <w:t>https://www.martincid.com/tv-shows/the-ultimatum-marry-or-move-on-season-4/</w:t>
        </w:r>
      </w:hyperlink>
      <w:r>
        <w:t xml:space="preserve"> - This article provides an overview of 'The Ultimatum: Marry or Move On' Season 4, focusing on the show's format and setting. It discusses how couples on the verge of marriage are given an ultimatum to test their relationships by dating other participants. The piece also highlights the Las Vegas setting for the fourth season and provides insights into the casting and production details. (</w:t>
      </w:r>
      <w:hyperlink r:id="rId20">
        <w:r>
          <w:rPr>
            <w:color w:val="0000EE"/>
            <w:u w:val="single"/>
          </w:rPr>
          <w:t>martincid.com</w:t>
        </w:r>
      </w:hyperlink>
      <w:r>
        <w:t>)</w:t>
      </w:r>
      <w:r/>
    </w:p>
    <w:p>
      <w:pPr>
        <w:pStyle w:val="ListNumber"/>
        <w:spacing w:line="240" w:lineRule="auto"/>
        <w:ind w:left="720"/>
      </w:pPr>
      <w:r/>
      <w:hyperlink r:id="rId13">
        <w:r>
          <w:rPr>
            <w:color w:val="0000EE"/>
            <w:u w:val="single"/>
          </w:rPr>
          <w:t>https://www.justwatch.com/us/tv-show/the-ultimatum-queer-love</w:t>
        </w:r>
      </w:hyperlink>
      <w:r>
        <w:t xml:space="preserve"> - JustWatch provides streaming information for 'The Ultimatum: Queer Love,' detailing where viewers can watch the series. The page lists the show's availability on Netflix in the United States and provides details about the two seasons, including episode counts and release dates. It also offers a brief synopsis of the series and its format. (</w:t>
      </w:r>
      <w:hyperlink r:id="rId21">
        <w:r>
          <w:rPr>
            <w:color w:val="0000EE"/>
            <w:u w:val="single"/>
          </w:rPr>
          <w:t>justwatch.com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k.co.uk/tv/netflix-ultimatum-fans-make-exact-37436363" TargetMode="External"/><Relationship Id="rId10" Type="http://schemas.openxmlformats.org/officeDocument/2006/relationships/hyperlink" Target="https://www.tvinsider.com/1167234/the-ultimatum-marry-or-move-season-4-updates-premiere-date-cast/" TargetMode="External"/><Relationship Id="rId11" Type="http://schemas.openxmlformats.org/officeDocument/2006/relationships/hyperlink" Target="https://www.netflix.com/tudum/articles/the-ultimatum-marry-or-move-on-season-4-release-date-news" TargetMode="External"/><Relationship Id="rId12" Type="http://schemas.openxmlformats.org/officeDocument/2006/relationships/hyperlink" Target="https://www.tvline.com/news/the-ultimatum-queer-love-cancelled-netflix-season-3-1235528168/" TargetMode="External"/><Relationship Id="rId13" Type="http://schemas.openxmlformats.org/officeDocument/2006/relationships/hyperlink" Target="https://www.justwatch.com/us/tv-show/the-ultimatum-queer-love" TargetMode="External"/><Relationship Id="rId14" Type="http://schemas.openxmlformats.org/officeDocument/2006/relationships/hyperlink" Target="https://www.rottentomatoes.com/tv/the_ultimatum_marry_or_move_on/s04" TargetMode="External"/><Relationship Id="rId15" Type="http://schemas.openxmlformats.org/officeDocument/2006/relationships/hyperlink" Target="https://www.martincid.com/tv-shows/the-ultimatum-marry-or-move-on-season-4/" TargetMode="External"/><Relationship Id="rId16" Type="http://schemas.openxmlformats.org/officeDocument/2006/relationships/hyperlink" Target="https://www.tvinsider.com/1167234/the-ultimatum-marry-or-move-season-4-updates-premiere-date-cast/?utm_source=openai" TargetMode="External"/><Relationship Id="rId17" Type="http://schemas.openxmlformats.org/officeDocument/2006/relationships/hyperlink" Target="https://www.netflix.com/tudum/articles/the-ultimatum-marry-or-move-on-season-4-release-date-news?utm_source=openai" TargetMode="External"/><Relationship Id="rId18" Type="http://schemas.openxmlformats.org/officeDocument/2006/relationships/hyperlink" Target="https://www.rottentomatoes.com/tv/the_ultimatum_marry_or_move_on/s04?utm_source=openai" TargetMode="External"/><Relationship Id="rId19" Type="http://schemas.openxmlformats.org/officeDocument/2006/relationships/hyperlink" Target="https://www.tvline.com/news/the-ultimatum-queer-love-cancelled-netflix-season-3-1235528168/?utm_source=openai" TargetMode="External"/><Relationship Id="rId20" Type="http://schemas.openxmlformats.org/officeDocument/2006/relationships/hyperlink" Target="https://www.martincid.com/tv-shows/the-ultimatum-marry-or-move-on-season-4/?utm_source=openai" TargetMode="External"/><Relationship Id="rId21" Type="http://schemas.openxmlformats.org/officeDocument/2006/relationships/hyperlink" Target="https://www.justwatch.com/us/tv-show/the-ultimatum-queer-lov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