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Mr Gay Spain 2026: Kevin Carrera’s Crown and a Message for Families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Pride-goers witnessed an emotional turn in Madrid as Kevin Carrera, a 27-year-old from Vigo, was crowned Mr Gay Spain 2026, turning personal rejection into a platform for visibility, outreach and a campaign aimed at smaller towns where coming out still feels risky.</w:t>
      </w:r>
      <w:r/>
    </w:p>
    <w:p>
      <w:r/>
      <w:r>
        <w:t>Essential Takeaways</w:t>
      </w:r>
      <w:r/>
      <w:r/>
    </w:p>
    <w:p>
      <w:pPr>
        <w:pStyle w:val="ListBullet"/>
        <w:spacing w:line="240" w:lineRule="auto"/>
        <w:ind w:left="720"/>
      </w:pPr>
      <w:r/>
      <w:r>
        <w:rPr>
          <w:b/>
        </w:rPr>
        <w:t>Winner:</w:t>
      </w:r>
      <w:r>
        <w:t xml:space="preserve"> Kevin Carrera, 27, representing Galicia, won Mr Gay Spain 2026 with a speech that mixed defiance and tenderness.</w:t>
      </w:r>
      <w:r/>
    </w:p>
    <w:p>
      <w:pPr>
        <w:pStyle w:val="ListBullet"/>
        <w:spacing w:line="240" w:lineRule="auto"/>
        <w:ind w:left="720"/>
      </w:pPr>
      <w:r/>
      <w:r>
        <w:rPr>
          <w:b/>
        </w:rPr>
        <w:t>Emotional moment:</w:t>
      </w:r>
      <w:r>
        <w:t xml:space="preserve"> He publicly addressed family rejection, saying his father left after learning he was gay and remains estranged.</w:t>
      </w:r>
      <w:r/>
    </w:p>
    <w:p>
      <w:pPr>
        <w:pStyle w:val="ListBullet"/>
        <w:spacing w:line="240" w:lineRule="auto"/>
        <w:ind w:left="720"/>
      </w:pPr>
      <w:r/>
      <w:r>
        <w:rPr>
          <w:b/>
        </w:rPr>
        <w:t>Platform:</w:t>
      </w:r>
      <w:r>
        <w:t xml:space="preserve"> Carrera will take part in institutional events and the #OrgulloEnMiPueblo campaign, focusing on LGBTQ+ visibility beyond big cities.</w:t>
      </w:r>
      <w:r/>
    </w:p>
    <w:p>
      <w:pPr>
        <w:pStyle w:val="ListBullet"/>
        <w:spacing w:line="240" w:lineRule="auto"/>
        <w:ind w:left="720"/>
      </w:pPr>
      <w:r/>
      <w:r>
        <w:rPr>
          <w:b/>
        </w:rPr>
        <w:t>Public reaction:</w:t>
      </w:r>
      <w:r>
        <w:t xml:space="preserve"> His reclaimed use of a homophobic slur and direct appeal to his father drew a standing ovation and widespread attention.</w:t>
      </w:r>
      <w:r/>
    </w:p>
    <w:p>
      <w:pPr>
        <w:pStyle w:val="ListBullet"/>
        <w:spacing w:line="240" w:lineRule="auto"/>
        <w:ind w:left="720"/>
      </w:pPr>
      <w:r/>
      <w:r>
        <w:rPr>
          <w:b/>
        </w:rPr>
        <w:t>Personal life:</w:t>
      </w:r>
      <w:r>
        <w:t xml:space="preserve"> He works in retail, is training as a flight attendant, and uses social media to reach young people, despite ongoing online abuse.</w:t>
      </w:r>
      <w:r/>
      <w:r/>
    </w:p>
    <w:p>
      <w:pPr>
        <w:pStyle w:val="Heading2"/>
      </w:pPr>
      <w:r>
        <w:t>A crown that felt like a conversation</w:t>
      </w:r>
      <w:r/>
    </w:p>
    <w:p>
      <w:r/>
      <w:r>
        <w:t>The most striking thing about Carrera’s victory wasn’t the crown or the confetti but the quiet weight of his testimony, delivered from Madrid’s Plaza de España before a chanting crowd. According to Telemadrid and regional reports, judges praised his authenticity and commitment to visibility, and the audience reaction made the night sing for Galicia. He looked straight into the camera and spoke to the father who walked away, mixing love with a reclaimed, defiant word that turned boos into applause.</w:t>
      </w:r>
      <w:r/>
    </w:p>
    <w:p>
      <w:pPr>
        <w:pStyle w:val="Heading2"/>
      </w:pPr>
      <w:r>
        <w:t>Why the story matters beyond a pageant</w:t>
      </w:r>
      <w:r/>
    </w:p>
    <w:p>
      <w:r/>
      <w:r>
        <w:t>This wasn’t a glamour-only moment. As El Español and local Galician outlets note, Carrera framed his speech as a plea to parents and grandparents: rejecting a child causes real harm. He said he wanted at least one family to choose embrace over abandonment, and that intention gives his win practical weight. Now he’s more than a titleholder; he’s a public figure with a message aimed at preventing the same loneliness he lived through.</w:t>
      </w:r>
      <w:r/>
    </w:p>
    <w:p>
      <w:pPr>
        <w:pStyle w:val="Heading2"/>
      </w:pPr>
      <w:r>
        <w:t>Pride outside the big city: #OrgulloEnMiPueblo</w:t>
      </w:r>
      <w:r/>
    </w:p>
    <w:p>
      <w:r/>
      <w:r>
        <w:t>Carrera’s new role links closely to the #OrgulloEnMiPueblo initiative, which highlights people living outside Spain’s largest, most visible queer scenes. Reports describe the contrast he feels between Vigo’s smaller-town scrutiny and Madrid’s broader, more established LGBTQ+ community. That contrast explains why the campaign matters: geography still shapes how safe people feel to live openly. His platform could bring resources, events and reassurance to towns where gossip and social pressure keep young people closeted.</w:t>
      </w:r>
      <w:r/>
    </w:p>
    <w:p>
      <w:pPr>
        <w:pStyle w:val="Heading2"/>
      </w:pPr>
      <w:r>
        <w:t>Visibility, online reach and the downside of attention</w:t>
      </w:r>
      <w:r/>
    </w:p>
    <w:p>
      <w:r/>
      <w:r>
        <w:t>He already has a significant social-media following, and Europapress and lifestyle outlets point out that his visibility gives him reach well beyond formal Pride stages. That’s powerful, but it comes with homophobic backlash too. Carrera has said he won’t stop living freely despite insults. Practically, that means using the title to amplify campaigns, speak at institutional events and keep a steady presence where younger people can see someone who chose not to hide.</w:t>
      </w:r>
      <w:r/>
    </w:p>
    <w:p>
      <w:pPr>
        <w:pStyle w:val="Heading2"/>
      </w:pPr>
      <w:r>
        <w:t>What to do if a family member is struggling with coming out</w:t>
      </w:r>
      <w:r/>
    </w:p>
    <w:p>
      <w:r/>
      <w:r>
        <w:t>If you’re a parent, grandparent or friend who wants to do better, simple steps matter: listen without judgement, avoid “fixing” language, and make clear the relationship hasn’t changed except for greater honesty. Professionals and community groups , often highlighted during Mr Gay Spain outreach , can help mediate difficult conversations. And if you’re the person coming out, try to line up support from friends or local groups first; visibility is powerful, but safety comes first.</w:t>
      </w:r>
      <w:r/>
    </w:p>
    <w:p>
      <w:r/>
      <w:r>
        <w:t>It's a small change that can make every embrace feel possible.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[7]</w:t>
        </w:r>
      </w:hyperlink>
      <w:r>
        <w:t xml:space="preserve">- Paragraph 4: </w:t>
      </w:r>
      <w:hyperlink r:id="rId14">
        <w:r>
          <w:rPr>
            <w:color w:val="0000EE"/>
            <w:u w:val="single"/>
          </w:rPr>
          <w:t>[5]</w:t>
        </w:r>
      </w:hyperlink>
      <w:r>
        <w:t xml:space="preserve">, </w:t>
      </w:r>
      <w:hyperlink r:id="rId15">
        <w:r>
          <w:rPr>
            <w:color w:val="0000EE"/>
            <w:u w:val="single"/>
          </w:rPr>
          <w:t>[6]</w:t>
        </w:r>
      </w:hyperlink>
      <w:r>
        <w:t xml:space="preserve">- Paragraph 5: </w:t>
      </w:r>
      <w:hyperlink r:id="rId11">
        <w:r>
          <w:rPr>
            <w:color w:val="0000EE"/>
            <w:u w:val="single"/>
          </w:rPr>
          <w:t>[3]</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https://b-gay.com/kevin-carrera-turns-his-fathers-rejection-into-a-powerful-mr-gay-spain-victory/</w:t>
        </w:r>
      </w:hyperlink>
      <w:r>
        <w:t xml:space="preserve"> - Please view link - unable to able to access data</w:t>
      </w:r>
      <w:r/>
    </w:p>
    <w:p>
      <w:pPr>
        <w:pStyle w:val="ListNumber"/>
        <w:spacing w:line="240" w:lineRule="auto"/>
        <w:ind w:left="720"/>
      </w:pPr>
      <w:r/>
      <w:hyperlink r:id="rId10">
        <w:r>
          <w:rPr>
            <w:color w:val="0000EE"/>
            <w:u w:val="single"/>
          </w:rPr>
          <w:t>https://www.telemadrid.es/programas/telenoticias-fin-de-semana/El-joven-gallego-Kevin-Carrera-proclamado-Mr-Gay-Espana-2026-2-2904029576--20260704035605.amp.html</w:t>
        </w:r>
      </w:hyperlink>
      <w:r>
        <w:t xml:space="preserve"> - Kevin Carrera, a 27-year-old from Vigo, was crowned Mr. Gay España 2026 during a gala in Madrid's Plaza de España, part of the city's official Pride celebrations. Representing Galicia, Carrera was chosen for his authenticity, warmth, and commitment to LGBTQ+ visibility. He shared a personal story about his father's rejection upon learning of his sexuality, highlighting the importance of family acceptance. As Mr. Gay España, Carrera will participate in institutional events and campaigns supporting LGBTQ+ equality, focusing on the #OrgulloEnMiPueblo initiative to raise awareness in smaller municipalities. (</w:t>
      </w:r>
      <w:hyperlink r:id="rId16">
        <w:r>
          <w:rPr>
            <w:color w:val="0000EE"/>
            <w:u w:val="single"/>
          </w:rPr>
          <w:t>telemadrid.es</w:t>
        </w:r>
      </w:hyperlink>
      <w:r>
        <w:t>)</w:t>
      </w:r>
      <w:r/>
    </w:p>
    <w:p>
      <w:pPr>
        <w:pStyle w:val="ListNumber"/>
        <w:spacing w:line="240" w:lineRule="auto"/>
        <w:ind w:left="720"/>
      </w:pPr>
      <w:r/>
      <w:hyperlink r:id="rId11">
        <w:r>
          <w:rPr>
            <w:color w:val="0000EE"/>
            <w:u w:val="single"/>
          </w:rPr>
          <w:t>https://galego.lavozdegalicia.es/noticia/sociedad/2026/07/04/vigues-kevin-carrera-elegido-mr-gay-espana-2026-papa-sepas-tu-hijo-ganado-maricon/00031783154683433244908.htm</w:t>
        </w:r>
      </w:hyperlink>
      <w:r>
        <w:t xml:space="preserve"> - Kevin Carrera, a 27-year-old from Vigo, was named Mr. Gay España 2026 during a gala in Madrid's Plaza de España, part of the city's official Pride celebrations. Representing Galicia, Carrera was selected for his authenticity, warmth, and commitment to LGBTQ+ visibility. He shared a personal story about his father's rejection upon learning of his sexuality, emphasizing the importance of family acceptance. As Mr. Gay España, Carrera will participate in institutional events and campaigns supporting LGBTQ+ equality, focusing on the #OrgulloEnMiPueblo initiative to raise awareness in smaller municipalities. (</w:t>
      </w:r>
      <w:hyperlink r:id="rId17">
        <w:r>
          <w:rPr>
            <w:color w:val="0000EE"/>
            <w:u w:val="single"/>
          </w:rPr>
          <w:t>galego.lavozdegalicia.es</w:t>
        </w:r>
      </w:hyperlink>
      <w:r>
        <w:t>)</w:t>
      </w:r>
      <w:r/>
    </w:p>
    <w:p>
      <w:pPr>
        <w:pStyle w:val="ListNumber"/>
        <w:spacing w:line="240" w:lineRule="auto"/>
        <w:ind w:left="720"/>
      </w:pPr>
      <w:r/>
      <w:hyperlink r:id="rId12">
        <w:r>
          <w:rPr>
            <w:color w:val="0000EE"/>
            <w:u w:val="single"/>
          </w:rPr>
          <w:t>https://www.elespanol.com/reportajes/20260705/explosion-libertad-reivindicacion-desenfreno-orgullo-gente-joven-vez-retrograda/1003744310512_0.amp.html</w:t>
        </w:r>
      </w:hyperlink>
      <w:r>
        <w:t xml:space="preserve"> - The Madrid Pride celebrations saw over a million people take to the streets in a vibrant display of freedom and advocacy. Participants emphasized the need to protect acquired rights and promote respect for diverse expressions of love. The event highlighted the ongoing struggles for LGBTQ+ rights and the importance of visibility, especially in smaller communities where individuals may still face rejection or discrimination. (</w:t>
      </w:r>
      <w:hyperlink r:id="rId18">
        <w:r>
          <w:rPr>
            <w:color w:val="0000EE"/>
            <w:u w:val="single"/>
          </w:rPr>
          <w:t>elespanol.com</w:t>
        </w:r>
      </w:hyperlink>
      <w:r>
        <w:t>)</w:t>
      </w:r>
      <w:r/>
    </w:p>
    <w:p>
      <w:pPr>
        <w:pStyle w:val="ListNumber"/>
        <w:spacing w:line="240" w:lineRule="auto"/>
        <w:ind w:left="720"/>
      </w:pPr>
      <w:r/>
      <w:hyperlink r:id="rId14">
        <w:r>
          <w:rPr>
            <w:color w:val="0000EE"/>
            <w:u w:val="single"/>
          </w:rPr>
          <w:t>https://www.europapress.es/chance/moda/noticia-kevin-carrera-mr-gay-2026-seguridad-mejor-tratamiento-belleza-20260712092948.html</w:t>
        </w:r>
      </w:hyperlink>
      <w:r>
        <w:t xml:space="preserve"> - Kevin Carrera, 27, recently crowned Mr. Gay España 2026, reflects on his journey of self-acceptance and the significance of his victory. He shares insights into his personal growth, the challenges he faced, and his commitment to advocating for LGBTQ+ rights and visibility. Carrera emphasizes the importance of self-assurance and authenticity, stating that confidence is the best form of beauty treatment. (</w:t>
      </w:r>
      <w:hyperlink r:id="rId19">
        <w:r>
          <w:rPr>
            <w:color w:val="0000EE"/>
            <w:u w:val="single"/>
          </w:rPr>
          <w:t>europapress.es</w:t>
        </w:r>
      </w:hyperlink>
      <w:r>
        <w:t>)</w:t>
      </w:r>
      <w:r/>
    </w:p>
    <w:p>
      <w:pPr>
        <w:pStyle w:val="ListNumber"/>
        <w:spacing w:line="240" w:lineRule="auto"/>
        <w:ind w:left="720"/>
      </w:pPr>
      <w:r/>
      <w:hyperlink r:id="rId15">
        <w:r>
          <w:rPr>
            <w:color w:val="0000EE"/>
            <w:u w:val="single"/>
          </w:rPr>
          <w:t>https://los40.com/2026/07/03/mr-gay-espana-2026-cuando-es-quienes-son-los-finalistas-y-posible-ganador/</w:t>
        </w:r>
      </w:hyperlink>
      <w:r>
        <w:t xml:space="preserve"> - The Mr. Gay España 2026 competition, part of Madrid's Pride festivities, featured 14 finalists from various regions, including Galicia's Kevin Carrera. The event combined entertainment with activism, aiming to promote LGBTQ+ visibility and rights. Finalists were selected based on their personal stories and commitment to the community, with Carrera emerging as a prominent contender due to his advocacy and authenticity. (</w:t>
      </w:r>
      <w:hyperlink r:id="rId20">
        <w:r>
          <w:rPr>
            <w:color w:val="0000EE"/>
            <w:u w:val="single"/>
          </w:rPr>
          <w:t>los40.com</w:t>
        </w:r>
      </w:hyperlink>
      <w:r>
        <w:t>)</w:t>
      </w:r>
      <w:r/>
    </w:p>
    <w:p>
      <w:pPr>
        <w:pStyle w:val="ListNumber"/>
        <w:spacing w:line="240" w:lineRule="auto"/>
        <w:ind w:left="720"/>
      </w:pPr>
      <w:r/>
      <w:hyperlink r:id="rId13">
        <w:r>
          <w:rPr>
            <w:color w:val="0000EE"/>
            <w:u w:val="single"/>
          </w:rPr>
          <w:t>https://www.elespanol.com/treintayseis/vivir/20260704/gallego-kevin-carrera-ganador-mr-gay-espana/1003744310146_0.html</w:t>
        </w:r>
      </w:hyperlink>
      <w:r>
        <w:t xml:space="preserve"> - Kevin Carrera, representing Galicia, was crowned Mr. Gay España 2026 during a gala in Madrid's Plaza de España, part of the city's official Pride celebrations. He was chosen for his authenticity, warmth, and commitment to LGBTQ+ visibility. Carrera shared a personal story about his father's rejection upon learning of his sexuality, highlighting the importance of family acceptance. As Mr. Gay España, Carrera will participate in institutional events and campaigns supporting LGBTQ+ equality, focusing on the #OrgulloEnMiPueblo initiative to raise awareness in smaller municipalities. (</w:t>
      </w:r>
      <w:hyperlink r:id="rId21">
        <w:r>
          <w:rPr>
            <w:color w:val="0000EE"/>
            <w:u w:val="single"/>
          </w:rPr>
          <w:t>elespanol.com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gay.com/kevin-carrera-turns-his-fathers-rejection-into-a-powerful-mr-gay-spain-victory/" TargetMode="External"/><Relationship Id="rId10" Type="http://schemas.openxmlformats.org/officeDocument/2006/relationships/hyperlink" Target="https://www.telemadrid.es/programas/telenoticias-fin-de-semana/El-joven-gallego-Kevin-Carrera-proclamado-Mr-Gay-Espana-2026-2-2904029576--20260704035605.amp.html" TargetMode="External"/><Relationship Id="rId11" Type="http://schemas.openxmlformats.org/officeDocument/2006/relationships/hyperlink" Target="https://galego.lavozdegalicia.es/noticia/sociedad/2026/07/04/vigues-kevin-carrera-elegido-mr-gay-espana-2026-papa-sepas-tu-hijo-ganado-maricon/00031783154683433244908.htm" TargetMode="External"/><Relationship Id="rId12" Type="http://schemas.openxmlformats.org/officeDocument/2006/relationships/hyperlink" Target="https://www.elespanol.com/reportajes/20260705/explosion-libertad-reivindicacion-desenfreno-orgullo-gente-joven-vez-retrograda/1003744310512_0.amp.html" TargetMode="External"/><Relationship Id="rId13" Type="http://schemas.openxmlformats.org/officeDocument/2006/relationships/hyperlink" Target="https://www.elespanol.com/treintayseis/vivir/20260704/gallego-kevin-carrera-ganador-mr-gay-espana/1003744310146_0.html" TargetMode="External"/><Relationship Id="rId14" Type="http://schemas.openxmlformats.org/officeDocument/2006/relationships/hyperlink" Target="https://www.europapress.es/chance/moda/noticia-kevin-carrera-mr-gay-2026-seguridad-mejor-tratamiento-belleza-20260712092948.html" TargetMode="External"/><Relationship Id="rId15" Type="http://schemas.openxmlformats.org/officeDocument/2006/relationships/hyperlink" Target="https://los40.com/2026/07/03/mr-gay-espana-2026-cuando-es-quienes-son-los-finalistas-y-posible-ganador/" TargetMode="External"/><Relationship Id="rId16" Type="http://schemas.openxmlformats.org/officeDocument/2006/relationships/hyperlink" Target="https://www.telemadrid.es/programas/telenoticias-fin-de-semana/El-joven-gallego-Kevin-Carrera-proclamado-Mr-Gay-Espana-2026-2-2904029576--20260704035605.amp.html?utm_source=openai" TargetMode="External"/><Relationship Id="rId17" Type="http://schemas.openxmlformats.org/officeDocument/2006/relationships/hyperlink" Target="https://galego.lavozdegalicia.es/noticia/sociedad/2026/07/04/vigues-kevin-carrera-elegido-mr-gay-espana-2026-papa-sepas-tu-hijo-ganado-maricon/00031783154683433244908.htm?utm_source=openai" TargetMode="External"/><Relationship Id="rId18" Type="http://schemas.openxmlformats.org/officeDocument/2006/relationships/hyperlink" Target="https://www.elespanol.com/reportajes/20260705/explosion-libertad-reivindicacion-desenfreno-orgullo-gente-joven-vez-retrograda/1003744310512_0.amp.html?utm_source=openai" TargetMode="External"/><Relationship Id="rId19" Type="http://schemas.openxmlformats.org/officeDocument/2006/relationships/hyperlink" Target="https://www.europapress.es/chance/moda/noticia-kevin-carrera-mr-gay-2026-seguridad-mejor-tratamiento-belleza-20260712092948.html?utm_source=openai" TargetMode="External"/><Relationship Id="rId20" Type="http://schemas.openxmlformats.org/officeDocument/2006/relationships/hyperlink" Target="https://los40.com/2026/07/03/mr-gay-espana-2026-cuando-es-quienes-son-los-finalistas-y-posible-ganador/?utm_source=openai" TargetMode="External"/><Relationship Id="rId21" Type="http://schemas.openxmlformats.org/officeDocument/2006/relationships/hyperlink" Target="https://www.elespanol.com/treintayseis/vivir/20260704/gallego-kevin-carrera-ganador-mr-gay-espana/1003744310146_0.html?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