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Mockie Ah! Cork Pride Party: Lineup, Tickets and What to Expect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spectacle and lovers of laughter are already booking in , Mockie Ah! has announced a star-studded Cork Pride party on Saturday 2 August at The Pav, bringing TV-famous drag talent, local legends and a two-floor celebration that promises to be the city’s biggest Pride night yet.</w:t>
      </w:r>
      <w:r/>
    </w:p>
    <w:p>
      <w:r/>
      <w:r>
        <w:t>Essential Takeaways</w:t>
      </w:r>
      <w:r/>
      <w:r/>
    </w:p>
    <w:p>
      <w:pPr>
        <w:pStyle w:val="ListBullet"/>
        <w:spacing w:line="240" w:lineRule="auto"/>
        <w:ind w:left="720"/>
      </w:pPr>
      <w:r/>
      <w:r>
        <w:rPr>
          <w:b/>
        </w:rPr>
        <w:t>Headliners confirmed:</w:t>
      </w:r>
      <w:r>
        <w:t xml:space="preserve"> Emma Doran joins as special co-host alongside Candy Warhol, backed by RuPaul’s Drag Race stars Kyran Thrax, Blu Hydrangea and Paige Three. </w:t>
      </w:r>
      <w:r/>
    </w:p>
    <w:p>
      <w:pPr>
        <w:pStyle w:val="ListBullet"/>
        <w:spacing w:line="240" w:lineRule="auto"/>
        <w:ind w:left="720"/>
      </w:pPr>
      <w:r/>
      <w:r>
        <w:rPr>
          <w:b/>
        </w:rPr>
        <w:t>Two floors of fun:</w:t>
      </w:r>
      <w:r>
        <w:t xml:space="preserve"> Upstairs hosts the headline show and afterparty, downstairs offers a relaxed vibe with DJs throughout the night. </w:t>
      </w:r>
      <w:r/>
    </w:p>
    <w:p>
      <w:pPr>
        <w:pStyle w:val="ListBullet"/>
        <w:spacing w:line="240" w:lineRule="auto"/>
        <w:ind w:left="720"/>
      </w:pPr>
      <w:r/>
      <w:r>
        <w:rPr>
          <w:b/>
        </w:rPr>
        <w:t>Local talent strong:</w:t>
      </w:r>
      <w:r>
        <w:t xml:space="preserve"> Expect performances from Candy Warhol, Mia Gold, Laura Lavelle, Robyn Diamonds and more , a lively mix of drag and burlesque. </w:t>
      </w:r>
      <w:r/>
    </w:p>
    <w:p>
      <w:pPr>
        <w:pStyle w:val="ListBullet"/>
        <w:spacing w:line="240" w:lineRule="auto"/>
        <w:ind w:left="720"/>
      </w:pPr>
      <w:r/>
      <w:r>
        <w:rPr>
          <w:b/>
        </w:rPr>
        <w:t>Milestone event:</w:t>
      </w:r>
      <w:r>
        <w:t xml:space="preserve"> This year marks Mockie Ah!’s ninth anniversary and the launch of Cork Community Pride, all without corporate sponsorship. </w:t>
      </w:r>
      <w:r/>
    </w:p>
    <w:p>
      <w:pPr>
        <w:pStyle w:val="ListBullet"/>
        <w:spacing w:line="240" w:lineRule="auto"/>
        <w:ind w:left="720"/>
      </w:pPr>
      <w:r/>
      <w:r>
        <w:rPr>
          <w:b/>
        </w:rPr>
        <w:t>Tickets on sale:</w:t>
      </w:r>
      <w:r>
        <w:t xml:space="preserve"> The event has limited capacity and is already generating buzz , get tickets early to avoid disappointment.</w:t>
      </w:r>
      <w:r/>
      <w:r/>
    </w:p>
    <w:p>
      <w:pPr>
        <w:pStyle w:val="Heading2"/>
      </w:pPr>
      <w:r>
        <w:t>Why this year feels bigger than ever</w:t>
      </w:r>
      <w:r/>
    </w:p>
    <w:p>
      <w:r/>
      <w:r>
        <w:t>Mockie Ah! has quietly become a Cork institution, and this Pride party is framed as their biggest yet. Emma Doran’s addition as co-host adds a sharp comic edge , she’s fresh from high-profile TV appearances and a long string of sell-out shows, so expect tight stand-up energy between the drag numbers. The whole thing sounds buzzy and warm, with Candy Warhol promising a proper hometown celebration.</w:t>
      </w:r>
      <w:r/>
    </w:p>
    <w:p>
      <w:pPr>
        <w:pStyle w:val="Heading2"/>
      </w:pPr>
      <w:r>
        <w:t>A proper headline bill: RuPaul’s Drag Race stars and TV names</w:t>
      </w:r>
      <w:r/>
    </w:p>
    <w:p>
      <w:r/>
      <w:r>
        <w:t>Bringing in Kyran Thrax, Blu Hydrangea and Paige Three raises the stakes; these performers carry name recognition and stagecraft that translate well to club shows. That crossover is handy , it draws fans who follow the shows on screen and locals who love a polished live performance. If you’re deciding whether to go, think of this as a mix of TV glamour and grassroots cabaret.</w:t>
      </w:r>
      <w:r/>
    </w:p>
    <w:p>
      <w:pPr>
        <w:pStyle w:val="Heading2"/>
      </w:pPr>
      <w:r>
        <w:t>Two floors, more choice , what the layout means for your night</w:t>
      </w:r>
      <w:r/>
    </w:p>
    <w:p>
      <w:r/>
      <w:r>
        <w:t>The Pav will run upstairs as the main headline space with the official afterparty, while a new downstairs area will offer a gentler, DJ-led atmosphere. That’s smart for Pride: it gives people space to linger, recharge or keep dancing depending on mood. If you hate jostling, plan to arrive early for the upstairs show or spend time downstairs for a calmer vibe.</w:t>
      </w:r>
      <w:r/>
    </w:p>
    <w:p>
      <w:pPr>
        <w:pStyle w:val="Heading2"/>
      </w:pPr>
      <w:r>
        <w:t>Local talent and community roots , why it matters</w:t>
      </w:r>
      <w:r/>
    </w:p>
    <w:p>
      <w:r/>
      <w:r>
        <w:t>Mockie Ah! aren’t just booking big names; they’re showcasing local favourites too. That mix keeps the party feeling grounded and gives community performers a platform alongside international alumni. It also matters that this is an independent production with no sponsorship , Candy Warhol frames the night as a labour of love for Cork’s scene, which gives the event an earnest feel that many punters will appreciate.</w:t>
      </w:r>
      <w:r/>
    </w:p>
    <w:p>
      <w:pPr>
        <w:pStyle w:val="Heading2"/>
      </w:pPr>
      <w:r>
        <w:t>Practical tips for attendees</w:t>
      </w:r>
      <w:r/>
    </w:p>
    <w:p>
      <w:r/>
      <w:r>
        <w:t>Buy tickets early , capacity will be tight once word spreads. If you want to catch every act, aim to get there for the start of the headline show upstairs; for a more social, low-key night, the new downstairs DJs will suit you. Dress for a long night: layers for moving between floors, comfy shoes for standing and a little sparkle for photos. Be ready for loud music and packed room energy , earplugs are a sensible afterthought.</w:t>
      </w:r>
      <w:r/>
    </w:p>
    <w:p>
      <w:r/>
      <w:r>
        <w:t>It's a small change that can make every Pride night feel a bit more special.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[6]</w:t>
        </w:r>
      </w:hyperlink>
      <w:r>
        <w:t xml:space="preserve">- Paragraph 2: </w:t>
      </w:r>
      <w:hyperlink r:id="rId9">
        <w:r>
          <w:rPr>
            <w:color w:val="0000EE"/>
            <w:u w:val="single"/>
          </w:rPr>
          <w:t>[2]</w:t>
        </w:r>
      </w:hyperlink>
      <w:r>
        <w:t xml:space="preserve">, </w:t>
      </w:r>
      <w:hyperlink r:id="rId11">
        <w:r>
          <w:rPr>
            <w:color w:val="0000EE"/>
            <w:u w:val="single"/>
          </w:rPr>
          <w:t>[3]</w:t>
        </w:r>
      </w:hyperlink>
      <w:r>
        <w:t xml:space="preserve">- Paragraph 3: </w:t>
      </w:r>
      <w:hyperlink r:id="rId9">
        <w:r>
          <w:rPr>
            <w:color w:val="0000EE"/>
            <w:u w:val="single"/>
          </w:rPr>
          <w:t>[2]</w:t>
        </w:r>
      </w:hyperlink>
      <w:r>
        <w:t xml:space="preserve">, </w:t>
      </w:r>
      <w:hyperlink r:id="rId10">
        <w:r>
          <w:rPr>
            <w:color w:val="0000EE"/>
            <w:u w:val="single"/>
          </w:rPr>
          <w:t>[6]</w:t>
        </w:r>
      </w:hyperlink>
      <w:r>
        <w:t xml:space="preserve">- Paragraph 4: </w:t>
      </w:r>
      <w:hyperlink r:id="rId9">
        <w:r>
          <w:rPr>
            <w:color w:val="0000EE"/>
            <w:u w:val="single"/>
          </w:rPr>
          <w:t>[2]</w:t>
        </w:r>
      </w:hyperlink>
      <w:r>
        <w:t xml:space="preserve">, </w:t>
      </w:r>
      <w:hyperlink r:id="rId12">
        <w:r>
          <w:rPr>
            <w:color w:val="0000EE"/>
            <w:u w:val="single"/>
          </w:rPr>
          <w:t>[4]</w:t>
        </w:r>
      </w:hyperlink>
      <w:r>
        <w:t xml:space="preserve">- Paragraph 5: </w:t>
      </w:r>
      <w:hyperlink r:id="rId9">
        <w:r>
          <w:rPr>
            <w:color w:val="0000EE"/>
            <w:u w:val="single"/>
          </w:rPr>
          <w:t>[2]</w:t>
        </w:r>
      </w:hyperlink>
      <w:r>
        <w:t xml:space="preserve">, </w:t>
      </w:r>
      <w:hyperlink r:id="rId13">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https://gcn.ie/emma-doran-drag-race-stars-headline-mockie-ah-cork-pride/</w:t>
        </w:r>
      </w:hyperlink>
      <w:r>
        <w:t xml:space="preserve"> - Please view link - unable to able to access data</w:t>
      </w:r>
      <w:r/>
    </w:p>
    <w:p>
      <w:pPr>
        <w:pStyle w:val="ListNumber"/>
        <w:spacing w:line="240" w:lineRule="auto"/>
        <w:ind w:left="720"/>
      </w:pPr>
      <w:r/>
      <w:hyperlink r:id="rId9">
        <w:r>
          <w:rPr>
            <w:color w:val="0000EE"/>
            <w:u w:val="single"/>
          </w:rPr>
          <w:t>https://gcn.ie/emma-doran-drag-race-stars-headline-mockie-ah-cork-pride/</w:t>
        </w:r>
      </w:hyperlink>
      <w:r>
        <w:t xml:space="preserve"> - Mockie Ah!, a leading Irish drag haus, has announced its annual Cork Pride show on Saturday, August 2, at The Pav. Irish comedy star Emma Doran will co-host alongside Mockie Ah!'s Candy Warhol. The event features RuPaul’s Drag Race stars Kyran Thrax, Blu Hydrangea, and Paige Three, along with local drag, burlesque, and DJ talent. For the first time, the Pride Party spans two floors at The Pav, marking nine years of Mockie Ah! and the launch of Cork Community Pride. Tickets are available through Eventbrite.</w:t>
      </w:r>
      <w:r/>
    </w:p>
    <w:p>
      <w:pPr>
        <w:pStyle w:val="ListNumber"/>
        <w:spacing w:line="240" w:lineRule="auto"/>
        <w:ind w:left="720"/>
      </w:pPr>
      <w:r/>
      <w:hyperlink r:id="rId11">
        <w:r>
          <w:rPr>
            <w:color w:val="0000EE"/>
            <w:u w:val="single"/>
          </w:rPr>
          <w:t>https://www.echolive.ie/corknews/arid-41433451.html</w:t>
        </w:r>
      </w:hyperlink>
      <w:r>
        <w:t xml:space="preserve"> - Eurovision star Bambie Thug is set to join Mockie Ah! for Cork Pride at The Pav on Sunday, August 4, starting at 8pm with a meet and greet. Mockie Ah! performers will be joined by special guests Charity Kase from RuPaul’s Drag Race UK and Bestiah from RuPaul’s Drag Race Spain. The lineup includes Mia Gold, Richard Joke, Letycha Le’Synn, Robert Von Hart, Lucy Loose, Abra Kedavre, Vicky Gold, Lola Le’Synn, and special guest DJs. Prior to the evening performance, Mockie Ah! will host a Drag Brunch at Cork’s Old Town Whiskey Bar at Bodega from 12pm to 3pm. Tickets range from €22 to €40 and can be purchased through the Mockie Ah! website. (</w:t>
      </w:r>
      <w:hyperlink r:id="rId14">
        <w:r>
          <w:rPr>
            <w:color w:val="0000EE"/>
            <w:u w:val="single"/>
          </w:rPr>
          <w:t>echolive.ie</w:t>
        </w:r>
      </w:hyperlink>
      <w:r>
        <w:t>)</w:t>
      </w:r>
      <w:r/>
    </w:p>
    <w:p>
      <w:pPr>
        <w:pStyle w:val="ListNumber"/>
        <w:spacing w:line="240" w:lineRule="auto"/>
        <w:ind w:left="720"/>
      </w:pPr>
      <w:r/>
      <w:hyperlink r:id="rId12">
        <w:r>
          <w:rPr>
            <w:color w:val="0000EE"/>
            <w:u w:val="single"/>
          </w:rPr>
          <w:t>https://www.corkindependent.com/2024/08/01/event-guide-31/</w:t>
        </w:r>
      </w:hyperlink>
      <w:r>
        <w:t xml:space="preserve"> - The Cork Independent provides an event guide for August 1, 2024, listing various performances and activities in Cork City. Notably, the Mockie Ah Pride Party with Bambie Thug and RuPaul’s Drag Race stars is scheduled at The Pavilion at 9pm. The guide also includes other events such as Neil Delamere's comedy show at Coughlan’s and Dalin Oliver's 90 Day Comedian tour at Tequila Jacks. (</w:t>
      </w:r>
      <w:hyperlink r:id="rId15">
        <w:r>
          <w:rPr>
            <w:color w:val="0000EE"/>
            <w:u w:val="single"/>
          </w:rPr>
          <w:t>corkindependent.com</w:t>
        </w:r>
      </w:hyperlink>
      <w:r>
        <w:t>)</w:t>
      </w:r>
      <w:r/>
    </w:p>
    <w:p>
      <w:pPr>
        <w:pStyle w:val="ListNumber"/>
        <w:spacing w:line="240" w:lineRule="auto"/>
        <w:ind w:left="720"/>
      </w:pPr>
      <w:r/>
      <w:hyperlink r:id="rId16">
        <w:r>
          <w:rPr>
            <w:color w:val="0000EE"/>
            <w:u w:val="single"/>
          </w:rPr>
          <w:t>https://www.corkindependent.com/2024/10/04/laugh-it-up-for-city/</w:t>
        </w:r>
      </w:hyperlink>
      <w:r>
        <w:t xml:space="preserve"> - Cork City FC is hosting a comedy night fundraiser titled 'City Til I Die…Laughing' on Thursday, October 31, at the Everyman Theatre. The event features comedians Chris Kent, John Colleary, and Emma Doran, with all proceeds supporting the club’s women’s and academy teams. The fundraiser aims to showcase the talent of Cork City FC's women's and academy teams through a night of laughter and community support. (</w:t>
      </w:r>
      <w:hyperlink r:id="rId17">
        <w:r>
          <w:rPr>
            <w:color w:val="0000EE"/>
            <w:u w:val="single"/>
          </w:rPr>
          <w:t>corkindependent.com</w:t>
        </w:r>
      </w:hyperlink>
      <w:r>
        <w:t>)</w:t>
      </w:r>
      <w:r/>
    </w:p>
    <w:p>
      <w:pPr>
        <w:pStyle w:val="ListNumber"/>
        <w:spacing w:line="240" w:lineRule="auto"/>
        <w:ind w:left="720"/>
      </w:pPr>
      <w:r/>
      <w:hyperlink r:id="rId10">
        <w:r>
          <w:rPr>
            <w:color w:val="0000EE"/>
            <w:u w:val="single"/>
          </w:rPr>
          <w:t>https://entertainment.ie/events/event/show-cork/the-pav-cork/mockie-ah-pride-party-bambie-thug-rupauls-drag-race-stars/all-33322/</w:t>
        </w:r>
      </w:hyperlink>
      <w:r>
        <w:t xml:space="preserve"> - Entertainment.ie lists the Mockie Ah Pride Party featuring Bambie Thug and RuPaul's Drag Race stars at The Pav, Cork, on Sunday, August 4, 2024, at 9pm. The event promises a vibrant celebration with performances by Mockie Ah! queens and special guest appearances. Tickets are available through the Entertainment.ie website. (</w:t>
      </w:r>
      <w:hyperlink r:id="rId18">
        <w:r>
          <w:rPr>
            <w:color w:val="0000EE"/>
            <w:u w:val="single"/>
          </w:rPr>
          <w:t>entertainment.ie</w:t>
        </w:r>
      </w:hyperlink>
      <w:r>
        <w:t>)</w:t>
      </w:r>
      <w:r/>
    </w:p>
    <w:p>
      <w:pPr>
        <w:pStyle w:val="ListNumber"/>
        <w:spacing w:line="240" w:lineRule="auto"/>
        <w:ind w:left="720"/>
      </w:pPr>
      <w:r/>
      <w:hyperlink r:id="rId13">
        <w:r>
          <w:rPr>
            <w:color w:val="0000EE"/>
            <w:u w:val="single"/>
          </w:rPr>
          <w:t>https://www.candywarhol.ie/</w:t>
        </w:r>
      </w:hyperlink>
      <w:r>
        <w:t xml:space="preserve"> - Candy Warhol is an Irish drag artist and the mother of Mockie Ah!, Ireland's leading drag haus. With over a decade in the industry, Candy has been featured on Comedy Central's 'Dragony Aunts' and has performed at Cork's Midsummer Festival. In 2022, Candy participated in the MAKE mentorship programme, and in 2023, she was selected for the Tales Of Two Cities mentorship programme. Candy's work has been featured in various media outlets, including Vogue and The Guardian. (</w:t>
      </w:r>
      <w:hyperlink r:id="rId19">
        <w:r>
          <w:rPr>
            <w:color w:val="0000EE"/>
            <w:u w:val="single"/>
          </w:rPr>
          <w:t>candywarhol.ie</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cn.ie/emma-doran-drag-race-stars-headline-mockie-ah-cork-pride/" TargetMode="External"/><Relationship Id="rId10" Type="http://schemas.openxmlformats.org/officeDocument/2006/relationships/hyperlink" Target="https://entertainment.ie/events/event/show-cork/the-pav-cork/mockie-ah-pride-party-bambie-thug-rupauls-drag-race-stars/all-33322/" TargetMode="External"/><Relationship Id="rId11" Type="http://schemas.openxmlformats.org/officeDocument/2006/relationships/hyperlink" Target="https://www.echolive.ie/corknews/arid-41433451.html" TargetMode="External"/><Relationship Id="rId12" Type="http://schemas.openxmlformats.org/officeDocument/2006/relationships/hyperlink" Target="https://www.corkindependent.com/2024/08/01/event-guide-31/" TargetMode="External"/><Relationship Id="rId13" Type="http://schemas.openxmlformats.org/officeDocument/2006/relationships/hyperlink" Target="https://www.candywarhol.ie/" TargetMode="External"/><Relationship Id="rId14" Type="http://schemas.openxmlformats.org/officeDocument/2006/relationships/hyperlink" Target="https://www.echolive.ie/corknews/arid-41433451.html?utm_source=openai" TargetMode="External"/><Relationship Id="rId15" Type="http://schemas.openxmlformats.org/officeDocument/2006/relationships/hyperlink" Target="https://www.corkindependent.com/2024/08/01/event-guide-31/?utm_source=openai" TargetMode="External"/><Relationship Id="rId16" Type="http://schemas.openxmlformats.org/officeDocument/2006/relationships/hyperlink" Target="https://www.corkindependent.com/2024/10/04/laugh-it-up-for-city/" TargetMode="External"/><Relationship Id="rId17" Type="http://schemas.openxmlformats.org/officeDocument/2006/relationships/hyperlink" Target="https://www.corkindependent.com/2024/10/04/laugh-it-up-for-city/?utm_source=openai" TargetMode="External"/><Relationship Id="rId18" Type="http://schemas.openxmlformats.org/officeDocument/2006/relationships/hyperlink" Target="https://entertainment.ie/events/event/show-cork/the-pav-cork/mockie-ah-pride-party-bambie-thug-rupauls-drag-race-stars/all-33322/?utm_source=openai" TargetMode="External"/><Relationship Id="rId19" Type="http://schemas.openxmlformats.org/officeDocument/2006/relationships/hyperlink" Target="https://www.candywarhol.ie/?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