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Manchester Village Pride 2026 Guide: What to Know and How to Join the Community-Owned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already buzzing: Manchester Village Pride returns for 2026 as a community-owned, pared-back festival across the August Bank Holiday. Here’s who’s playing, how much wristbands cost, where events take place, and simple tips to make the most of the No Place Like Home weekend.</w:t>
      </w:r>
      <w:r/>
    </w:p>
    <w:p>
      <w:r/>
      <w:r>
        <w:t>Essential Takeaways</w:t>
      </w:r>
      <w:r/>
      <w:r/>
    </w:p>
    <w:p>
      <w:pPr>
        <w:pStyle w:val="ListBullet"/>
        <w:spacing w:line="240" w:lineRule="auto"/>
        <w:ind w:left="720"/>
      </w:pPr>
      <w:r/>
      <w:r>
        <w:rPr>
          <w:b/>
        </w:rPr>
        <w:t>When:</w:t>
      </w:r>
      <w:r>
        <w:t xml:space="preserve"> Manchester Village Pride runs Friday 28–Monday 31 August 2026, with the parade on Saturday and a Vigil on Monday.</w:t>
      </w:r>
      <w:r/>
    </w:p>
    <w:p>
      <w:pPr>
        <w:pStyle w:val="ListBullet"/>
        <w:spacing w:line="240" w:lineRule="auto"/>
        <w:ind w:left="720"/>
      </w:pPr>
      <w:r/>
      <w:r>
        <w:rPr>
          <w:b/>
        </w:rPr>
        <w:t>Where:</w:t>
      </w:r>
      <w:r>
        <w:t xml:space="preserve"> All hub events are inside the Gay Village, with the parade starting on Deansgate and finishing in the city.</w:t>
      </w:r>
      <w:r/>
    </w:p>
    <w:p>
      <w:pPr>
        <w:pStyle w:val="ListBullet"/>
        <w:spacing w:line="240" w:lineRule="auto"/>
        <w:ind w:left="720"/>
      </w:pPr>
      <w:r/>
      <w:r>
        <w:rPr>
          <w:b/>
        </w:rPr>
        <w:t>Line-up highlights:</w:t>
      </w:r>
      <w:r>
        <w:t xml:space="preserve"> Nadine Coyle, Kate Nash, Gareth Gates, Tayce, Cascada and a mix of local and dance acts across three stages.</w:t>
      </w:r>
      <w:r/>
    </w:p>
    <w:p>
      <w:pPr>
        <w:pStyle w:val="ListBullet"/>
        <w:spacing w:line="240" w:lineRule="auto"/>
        <w:ind w:left="720"/>
      </w:pPr>
      <w:r/>
      <w:r>
        <w:rPr>
          <w:b/>
        </w:rPr>
        <w:t>Tickets:</w:t>
      </w:r>
      <w:r>
        <w:t xml:space="preserve"> Weekend wristband £30, day tickets £20, limited £5 low-income day tickets; Monday Community &amp; Family Day and Vigil are free.</w:t>
      </w:r>
      <w:r/>
    </w:p>
    <w:p>
      <w:pPr>
        <w:pStyle w:val="ListBullet"/>
        <w:spacing w:line="240" w:lineRule="auto"/>
        <w:ind w:left="720"/>
      </w:pPr>
      <w:r/>
      <w:r>
        <w:rPr>
          <w:b/>
        </w:rPr>
        <w:t>Community-first:</w:t>
      </w:r>
      <w:r>
        <w:t xml:space="preserve"> Organisers say proceeds cover artists, safety and logistics; no organisers are taking a salary this year.</w:t>
      </w:r>
      <w:r/>
      <w:r/>
    </w:p>
    <w:p>
      <w:pPr>
        <w:pStyle w:val="Heading2"/>
      </w:pPr>
      <w:r>
        <w:t>The big change: Pride moves back into community hands</w:t>
      </w:r>
      <w:r/>
    </w:p>
    <w:p>
      <w:r/>
      <w:r>
        <w:t>This year feels different in a tangible way , the festival has been rebuilt by local businesses, partners and community leaders after the previous organising company was liquidated. Manchester Council and village stakeholders stepped in to support a simpler, community-focused event that emphasises transparency and proper artist pay. According to organisers, wristband revenue will go straight into event logistics, artist fees and charity partners, and nobody on the organising team is drawing a salary this year.</w:t>
      </w:r>
      <w:r/>
    </w:p>
    <w:p>
      <w:r/>
      <w:r>
        <w:t>Why that matters: it’s a grassroots reboot that aims to restore trust and keep Pride rooted where it started. If you value supporting local crews and fair payment for performers, buying a ticket is also a show of solidarity.</w:t>
      </w:r>
      <w:r/>
    </w:p>
    <w:p>
      <w:pPr>
        <w:pStyle w:val="Heading2"/>
      </w:pPr>
      <w:r>
        <w:t>Dates, schedule and the vibe to expect</w:t>
      </w:r>
      <w:r/>
    </w:p>
    <w:p>
      <w:r/>
      <w:r>
        <w:t>Mark your calendar: the festival runs from Friday 28 to Monday 31 August 2026, with the parade on Saturday 29 and the Vigil at Sackville Gardens on Monday. Events will be spread around the Gay Village rather than the larger city-site setups used in recent years, so expect compact, bustling streets, packed venues and stages close to one another. The Community &amp; Family Day and the Vigil will be free, which keeps part of the weekend accessible to all.</w:t>
      </w:r>
      <w:r/>
    </w:p>
    <w:p>
      <w:r/>
      <w:r>
        <w:t>Practical tip: plan your weekend in advance , pockets of music, community stalls and the three-stage layout make it easy to hop between acts but also mean popular performances will draw queues.</w:t>
      </w:r>
      <w:r/>
    </w:p>
    <w:p>
      <w:pPr>
        <w:pStyle w:val="Heading2"/>
      </w:pPr>
      <w:r>
        <w:t>Who’s performing and where to catch them</w:t>
      </w:r>
      <w:r/>
    </w:p>
    <w:p>
      <w:r/>
      <w:r>
        <w:t>The line-up mixes nostalgic pop, club favourites and drag and community acts. Headliners include Nadine Coyle, Kate Nash and Cascada, with Gareth Gates, Tayce, DJ Sammy and more scattered across The Main Stage (Bloom Street/Sackville Street), The Community Showcase in Sackville Gardens and the Dance Arena. Local and tribute acts will also feature, which gives the festival its village feel.</w:t>
      </w:r>
      <w:r/>
    </w:p>
    <w:p>
      <w:r/>
      <w:r>
        <w:t>How to choose shows: if you want big-name pop, head for the Main Stage; for local talent and quieter spaces take the Community Showcase; and if you’re after late-night energy, the Dance Arena is your stop.</w:t>
      </w:r>
      <w:r/>
    </w:p>
    <w:p>
      <w:pPr>
        <w:pStyle w:val="Heading2"/>
      </w:pPr>
      <w:r>
        <w:t>Tickets, cost and access , what you need to know</w:t>
      </w:r>
      <w:r/>
    </w:p>
    <w:p>
      <w:r/>
      <w:r>
        <w:t>Organisers aim to keep prices low: a weekend wristband is £30 and day tickets are £20, with limited £5 low-income day tickets available. Some village venues may operate a ‘no wristband, no entry’ policy, so buy in advance if you don’t want to risk missing headline sets. Wristband revenue is earmarked for stewarding, security, medical teams and artist payments.</w:t>
      </w:r>
      <w:r/>
    </w:p>
    <w:p>
      <w:r/>
      <w:r>
        <w:t>Accessibility note: Monday’s Community &amp; Family Day and the Vigil are free, and organisers are working with charities and community groups to keep parts of the programme accessible. If you need support or have access requirements, check the festival website or contact organisers ahead of your visit.</w:t>
      </w:r>
      <w:r/>
    </w:p>
    <w:p>
      <w:pPr>
        <w:pStyle w:val="Heading2"/>
      </w:pPr>
      <w:r>
        <w:t>Parade theme, route and how to take part</w:t>
      </w:r>
      <w:r/>
    </w:p>
    <w:p>
      <w:r/>
      <w:r>
        <w:t>This year’s parade theme is No Place Like Home, celebrating the Gay Village as Pride’s historic heart while underscoring that Pride is for everyone. The parade will still begin on Deansgate and move into the city, and organisers have extended the deadline for parade entries, so groups and charities can still sign up. The route details will be confirmed closer to the weekend.</w:t>
      </w:r>
      <w:r/>
    </w:p>
    <w:p>
      <w:r/>
      <w:r>
        <w:t>Want to march? Register early and bring water, comfy shoes and a flag if you have one , parades are joyous but long, and the best spot sometimes comes down to timing and patience.</w:t>
      </w:r>
      <w:r/>
    </w:p>
    <w:p>
      <w:pPr>
        <w:pStyle w:val="Heading2"/>
      </w:pPr>
      <w:r>
        <w:t>Looking ahead: why this matters for Manchester’s Pride future</w:t>
      </w:r>
      <w:r/>
    </w:p>
    <w:p>
      <w:r/>
      <w:r>
        <w:t>This community-led format is a test of appetite for a smaller, village-centred Pride that prioritises grassroots groups and transparent funding. If it works, it could reshape how the city stages LGBTQ+ celebrations in future years, keeping more of the action in the Village and ensuring artists and charities are supported. For many locals, the reboot feels like reclaiming Pride.</w:t>
      </w:r>
      <w:r/>
    </w:p>
    <w:p>
      <w:r/>
      <w:r>
        <w:t>And for visitors: it’s a chance to experience Manchester’s queer scene in a close-up, friendly way , your wristband helps rebuild a festival people rely on.</w:t>
      </w:r>
      <w:r/>
    </w:p>
    <w:p>
      <w:r/>
      <w:r>
        <w:t>It's a small change that could make every celebration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[4]</w:t>
        </w:r>
      </w:hyperlink>
      <w:r>
        <w:t xml:space="preserve">- Paragraph 6: </w:t>
      </w:r>
      <w:hyperlink r:id="rId9">
        <w:r>
          <w:rPr>
            <w:color w:val="0000EE"/>
            <w:u w:val="single"/>
          </w:rPr>
          <w:t>[1]</w:t>
        </w:r>
      </w:hyperlink>
      <w:r>
        <w:t xml:space="preserve">, </w:t>
      </w:r>
      <w:hyperlink r:id="rId13">
        <w:r>
          <w:rPr>
            <w:color w:val="0000EE"/>
            <w:u w:val="single"/>
          </w:rPr>
          <w:t>[4]</w:t>
        </w:r>
      </w:hyperlink>
      <w:r>
        <w:t xml:space="preserve">- Paragraph 7: </w:t>
      </w:r>
      <w:hyperlink r:id="rId14">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https://www.manchestereveningnews.co.uk/whats-on/music-nightlife-news/everything-know-manchester-village-pride-34288822</w:t>
        </w:r>
      </w:hyperlink>
      <w:r>
        <w:t xml:space="preserve"> - Please view link - unable to able to access data</w:t>
      </w:r>
      <w:r/>
    </w:p>
    <w:p>
      <w:pPr>
        <w:pStyle w:val="ListNumber"/>
        <w:spacing w:line="240" w:lineRule="auto"/>
        <w:ind w:left="720"/>
      </w:pPr>
      <w:r/>
      <w:hyperlink r:id="rId9">
        <w:r>
          <w:rPr>
            <w:color w:val="0000EE"/>
            <w:u w:val="single"/>
          </w:rPr>
          <w:t>https://www.manchestereveningnews.co.uk/whats-on/music-nightlife-news/everything-know-manchester-village-pride-34288822</w:t>
        </w:r>
      </w:hyperlink>
      <w:r>
        <w:t xml:space="preserve"> - The article provides comprehensive details about Manchester Village Pride 2026, scheduled from Friday, August 28 to Monday, August 31. It highlights the event's return to the Gay Village, featuring performances by artists like Nadine Coyle, Danny Beard, Kate Nash, and Cascada. The theme 'No Place Like Home' celebrates Manchester's welcoming nature. Wristbands are priced at £30 for the weekend, with day tickets at £20. The parade on Saturday, August 29, will commence from Deansgate, concluding in the Village. Monday focuses on community and family activities, including the Vigil at Sackville Gardens.</w:t>
      </w:r>
      <w:r/>
    </w:p>
    <w:p>
      <w:pPr>
        <w:pStyle w:val="ListNumber"/>
        <w:spacing w:line="240" w:lineRule="auto"/>
        <w:ind w:left="720"/>
      </w:pPr>
      <w:r/>
      <w:hyperlink r:id="rId14">
        <w:r>
          <w:rPr>
            <w:color w:val="0000EE"/>
            <w:u w:val="single"/>
          </w:rPr>
          <w:t>https://www.visitmanchester.com/ideas-and-inspiration/lgbt/manchester-pride/</w:t>
        </w:r>
      </w:hyperlink>
      <w:r>
        <w:t xml:space="preserve"> - This page outlines the return of Manchester Village Pride in 2026, managed by the Manchester Village Pride CIC. The event will take place over the August Bank Holiday weekend, with wristbands available for purchase. The funds raised will support LGBTQ+ charities, grassroots organisations, and community services. The programme includes performances, talks, exhibitions, and community activities, with a focus on transparency and community involvement.</w:t>
      </w:r>
      <w:r/>
    </w:p>
    <w:p>
      <w:pPr>
        <w:pStyle w:val="ListNumber"/>
        <w:spacing w:line="240" w:lineRule="auto"/>
        <w:ind w:left="720"/>
      </w:pPr>
      <w:r/>
      <w:hyperlink r:id="rId13">
        <w:r>
          <w:rPr>
            <w:color w:val="0000EE"/>
            <w:u w:val="single"/>
          </w:rPr>
          <w:t>https://www.visitmanchester.com/event/manchester-village-pride-parade/26853101/</w:t>
        </w:r>
      </w:hyperlink>
      <w:r>
        <w:t xml:space="preserve"> - The Manchester Village Pride Parade is scheduled for Saturday, August 29, 2026. The parade will wind through the city, finishing in the Village—the birthplace of Pride in Manchester over forty years ago. The theme for this year's parade is 'No Place Like Home,' inspired by The Wizard of Oz, celebrating homecoming and Manchester's reputation as a welcoming, safe space for the LGBTQ+ community.</w:t>
      </w:r>
      <w:r/>
    </w:p>
    <w:p>
      <w:pPr>
        <w:pStyle w:val="ListNumber"/>
        <w:spacing w:line="240" w:lineRule="auto"/>
        <w:ind w:left="720"/>
      </w:pPr>
      <w:r/>
      <w:hyperlink r:id="rId12">
        <w:r>
          <w:rPr>
            <w:color w:val="0000EE"/>
            <w:u w:val="single"/>
          </w:rPr>
          <w:t>https://www.manchestervillagepride.org/the-event/</w:t>
        </w:r>
      </w:hyperlink>
      <w:r>
        <w:t xml:space="preserve"> - This page details the Manchester Village Pride 2026 event, highlighting the Main Stage, Sackville Gardens as the Community Showcase, and the Dance Arena. The event will feature performances from various artists, with a focus on fair pay and safe working conditions. The parade on Saturday, August 29, will be a vibrant display of community solidarity, and Monday will be dedicated to family-friendly and inclusive programming, including the Candlelit Vigil in Sackville Gardens.</w:t>
      </w:r>
      <w:r/>
    </w:p>
    <w:p>
      <w:pPr>
        <w:pStyle w:val="ListNumber"/>
        <w:spacing w:line="240" w:lineRule="auto"/>
        <w:ind w:left="720"/>
      </w:pPr>
      <w:r/>
      <w:hyperlink r:id="rId11">
        <w:r>
          <w:rPr>
            <w:color w:val="0000EE"/>
            <w:u w:val="single"/>
          </w:rPr>
          <w:t>https://www.pro-manchester.co.uk/newsrooms/manchester-village-pride-2026/</w:t>
        </w:r>
      </w:hyperlink>
      <w:r>
        <w:t xml:space="preserve"> - The article announces the return of Manchester Village Pride in 2026, taking place from Friday, August 28 to Monday, August 31, in the Gay Village. The event will feature the iconic Pride Parade, a weekend of celebration with fringe events, live performances, and a Candlelit Vigil in Sackville Gardens. The theme 'No Place Like Home' reflects the community's resilience and the city's welcoming spirit.</w:t>
      </w:r>
      <w:r/>
    </w:p>
    <w:p>
      <w:pPr>
        <w:pStyle w:val="ListNumber"/>
        <w:spacing w:line="240" w:lineRule="auto"/>
        <w:ind w:left="720"/>
      </w:pPr>
      <w:r/>
      <w:hyperlink r:id="rId10">
        <w:r>
          <w:rPr>
            <w:color w:val="0000EE"/>
            <w:u w:val="single"/>
          </w:rPr>
          <w:t>https://www.itv.com/news/granada/2026-01-30/pride-to-return-to-manchesters-gay-village-in-2026</w:t>
        </w:r>
      </w:hyperlink>
      <w:r>
        <w:t xml:space="preserve"> - This article reports on the return of Manchester Pride in 2026 under a not-for-profit, Community Interest Company. Following the liquidation of the previous organisers, businesses in the Gay Village and community stakeholders formed Manchester Village Pride CIC to ensure the event's continuation. The four-day event is scheduled for the August Bank Holiday weekend, with wristbands now on sale.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anchestereveningnews.co.uk/whats-on/music-nightlife-news/everything-know-manchester-village-pride-34288822" TargetMode="External"/><Relationship Id="rId10" Type="http://schemas.openxmlformats.org/officeDocument/2006/relationships/hyperlink" Target="https://www.itv.com/news/granada/2026-01-30/pride-to-return-to-manchesters-gay-village-in-2026" TargetMode="External"/><Relationship Id="rId11" Type="http://schemas.openxmlformats.org/officeDocument/2006/relationships/hyperlink" Target="https://www.pro-manchester.co.uk/newsrooms/manchester-village-pride-2026/" TargetMode="External"/><Relationship Id="rId12" Type="http://schemas.openxmlformats.org/officeDocument/2006/relationships/hyperlink" Target="https://www.manchestervillagepride.org/the-event/" TargetMode="External"/><Relationship Id="rId13" Type="http://schemas.openxmlformats.org/officeDocument/2006/relationships/hyperlink" Target="https://www.visitmanchester.com/event/manchester-village-pride-parade/26853101/" TargetMode="External"/><Relationship Id="rId14" Type="http://schemas.openxmlformats.org/officeDocument/2006/relationships/hyperlink" Target="https://www.visitmanchester.com/ideas-and-inspiration/lgbt/manchester-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