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Local Meetups: Ilkley Pride Coffee &amp; Cake Social Brings Community Together</w:t>
      </w:r>
      <w:r/>
    </w:p>
    <w:p>
      <w:r/>
      <w:r/>
    </w:p>
    <w:p>
      <w:r>
        <w:drawing>
          <wp:inline xmlns:a="http://schemas.openxmlformats.org/drawingml/2006/main" xmlns:pic="http://schemas.openxmlformats.org/drawingml/2006/picture">
            <wp:extent cx="5080000" cy="3408101"/>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3408101"/>
                    </a:xfrm>
                    <a:prstGeom prst="rect"/>
                  </pic:spPr>
                </pic:pic>
              </a:graphicData>
            </a:graphic>
          </wp:inline>
        </w:drawing>
      </w:r>
    </w:p>
    <w:p>
      <w:r/>
      <w:r>
        <w:rPr>
          <w:b/>
        </w:rPr>
        <w:t>Spot a friendly crowd this Sunday , Ilkley Pride &amp; Diversity Group is hosting its monthly Coffee &amp; Cake Social at Vitello Lounge from 2pm, a relaxed meet-up for LGBTQ+ people, allies and anyone who wants to support a welcoming local community. It’s simple, social and a great way to make new connections.</w:t>
      </w:r>
      <w:r/>
    </w:p>
    <w:p>
      <w:r/>
      <w:r>
        <w:t>Essential Takeaways</w:t>
      </w:r>
      <w:r/>
      <w:r/>
    </w:p>
    <w:p>
      <w:pPr>
        <w:pStyle w:val="ListBullet"/>
        <w:spacing w:line="240" w:lineRule="auto"/>
        <w:ind w:left="720"/>
      </w:pPr>
      <w:r/>
      <w:r>
        <w:rPr>
          <w:b/>
        </w:rPr>
        <w:t>When and where:</w:t>
      </w:r>
      <w:r>
        <w:t xml:space="preserve"> Monthly on Sunday afternoons at Vitello Lounge, Ilkley, starting 2pm , drop in anytime. </w:t>
      </w:r>
      <w:r/>
    </w:p>
    <w:p>
      <w:pPr>
        <w:pStyle w:val="ListBullet"/>
        <w:spacing w:line="240" w:lineRule="auto"/>
        <w:ind w:left="720"/>
      </w:pPr>
      <w:r/>
      <w:r>
        <w:rPr>
          <w:b/>
        </w:rPr>
        <w:t>Who it’s for:</w:t>
      </w:r>
      <w:r>
        <w:t xml:space="preserve"> LGBTQ+ people, allies, friends, family and anyone keen to support inclusion. </w:t>
      </w:r>
      <w:r/>
    </w:p>
    <w:p>
      <w:pPr>
        <w:pStyle w:val="ListBullet"/>
        <w:spacing w:line="240" w:lineRule="auto"/>
        <w:ind w:left="720"/>
      </w:pPr>
      <w:r/>
      <w:r>
        <w:rPr>
          <w:b/>
        </w:rPr>
        <w:t>Vibe:</w:t>
      </w:r>
      <w:r>
        <w:t xml:space="preserve"> No agenda, just coffee, cake and conversation , easygoing and low-pressure. </w:t>
      </w:r>
      <w:r/>
    </w:p>
    <w:p>
      <w:pPr>
        <w:pStyle w:val="ListBullet"/>
        <w:spacing w:line="240" w:lineRule="auto"/>
        <w:ind w:left="720"/>
      </w:pPr>
      <w:r/>
      <w:r>
        <w:rPr>
          <w:b/>
        </w:rPr>
        <w:t>Atmosphere:</w:t>
      </w:r>
      <w:r>
        <w:t xml:space="preserve"> Friendly mix of ages and backgrounds, with regulars and newcomers mingling. </w:t>
      </w:r>
      <w:r/>
    </w:p>
    <w:p>
      <w:pPr>
        <w:pStyle w:val="ListBullet"/>
        <w:spacing w:line="240" w:lineRule="auto"/>
        <w:ind w:left="720"/>
      </w:pPr>
      <w:r/>
      <w:r>
        <w:rPr>
          <w:b/>
        </w:rPr>
        <w:t>Why it matters:</w:t>
      </w:r>
      <w:r>
        <w:t xml:space="preserve"> Small, regular gatherings help build visibility and lasting local connections.</w:t>
      </w:r>
      <w:r/>
      <w:r/>
    </w:p>
    <w:p>
      <w:pPr>
        <w:pStyle w:val="Heading2"/>
      </w:pPr>
      <w:r>
        <w:t>A cosy, no-fuss space to meet people</w:t>
      </w:r>
      <w:r/>
    </w:p>
    <w:p>
      <w:r/>
      <w:r>
        <w:t>There’s something quietly lovely about a table strewn with cakes and warm mugs, a setting that makes conversation easy. Ilkley Pride’s Coffee &amp; Cake Social deliberately keeps things informal, so people can pop in for five minutes or settle for the whole afternoon. That relaxed format makes it an accessible option if you’re nervous about meeting a new crowd or simply short on time.</w:t>
      </w:r>
      <w:r/>
    </w:p>
    <w:p>
      <w:pPr>
        <w:pStyle w:val="Heading2"/>
      </w:pPr>
      <w:r>
        <w:t>How this grew into a monthly fixture</w:t>
      </w:r>
      <w:r/>
    </w:p>
    <w:p>
      <w:r/>
      <w:r>
        <w:t>Ilkley Pride launched these socials to create more than just a once-a-year Pride moment. Organisers wanted a regular, visible space where community ties could grow slowly and naturally. According to Ilkley Pride, the events have welcomed people of all ages and backgrounds, which shows how small, recurring gatherings can fill a bigger gap in local social life.</w:t>
      </w:r>
      <w:r/>
    </w:p>
    <w:p>
      <w:pPr>
        <w:pStyle w:val="Heading2"/>
      </w:pPr>
      <w:r>
        <w:t>Why local hospitality matters to groups like this</w:t>
      </w:r>
      <w:r/>
    </w:p>
    <w:p>
      <w:r/>
      <w:r>
        <w:t>Holding the meet-up in a familiar venue like Vitello Lounge does more than provide coffee; it signals partnership between grassroots groups and local businesses. Other Ilkley Pride pieces have highlighted how hospitality venues have supported community events, and that steady local backing makes socials feel safe and sustainable. If you run a café or pub, offering a monthly slot is an easy way to be seen as an inclusive neighbour.</w:t>
      </w:r>
      <w:r/>
    </w:p>
    <w:p>
      <w:pPr>
        <w:pStyle w:val="Heading2"/>
      </w:pPr>
      <w:r>
        <w:t>Who you’ll meet and what to expect</w:t>
      </w:r>
      <w:r/>
    </w:p>
    <w:p>
      <w:r/>
      <w:r>
        <w:t>Expect a friendly mix , long-time residents, people new to Ilkley and allies who’ve come along to show support. Conversations range from weekend plans to local issues and everything in between. If you’re unsure about attending, bring a friend or arrive during a quieter time; organisers emphasise that the groups are welcoming and non-judgemental.</w:t>
      </w:r>
      <w:r/>
    </w:p>
    <w:p>
      <w:pPr>
        <w:pStyle w:val="Heading2"/>
      </w:pPr>
      <w:r>
        <w:t>Practical tips for first-timers</w:t>
      </w:r>
      <w:r/>
    </w:p>
    <w:p>
      <w:r/>
      <w:r>
        <w:t>Wear something you’re comfy in and don’t overthink an opening line , “Is this seat free?” does the trick. If you want to support but not join a conversation, bringing a friend or staying by the door helps you gauge the vibe. And if you run late, don’t worry: the drop-in nature means you won’t miss the main moments.</w:t>
      </w:r>
      <w:r/>
    </w:p>
    <w:p>
      <w:r/>
      <w:r>
        <w:t>It's a small change that can make every Sunday feel more neighbourly and inclusive.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[3]</w:t>
        </w:r>
      </w:hyperlink>
      <w:r>
        <w:t xml:space="preserve">, </w:t>
      </w:r>
      <w:hyperlink r:id="rId10">
        <w:r>
          <w:rPr>
            <w:color w:val="0000EE"/>
            <w:u w:val="single"/>
          </w:rPr>
          <w:t>[5]</w:t>
        </w:r>
      </w:hyperlink>
      <w:r>
        <w:t xml:space="preserve">- Paragraph 3: </w:t>
      </w:r>
      <w:hyperlink r:id="rId12">
        <w:r>
          <w:rPr>
            <w:color w:val="0000EE"/>
            <w:u w:val="single"/>
          </w:rPr>
          <w:t>[6]</w:t>
        </w:r>
      </w:hyperlink>
      <w:r>
        <w:t xml:space="preserve">, </w:t>
      </w:r>
      <w:hyperlink r:id="rId10">
        <w:r>
          <w:rPr>
            <w:color w:val="0000EE"/>
            <w:u w:val="single"/>
          </w:rPr>
          <w:t>[2]</w:t>
        </w:r>
      </w:hyperlink>
      <w:r>
        <w:t xml:space="preserve">- Paragraph 4: </w:t>
      </w:r>
      <w:hyperlink r:id="rId11">
        <w:r>
          <w:rPr>
            <w:color w:val="0000EE"/>
            <w:u w:val="single"/>
          </w:rPr>
          <w:t>[7]</w:t>
        </w:r>
      </w:hyperlink>
      <w:r>
        <w:t xml:space="preserve">, </w:t>
      </w:r>
      <w:hyperlink r:id="rId12">
        <w:r>
          <w:rPr>
            <w:color w:val="0000EE"/>
            <w:u w:val="single"/>
          </w:rPr>
          <w:t>[3]</w:t>
        </w:r>
      </w:hyperlink>
      <w:r>
        <w:t xml:space="preserve">- Paragraph 5: </w:t>
      </w:r>
      <w:hyperlink r:id="rId11">
        <w:r>
          <w:rPr>
            <w:color w:val="0000EE"/>
            <w:u w:val="single"/>
          </w:rPr>
          <w:t>[4]</w:t>
        </w:r>
      </w:hyperlink>
      <w:r>
        <w:t xml:space="preserve">, </w:t>
      </w:r>
      <w:hyperlink r:id="rId10">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https://www.ilkleychat.co.uk/post/all-welcome-to-sunday-s-ilkley-pride-coffee-cake-social</w:t>
        </w:r>
      </w:hyperlink>
      <w:r>
        <w:t xml:space="preserve"> - Please view link - unable to able to access data</w:t>
      </w:r>
      <w:r/>
    </w:p>
    <w:p>
      <w:pPr>
        <w:pStyle w:val="ListNumber"/>
        <w:spacing w:line="240" w:lineRule="auto"/>
        <w:ind w:left="720"/>
      </w:pPr>
      <w:r/>
      <w:hyperlink r:id="rId10">
        <w:r>
          <w:rPr>
            <w:color w:val="0000EE"/>
            <w:u w:val="single"/>
          </w:rPr>
          <w:t>https://www.ilkleychat.co.uk/post/ilkley-pride-announces-social-sundays</w:t>
        </w:r>
      </w:hyperlink>
      <w:r>
        <w:t xml:space="preserve"> - Ilkley Pride &amp; Diversity Group has announced a series of monthly Coffee and Cake Socials at Vitello Lounge, starting on 17th May 2026. These events aim to provide a welcoming and inclusive space for the LGBTQ+ community and allies to connect. The socials are scheduled for 17th May, 21st June, 19th July, and 16th August 2026, all at 2pm at Vitello Lounge in Ilkley. The initiative seeks to foster community spirit and reduce social isolation by offering informal gatherings for people of all ages and backgrounds.</w:t>
      </w:r>
      <w:r/>
    </w:p>
    <w:p>
      <w:pPr>
        <w:pStyle w:val="ListNumber"/>
        <w:spacing w:line="240" w:lineRule="auto"/>
        <w:ind w:left="720"/>
      </w:pPr>
      <w:r/>
      <w:hyperlink r:id="rId12">
        <w:r>
          <w:rPr>
            <w:color w:val="0000EE"/>
            <w:u w:val="single"/>
          </w:rPr>
          <w:t>https://www.ilkleychat.co.uk/post/ilkley-pride-pays-tribute-to-hospitality-venues</w:t>
        </w:r>
      </w:hyperlink>
      <w:r>
        <w:t xml:space="preserve"> - Ilkley Pride has acknowledged the significant support of local hospitality venues, particularly Vitello Lounge, for the LGBTQ+ community. Vitello Lounge has been instrumental in hosting regular Coffee &amp; Cake social gatherings, providing a consistent and welcoming environment for community members. The venue's commitment extends beyond annual Pride events, offering a year-round space for connection and support. Ilkley Pride organisers have praised Vitello Lounge's dedication to fostering inclusivity and community engagement, highlighting its role in creating a sense of belonging for local LGBTQ+ residents and allies.</w:t>
      </w:r>
      <w:r/>
    </w:p>
    <w:p>
      <w:pPr>
        <w:pStyle w:val="ListNumber"/>
        <w:spacing w:line="240" w:lineRule="auto"/>
        <w:ind w:left="720"/>
      </w:pPr>
      <w:r/>
      <w:hyperlink r:id="rId11">
        <w:r>
          <w:rPr>
            <w:color w:val="0000EE"/>
            <w:u w:val="single"/>
          </w:rPr>
          <w:t>https://www.ilkleychat.co.uk/post/ilkley-pride-diversity-groups-final-socials-of-2024</w:t>
        </w:r>
      </w:hyperlink>
      <w:r>
        <w:t xml:space="preserve"> - Ilkley Pride &amp; Diversity Group has announced the details of their social events for the rest of 2024. Designed to bring members of the LGBTQ+ community together, the events include walks, drinks, and visits to local events. For the past few months, the group’s volunteers have been running ‘Walk, Coffee &amp; Cake’ socials on the first Sunday of each month. The group has been joined by LGBTQ+ community members and allies from all over West Yorkshire in the past and now they’re appealing for new members. November’s Walk, Coffee &amp; Cake social will take place on Sunday 3rd. The group will be meeting outside the Riverside Hotel at 2pm before setting off up the northern slopes of the valley towards Myddelton Lodge and the calvary. The route then drops back into Ilkley via Middleton Woods before visiting The Lister Arms (Wetherspoon) for coffee and cake.</w:t>
      </w:r>
      <w:r/>
    </w:p>
    <w:p>
      <w:pPr>
        <w:pStyle w:val="ListNumber"/>
        <w:spacing w:line="240" w:lineRule="auto"/>
        <w:ind w:left="720"/>
      </w:pPr>
      <w:r/>
      <w:hyperlink r:id="rId10">
        <w:r>
          <w:rPr>
            <w:color w:val="0000EE"/>
            <w:u w:val="single"/>
          </w:rPr>
          <w:t>https://www.ilkleychat.co.uk/post/ilkley-pride-announces-social-sundays</w:t>
        </w:r>
      </w:hyperlink>
      <w:r>
        <w:t xml:space="preserve"> - Ilkley Pride &amp; Diversity Group has announced a series of monthly Coffee and Cake Socials at Vitello Lounge, starting on 17th May 2026. These events aim to provide a welcoming and inclusive space for the LGBTQ+ community and allies to connect. The socials are scheduled for 17th May, 21st June, 19th July, and 16th August 2026, all at 2pm at Vitello Lounge in Ilkley. The initiative seeks to foster community spirit and reduce social isolation by offering informal gatherings for people of all ages and backgrounds.</w:t>
      </w:r>
      <w:r/>
    </w:p>
    <w:p>
      <w:pPr>
        <w:pStyle w:val="ListNumber"/>
        <w:spacing w:line="240" w:lineRule="auto"/>
        <w:ind w:left="720"/>
      </w:pPr>
      <w:r/>
      <w:hyperlink r:id="rId12">
        <w:r>
          <w:rPr>
            <w:color w:val="0000EE"/>
            <w:u w:val="single"/>
          </w:rPr>
          <w:t>https://www.ilkleychat.co.uk/post/ilkley-pride-pays-tribute-to-hospitality-venues</w:t>
        </w:r>
      </w:hyperlink>
      <w:r>
        <w:t xml:space="preserve"> - Ilkley Pride has acknowledged the significant support of local hospitality venues, particularly Vitello Lounge, for the LGBTQ+ community. Vitello Lounge has been instrumental in hosting regular Coffee &amp; Cake social gatherings, providing a consistent and welcoming environment for community members. The venue's commitment extends beyond annual Pride events, offering a year-round space for connection and support. Ilkley Pride organisers have praised Vitello Lounge's dedication to fostering inclusivity and community engagement, highlighting its role in creating a sense of belonging for local LGBTQ+ residents and allies.</w:t>
      </w:r>
      <w:r/>
    </w:p>
    <w:p>
      <w:pPr>
        <w:pStyle w:val="ListNumber"/>
        <w:spacing w:line="240" w:lineRule="auto"/>
        <w:ind w:left="720"/>
      </w:pPr>
      <w:r/>
      <w:hyperlink r:id="rId11">
        <w:r>
          <w:rPr>
            <w:color w:val="0000EE"/>
            <w:u w:val="single"/>
          </w:rPr>
          <w:t>https://www.ilkleychat.co.uk/post/ilkley-pride-diversity-groups-final-socials-of-2024</w:t>
        </w:r>
      </w:hyperlink>
      <w:r>
        <w:t xml:space="preserve"> - Ilkley Pride &amp; Diversity Group has announced the details of their social events for the rest of 2024. Designed to bring members of the LGBTQ+ community together, the events include walks, drinks, and visits to local events. For the past few months, the group’s volunteers have been running ‘Walk, Coffee &amp; Cake’ socials on the first Sunday of each month. The group has been joined by LGBTQ+ community members and allies from all over West Yorkshire in the past and now they’re appealing for new members. November’s Walk, Coffee &amp; Cake social will take place on Sunday 3rd. The group will be meeting outside the Riverside Hotel at 2pm before setting off up the northern slopes of the valley towards Myddelton Lodge and the calvary. The route then drops back into Ilkley via Middleton Woods before visiting The Lister Arms (Wetherspoon) for coffee and cake.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ilkleychat.co.uk/post/all-welcome-to-sunday-s-ilkley-pride-coffee-cake-social" TargetMode="External"/><Relationship Id="rId10" Type="http://schemas.openxmlformats.org/officeDocument/2006/relationships/hyperlink" Target="https://www.ilkleychat.co.uk/post/ilkley-pride-announces-social-sundays" TargetMode="External"/><Relationship Id="rId11" Type="http://schemas.openxmlformats.org/officeDocument/2006/relationships/hyperlink" Target="https://www.ilkleychat.co.uk/post/ilkley-pride-diversity-groups-final-socials-of-2024" TargetMode="External"/><Relationship Id="rId12" Type="http://schemas.openxmlformats.org/officeDocument/2006/relationships/hyperlink" Target="https://www.ilkleychat.co.uk/post/ilkley-pride-pays-tribute-to-hospitality-venu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