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World Cup Watch Parties: Why Philly’s Falcons Are Leading the Cheer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stadium seats into local pubs and parks , and Philadelphia’s own Falcons are throwing one of the city’s most inclusive World Cup watch parties. Fans, players and curious locals will gather at Little Gay Pub on July 19 to celebrate sport, safety and community spirit.</w:t>
      </w:r>
      <w:r/>
    </w:p>
    <w:p>
      <w:r/>
      <w:r>
        <w:t>Essential Takeaways</w:t>
      </w:r>
      <w:r/>
      <w:r/>
    </w:p>
    <w:p>
      <w:pPr>
        <w:pStyle w:val="ListBullet"/>
        <w:spacing w:line="240" w:lineRule="auto"/>
        <w:ind w:left="720"/>
      </w:pPr>
      <w:r/>
      <w:r>
        <w:rPr>
          <w:b/>
        </w:rPr>
        <w:t>Inclusive vibe:</w:t>
      </w:r>
      <w:r>
        <w:t xml:space="preserve"> The Philadelphia Falcons host LGBTQ+-friendly watch parties that welcome all skill levels and identities, creating a warm, social atmosphere.</w:t>
      </w:r>
      <w:r/>
    </w:p>
    <w:p>
      <w:pPr>
        <w:pStyle w:val="ListBullet"/>
        <w:spacing w:line="240" w:lineRule="auto"/>
        <w:ind w:left="720"/>
      </w:pPr>
      <w:r/>
      <w:r>
        <w:rPr>
          <w:b/>
        </w:rPr>
        <w:t>Regular meet-ups:</w:t>
      </w:r>
      <w:r>
        <w:t xml:space="preserve"> The Falcons run biweekly pickup sessions and travel teams, so newcomers can try soccer casually or join competitive leagues.</w:t>
      </w:r>
      <w:r/>
    </w:p>
    <w:p>
      <w:pPr>
        <w:pStyle w:val="ListBullet"/>
        <w:spacing w:line="240" w:lineRule="auto"/>
        <w:ind w:left="720"/>
      </w:pPr>
      <w:r/>
      <w:r>
        <w:rPr>
          <w:b/>
        </w:rPr>
        <w:t>Low-cost access:</w:t>
      </w:r>
      <w:r>
        <w:t xml:space="preserve"> Memberships run around $30–$35 for half a year, with scholarships available to keep the game affordable.</w:t>
      </w:r>
      <w:r/>
    </w:p>
    <w:p>
      <w:pPr>
        <w:pStyle w:val="ListBullet"/>
        <w:spacing w:line="240" w:lineRule="auto"/>
        <w:ind w:left="720"/>
      </w:pPr>
      <w:r/>
      <w:r>
        <w:rPr>
          <w:b/>
        </w:rPr>
        <w:t>Pride House partnership:</w:t>
      </w:r>
      <w:r>
        <w:t xml:space="preserve"> Falcons teamed with Pride House International to stage multiple World Cup watch events, safe and celebratory for fans.</w:t>
      </w:r>
      <w:r/>
    </w:p>
    <w:p>
      <w:pPr>
        <w:pStyle w:val="ListBullet"/>
        <w:spacing w:line="240" w:lineRule="auto"/>
        <w:ind w:left="720"/>
      </w:pPr>
      <w:r/>
      <w:r>
        <w:rPr>
          <w:b/>
        </w:rPr>
        <w:t>Practical note:</w:t>
      </w:r>
      <w:r>
        <w:t xml:space="preserve"> Many local matches and pickups are on turf, which helps those with grass allergies keep playing.</w:t>
      </w:r>
      <w:r/>
      <w:r/>
    </w:p>
    <w:p>
      <w:pPr>
        <w:pStyle w:val="Heading2"/>
      </w:pPr>
      <w:r>
        <w:t>A watch party with heart , what makes the Falcons’ event special</w:t>
      </w:r>
      <w:r/>
    </w:p>
    <w:p>
      <w:r/>
      <w:r>
        <w:t>The opening draw is simple: a World Cup final, friends and a bar where you won’t worry about being yourself. According to the Falcons’ organisers, the watch parties grew from a Pride House International initiative to create safe viewing spaces for LGBTQ+ fans, and Philly’s gatherings have become a real community moment. The vibe is social and low-pressure, perfect for fans who want to cheer with others without the usual anonymity of big stadiums. If you’re nervous about showing up alone, expect friendly faces and easy conversation starters , a handy thing if you’ve come just for the atmosphere.</w:t>
      </w:r>
      <w:r/>
    </w:p>
    <w:p>
      <w:pPr>
        <w:pStyle w:val="Heading2"/>
      </w:pPr>
      <w:r>
        <w:t>How Pride House helped scale local watch parties</w:t>
      </w:r>
      <w:r/>
    </w:p>
    <w:p>
      <w:r/>
      <w:r>
        <w:t>Pride House International has been linking NGOs, local clubs and venues to host inclusive sporting events during major tournaments, and the Falcons tapped this network to expand their reach. Outsports and other outlets have tracked Pride House pop-ups across host cities, and in Philly the partnership translated into multiple watch nights across different bars. That means the Falcons didn’t just throw one gig , they helped normalise a string of welcoming spaces across town, which is great for anyone seeking community during big matches.</w:t>
      </w:r>
      <w:r/>
    </w:p>
    <w:p>
      <w:pPr>
        <w:pStyle w:val="Heading2"/>
      </w:pPr>
      <w:r>
        <w:t>From pickup to president , the Falcons’ grassroots path</w:t>
      </w:r>
      <w:r/>
    </w:p>
    <w:p>
      <w:r/>
      <w:r>
        <w:t>The Falcons aren’t a boutique club , they’re a local organisation with pickup nights, competitive teams and a calendar of social events. Members can join Monday and Wednesday pickups at Palumbo Park or sign up via the team website and Instagram. The club balances being competitive and social: players who want more challenge are steered toward local leagues, while casual players get a friendly, inclusive game. For newcomers, the modest membership fee and scholarship options make it easy to try before you commit.</w:t>
      </w:r>
      <w:r/>
    </w:p>
    <w:p>
      <w:pPr>
        <w:pStyle w:val="Heading2"/>
      </w:pPr>
      <w:r>
        <w:t>Why these watch parties matter beyond the match</w:t>
      </w:r>
      <w:r/>
    </w:p>
    <w:p>
      <w:r/>
      <w:r>
        <w:t>Watch parties are more than screens and pints; they’re safe spaces where queer fans can enjoy sport without code-switching. Pride House-backed events around the tournament have been spotlighted in cities from Boston to San Francisco, showing a trend: fans want to gather in spaces that combine sport and welcome. For LGBTQ+ travellers or locals, that means a predictable, comfortable place to celebrate wins or commiserate losses, and it helps clubs like the Falcons raise their profile and bring more people into soccer.</w:t>
      </w:r>
      <w:r/>
    </w:p>
    <w:p>
      <w:pPr>
        <w:pStyle w:val="Heading2"/>
      </w:pPr>
      <w:r>
        <w:t>Practical tips for anyone attending a Falcons watch night</w:t>
      </w:r>
      <w:r/>
    </w:p>
    <w:p>
      <w:r/>
      <w:r>
        <w:t>If you’re going to Little Gay Pub or another watch party, arrive a little early to grab a spot and meet people. Check the Falcons’ Instagram for schedule tweaks, especially as pitches and pickup times shift with the season. If you plan to play later, opt for turf-friendly footwear , many meets are on artificial surfaces , and bring any medication for allergies if grass makes you itchy. Finally, if cost is a concern, enquire about the club’s scholarships; community clubs often prioritise inclusivity over profit.</w:t>
      </w:r>
      <w:r/>
    </w:p>
    <w:p>
      <w:r/>
      <w:r>
        <w:t>It's a small change that can make every match feel like a shared win.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https://epgn.com/2026/07/15/mark-goldy-brown-mgb-kickin-it-in-philly/</w:t>
        </w:r>
      </w:hyperlink>
      <w:r>
        <w:t xml:space="preserve"> - Please view link - unable to able to access data</w:t>
      </w:r>
      <w:r/>
    </w:p>
    <w:p>
      <w:pPr>
        <w:pStyle w:val="ListNumber"/>
        <w:spacing w:line="240" w:lineRule="auto"/>
        <w:ind w:left="720"/>
      </w:pPr>
      <w:r/>
      <w:hyperlink r:id="rId10">
        <w:r>
          <w:rPr>
            <w:color w:val="0000EE"/>
            <w:u w:val="single"/>
          </w:rPr>
          <w:t>https://www.pridehouseinternational.org/about/</w:t>
        </w:r>
      </w:hyperlink>
      <w:r>
        <w:t xml:space="preserve"> - Pride House International is an organisation that supports local communities in advancing LGBTIQ+ inclusion and combating homophobia and transphobia through large-scale sporting events. They provide safe spaces for LGBTIQ+ athletes, fans, and allies during such events, offering opportunities to view competitions, engage in educational activities, and build relationships within the sporting community. The first Pride House was established during the 2010 Winter Olympics in Vancouver, and since then, the movement has expanded globally, with numerous Pride Houses operating in various countries during major sporting events.</w:t>
      </w:r>
      <w:r/>
    </w:p>
    <w:p>
      <w:pPr>
        <w:pStyle w:val="ListNumber"/>
        <w:spacing w:line="240" w:lineRule="auto"/>
        <w:ind w:left="720"/>
      </w:pPr>
      <w:r/>
      <w:hyperlink r:id="rId11">
        <w:r>
          <w:rPr>
            <w:color w:val="0000EE"/>
            <w:u w:val="single"/>
          </w:rPr>
          <w:t>https://www.outsports.com/2026/6/12/24136293/world-cup-pride-house-gay-lgbtq-watch-parties-host-cities/</w:t>
        </w:r>
      </w:hyperlink>
      <w:r>
        <w:t xml:space="preserve"> - Outsports reports on the initiative of Pride House United 2026, which is establishing LGBTQ-friendly venues in World Cup host cities to create inclusive spaces for fans and allies. At least half of the host cities have confirmed Pride House hubs where LGBTQ+ individuals can gather to watch matches and celebrate together. This movement aims to ensure that LGBTIQ+ people are welcomed and engaged during large-scale sporting events, providing safe and joyous environments for queer fans.</w:t>
      </w:r>
      <w:r/>
    </w:p>
    <w:p>
      <w:pPr>
        <w:pStyle w:val="ListNumber"/>
        <w:spacing w:line="240" w:lineRule="auto"/>
        <w:ind w:left="720"/>
      </w:pPr>
      <w:r/>
      <w:hyperlink r:id="rId12">
        <w:r>
          <w:rPr>
            <w:color w:val="0000EE"/>
            <w:u w:val="single"/>
          </w:rPr>
          <w:t>https://www.cosmicaboston.com/worldcupwatchparty</w:t>
        </w:r>
      </w:hyperlink>
      <w:r>
        <w:t xml:space="preserve"> - Cosmica Boston is hosting official Pride House Boston World Cup Watch Parties at Spy Bar and Cósmica at The Revolution Hotel. These events are designed to create a vibrant and inclusive atmosphere for LGBTQ+ athletes, fans, and allies during the 2026 FIFA Men's World Cup. Attendees can enjoy watching matches on big screens, accompanied by DJs, music, cocktails, dancing, and a global party atmosphere. The initiative is part of a broader movement to establish Pride Houses in World Cup host cities, offering safe spaces for LGBTIQ+ individuals.</w:t>
      </w:r>
      <w:r/>
    </w:p>
    <w:p>
      <w:pPr>
        <w:pStyle w:val="ListNumber"/>
        <w:spacing w:line="240" w:lineRule="auto"/>
        <w:ind w:left="720"/>
      </w:pPr>
      <w:r/>
      <w:hyperlink r:id="rId13">
        <w:r>
          <w:rPr>
            <w:color w:val="0000EE"/>
            <w:u w:val="single"/>
          </w:rPr>
          <w:t>https://www.sfbayareafwc26.com/bay-area-events/pride-house-sf-presents-big-gay-watch-party-at-beaux</w:t>
        </w:r>
      </w:hyperlink>
      <w:r>
        <w:t xml:space="preserve"> - Pride House SF is organising a high-energy community watch party for the USA vs. Paraguay match at Beaux Night Club in San Francisco. The event features a drag show, live soccer viewing on multiple screens, special guests from the LGBTQ+ sports community, music, giveaways, and community activations. This initiative is part of the Pride House movement, which aims to provide inclusive spaces for LGBTQ+ fans during major sporting events, fostering a sense of community and support.</w:t>
      </w:r>
      <w:r/>
    </w:p>
    <w:p>
      <w:pPr>
        <w:pStyle w:val="ListNumber"/>
        <w:spacing w:line="240" w:lineRule="auto"/>
        <w:ind w:left="720"/>
      </w:pPr>
      <w:r/>
      <w:hyperlink r:id="rId14">
        <w:r>
          <w:rPr>
            <w:color w:val="0000EE"/>
            <w:u w:val="single"/>
          </w:rPr>
          <w:t>https://www.axios.com/local/boston/2026/05/29/boston-pride-house-lgbtq-world-cup</w:t>
        </w:r>
      </w:hyperlink>
      <w:r>
        <w:t xml:space="preserve"> - Axios reports on the opening of Pride House Boston, a pop-up event celebrating both the World Cup and Pride Month. Located in the basement bar of the Revolution Hotel, Spy Bar, Pride House Boston offers LGBTQ+ fans a safe and inclusive space to watch the tournament. Organised by the Boston LGBTQ+ Museum of Art, History and Culture, this initiative is part of a broader effort to establish Pride Houses in World Cup host cities, ensuring that LGBTIQ+ individuals have welcoming environments during major sporting events.</w:t>
      </w:r>
      <w:r/>
    </w:p>
    <w:p>
      <w:pPr>
        <w:pStyle w:val="ListNumber"/>
        <w:spacing w:line="240" w:lineRule="auto"/>
        <w:ind w:left="720"/>
      </w:pPr>
      <w:r/>
      <w:hyperlink r:id="rId15">
        <w:r>
          <w:rPr>
            <w:color w:val="0000EE"/>
            <w:u w:val="single"/>
          </w:rPr>
          <w:t>https://www.bostonlgbtqmuseum.org/pridehouseboston</w:t>
        </w:r>
      </w:hyperlink>
      <w:r>
        <w:t xml:space="preserve"> - The Boston LGBTQ+ Museum of Art, History &amp; Culture is hosting Pride House Boston from May 19 to July 19, 2026. This hospitality house serves as a welcoming space for LGBTIQ+ athletes, fans, and allies during the 2026 FIFA Men's World Cup. Pride House Boston provides a safe environment for queer fans to gather, watch matches, and celebrate together, contributing to the broader movement of establishing Pride Houses in World Cup host cities to support LGBTIQ+ inclusion in sports.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15/mark-goldy-brown-mgb-kickin-it-in-philly/" TargetMode="External"/><Relationship Id="rId10" Type="http://schemas.openxmlformats.org/officeDocument/2006/relationships/hyperlink" Target="https://www.pridehouseinternational.org/about/" TargetMode="External"/><Relationship Id="rId11" Type="http://schemas.openxmlformats.org/officeDocument/2006/relationships/hyperlink" Target="https://www.outsports.com/2026/6/12/24136293/world-cup-pride-house-gay-lgbtq-watch-parties-host-cities/" TargetMode="External"/><Relationship Id="rId12" Type="http://schemas.openxmlformats.org/officeDocument/2006/relationships/hyperlink" Target="https://www.cosmicaboston.com/worldcupwatchparty" TargetMode="External"/><Relationship Id="rId13" Type="http://schemas.openxmlformats.org/officeDocument/2006/relationships/hyperlink" Target="https://www.sfbayareafwc26.com/bay-area-events/pride-house-sf-presents-big-gay-watch-party-at-beaux" TargetMode="External"/><Relationship Id="rId14" Type="http://schemas.openxmlformats.org/officeDocument/2006/relationships/hyperlink" Target="https://www.axios.com/local/boston/2026/05/29/boston-pride-house-lgbtq-world-cup" TargetMode="External"/><Relationship Id="rId15" Type="http://schemas.openxmlformats.org/officeDocument/2006/relationships/hyperlink" Target="https://www.bostonlgbtqmuseum.org/pridehousebost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