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LGBTQ+-Friendly Waikiki Destination Wedding Resorts for 2026</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are turning to Waikiki for warm, picture-perfect LGBTQ+ destination weddings , from Halekulani’s understated luxury to Kaimana’s boutique beach feel , where Hawaii’s inclusive culture, easy travel and lively Kuhio District nightlife make planning celebratory, same-sex ceremonies straightforward and joyful.</w:t>
      </w:r>
      <w:r/>
    </w:p>
    <w:p>
      <w:r/>
      <w:r>
        <w:t>Essential Takeaways</w:t>
      </w:r>
      <w:r/>
      <w:r/>
    </w:p>
    <w:p>
      <w:pPr>
        <w:pStyle w:val="ListBullet"/>
        <w:spacing w:line="240" w:lineRule="auto"/>
        <w:ind w:left="720"/>
      </w:pPr>
      <w:r/>
      <w:r>
        <w:rPr>
          <w:b/>
        </w:rPr>
        <w:t>Legal clarity:</w:t>
      </w:r>
      <w:r>
        <w:t xml:space="preserve"> Hawaii has recognised same-sex marriage since 2013; Waikiki couples need a single in-person marriage licence appointment and no residency requirement. </w:t>
      </w:r>
      <w:r/>
    </w:p>
    <w:p>
      <w:pPr>
        <w:pStyle w:val="ListBullet"/>
        <w:spacing w:line="240" w:lineRule="auto"/>
        <w:ind w:left="720"/>
      </w:pPr>
      <w:r/>
      <w:r>
        <w:rPr>
          <w:b/>
        </w:rPr>
        <w:t>Range of venues:</w:t>
      </w:r>
      <w:r>
        <w:t xml:space="preserve"> Options run from Halekulani’s refined beachfront and terraces to intimate Kaimana spaces and ballroom or pool-deck choices at Hyatt and Marriott. </w:t>
      </w:r>
      <w:r/>
    </w:p>
    <w:p>
      <w:pPr>
        <w:pStyle w:val="ListBullet"/>
        <w:spacing w:line="240" w:lineRule="auto"/>
        <w:ind w:left="720"/>
      </w:pPr>
      <w:r/>
      <w:r>
        <w:rPr>
          <w:b/>
        </w:rPr>
        <w:t>Packages vary by tier:</w:t>
      </w:r>
      <w:r>
        <w:t xml:space="preserve"> Entry, mid and luxury package tiers cover different mixes of florals, photography and reception options; pricing is identical for same-sex and opposite-sex couples. </w:t>
      </w:r>
      <w:r/>
    </w:p>
    <w:p>
      <w:pPr>
        <w:pStyle w:val="ListBullet"/>
        <w:spacing w:line="240" w:lineRule="auto"/>
        <w:ind w:left="720"/>
      </w:pPr>
      <w:r/>
      <w:r>
        <w:rPr>
          <w:b/>
        </w:rPr>
        <w:t>Convenient travel:</w:t>
      </w:r>
      <w:r>
        <w:t xml:space="preserve"> Honolulu (HNL) connects directly to many US cities; Waikiki is roughly a 20–30 minute transfer from the airport. </w:t>
      </w:r>
      <w:r/>
    </w:p>
    <w:p>
      <w:pPr>
        <w:pStyle w:val="ListBullet"/>
        <w:spacing w:line="240" w:lineRule="auto"/>
        <w:ind w:left="720"/>
      </w:pPr>
      <w:r/>
      <w:r>
        <w:rPr>
          <w:b/>
        </w:rPr>
        <w:t>Local scene:</w:t>
      </w:r>
      <w:r>
        <w:t xml:space="preserve"> The Kuhio District anchors Waikiki’s LGBTQ+ nightlife, and Honolulu Pride in October brings extra energy and visibility.</w:t>
      </w:r>
      <w:r/>
      <w:r/>
    </w:p>
    <w:p>
      <w:pPr>
        <w:pStyle w:val="Heading2"/>
      </w:pPr>
      <w:r>
        <w:t>Why Waikiki feels like a safe, celebratory place to say “I do”</w:t>
      </w:r>
      <w:r/>
    </w:p>
    <w:p>
      <w:r/>
      <w:r>
        <w:t>Waikiki mixes postcard beaches with a long-running culture of welcome, and you can feel that the moment you arrive , the air smells like salt and plumeria, and staff at many properties are practised at celebrating same-sex couples. Hawaii’s 2013 law legalising same-sex marriage underpins everything, so the paperwork and ceremony logistics are straightforward. According to industry guides, resorts across the corridor offer equal pricing and inclusions for same-sex couples, which removes an awkward step from planning. If you value a destination that balances pride with polish, Waikiki does both.</w:t>
      </w:r>
      <w:r/>
    </w:p>
    <w:p>
      <w:pPr>
        <w:pStyle w:val="Heading2"/>
      </w:pPr>
      <w:r>
        <w:t>Halekulani and Moana Surfrider: refined luxury with history</w:t>
      </w:r>
      <w:r/>
    </w:p>
    <w:p>
      <w:r/>
      <w:r>
        <w:t>If you want ceremony photos with Diamond Head in the background and an elegant, quiet feel, Halekulani is the obvious pick; the hotel trades in subtle service and design-led weddings. Nearby, Moana Surfrider , the “First Lady of Waikiki” , leans into its century of history, with the Banyan Court and Diamond Lawn offering iconic, highly photographed settings. Both properties are practised at coordinating same-sex ceremonies and appeal to couples seeking classic, high-touch celebrations. Practical tip: book early for prime beachfront slots and expect luxury packages to include upgraded florals, extended photography and private reception options.</w:t>
      </w:r>
      <w:r/>
    </w:p>
    <w:p>
      <w:pPr>
        <w:pStyle w:val="Heading2"/>
      </w:pPr>
      <w:r>
        <w:t>Hyatt Regency and Marriott: large-flagship choices near the action</w:t>
      </w:r>
      <w:r/>
    </w:p>
    <w:p>
      <w:r/>
      <w:r>
        <w:t>For couples wanting easy access to Waikiki’s social scene, the Hyatt Regency’s location across from Kuhio Beach puts you a short walk from the Kuhio District’s gay bars and nightlife. Waikiki Beach Marriott sits at the busy east end and offers flexible group-booking options for larger parties. Both brands follow inclusive corporate standards and provide a range of indoor and outdoor spaces , pool decks, lawns and ballrooms , that suit guest lists from a few dozen to a couple of hundred. If you’re planning many out-of-town guests, these properties’ size and group rates can make logistics simpler.</w:t>
      </w:r>
      <w:r/>
    </w:p>
    <w:p>
      <w:pPr>
        <w:pStyle w:val="Heading2"/>
      </w:pPr>
      <w:r>
        <w:t>Kaimana Beach Hotel: boutique, intimate and local</w:t>
      </w:r>
      <w:r/>
    </w:p>
    <w:p>
      <w:r/>
      <w:r>
        <w:t>If you picture a quiet, low-key beach wedding on a calm stretch of sand, Kaimana is the boutique pick. With direct access to Sans Souci Beach and a 122-room scale, it’s built for smaller celebrations and has a friendly, local reputation for inclusive service. Expect more intimate ceremony sites and a relaxed pace; that’s great if you want a focus on atmosphere rather than fanfare. A good rule: choose Kaimana for guest lists under 60 and for couples who prefer a boutique feel over hotel grandeur.</w:t>
      </w:r>
      <w:r/>
    </w:p>
    <w:p>
      <w:pPr>
        <w:pStyle w:val="Heading2"/>
      </w:pPr>
      <w:r>
        <w:t>Packages, paperwork and timing , what actually matters</w:t>
      </w:r>
      <w:r/>
    </w:p>
    <w:p>
      <w:r/>
      <w:r>
        <w:t>Waikiki resorts tend to sell ceremony elements a la carte rather than as Caribbean-style all-inclusives, so you’ll mix and match officiant, florals, photography and reception dining to suit your budget. Entry-tier packages typically cover a simple setup and toast; mid-tier adds photography and reception options; luxury packages include custom decor and private buyouts. Legally, you’ll need a Hawaii marriage licence (fee applies), valid photo ID and any prior divorce documentation if relevant; a single in-person visit to an Oahu licence agent does the job. For weather and value, aim for April–May or September–October; October has the bonus of Honolulu Pride celebrations.</w:t>
      </w:r>
      <w:r/>
    </w:p>
    <w:p>
      <w:pPr>
        <w:pStyle w:val="Heading2"/>
      </w:pPr>
      <w:r>
        <w:t>Practical planning tips for a stress-free Waikiki wedding</w:t>
      </w:r>
      <w:r/>
    </w:p>
    <w:p>
      <w:r/>
      <w:r>
        <w:t>Start by choosing venue scale: boutique (Kaimana), historic-luxury (Halekulani, Moana) or large-flagship (Hyatt, Marriott). Work with a Certified Destination Wedding Specialist to compare packages and dates, and get your licence appointment on the books early. Consider weekday ceremonies to save money and think about guest transfers , most Waikiki hotels are a 20–30 minute drive from HNL. Finally, build in time for a rehearsal dinner on or near Kuhio Avenue if you want to enjoy the local nightlife with your party.</w:t>
      </w:r>
      <w:r/>
    </w:p>
    <w:p>
      <w:r/>
      <w:r>
        <w:t>It's a small change that can make every ceremony feel perfectly Hawaiian and perfectly yours.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0">
        <w:r>
          <w:rPr>
            <w:color w:val="0000EE"/>
            <w:u w:val="single"/>
          </w:rPr>
          <w:t>[2]</w:t>
        </w:r>
      </w:hyperlink>
      <w:r>
        <w:t xml:space="preserve">, </w:t>
      </w:r>
      <w:hyperlink r:id="rId14">
        <w:r>
          <w:rPr>
            <w:color w:val="0000EE"/>
            <w:u w:val="single"/>
          </w:rPr>
          <w:t>[6]</w:t>
        </w:r>
      </w:hyperlink>
      <w:r>
        <w:t xml:space="preserve">- Paragraph 4: </w:t>
      </w:r>
      <w:hyperlink r:id="rId13">
        <w:r>
          <w:rPr>
            <w:color w:val="0000EE"/>
            <w:u w:val="single"/>
          </w:rPr>
          <w:t>[5]</w:t>
        </w:r>
      </w:hyperlink>
      <w:r>
        <w:t xml:space="preserve">, </w:t>
      </w:r>
      <w:hyperlink r:id="rId11">
        <w:r>
          <w:rPr>
            <w:color w:val="0000EE"/>
            <w:u w:val="single"/>
          </w:rPr>
          <w:t>[4]</w:t>
        </w:r>
      </w:hyperlink>
      <w:r>
        <w:t xml:space="preserve">- Paragraph 5: </w:t>
      </w:r>
      <w:hyperlink r:id="rId10">
        <w:r>
          <w:rPr>
            <w:color w:val="0000EE"/>
            <w:u w:val="single"/>
          </w:rPr>
          <w:t>[2]</w:t>
        </w:r>
      </w:hyperlink>
      <w:r>
        <w:t xml:space="preserve">, </w:t>
      </w:r>
      <w:hyperlink r:id="rId12">
        <w:r>
          <w:rPr>
            <w:color w:val="0000EE"/>
            <w:u w:val="single"/>
          </w:rPr>
          <w:t>[3]</w:t>
        </w:r>
      </w:hyperlink>
      <w:r>
        <w:t xml:space="preserve">- Paragraph 6: </w:t>
      </w:r>
      <w:hyperlink r:id="rId11">
        <w:r>
          <w:rPr>
            <w:color w:val="0000EE"/>
            <w:u w:val="single"/>
          </w:rPr>
          <w:t>[4]</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https://blog.destinationweddings.com/best-gay-friendly-destination-wedding-venues-waikiki?utm_source=rss&amp;utm_medium=rss&amp;utm_campaign=best-gay-friendly-destination-wedding-venues-waikiki</w:t>
        </w:r>
      </w:hyperlink>
      <w:r>
        <w:t xml:space="preserve"> - Please view link - unable to able to access data</w:t>
      </w:r>
      <w:r/>
    </w:p>
    <w:p>
      <w:pPr>
        <w:pStyle w:val="ListNumber"/>
        <w:spacing w:line="240" w:lineRule="auto"/>
        <w:ind w:left="720"/>
      </w:pPr>
      <w:r/>
      <w:hyperlink r:id="rId10">
        <w:r>
          <w:rPr>
            <w:color w:val="0000EE"/>
            <w:u w:val="single"/>
          </w:rPr>
          <w:t>https://www.marriott.com/en-us/hotels/hnlwi-moana-surfrider-a-westin-resort-and-spa-waikiki-beach/weddings/</w:t>
        </w:r>
      </w:hyperlink>
      <w:r>
        <w:t xml:space="preserve"> - Moana Surfrider, A Westin Resort &amp; Spa, Waikiki Beach, known as the 'First Lady of Waikiki' since 1901, offers a blend of historic charm and modern amenities. The resort provides both indoor and outdoor oceanfront wedding venues, including the Diamond Lawn and Terrace, accommodating up to 400 guests. Their professional planning services ensure a seamless wedding experience, combining Victorian-era style with contemporary hospitality. The venue's rich history and picturesque setting make it a sought-after location for couples seeking a memorable wedding in Honolulu.</w:t>
      </w:r>
      <w:r/>
    </w:p>
    <w:p>
      <w:pPr>
        <w:pStyle w:val="ListNumber"/>
        <w:spacing w:line="240" w:lineRule="auto"/>
        <w:ind w:left="720"/>
      </w:pPr>
      <w:r/>
      <w:hyperlink r:id="rId12">
        <w:r>
          <w:rPr>
            <w:color w:val="0000EE"/>
            <w:u w:val="single"/>
          </w:rPr>
          <w:t>https://www.marriott.com/en-us/hotels/hnlwi-moana-surfrider-a-westin-resort-and-spa-waikiki-beach/overview/</w:t>
        </w:r>
      </w:hyperlink>
      <w:r>
        <w:t xml:space="preserve"> - Moana Surfrider, A Westin Resort &amp; Spa, Waikiki Beach, established in 1901, is the first hotel in Waikiki. It offers a mix of Victorian-era style and modern amenities, featuring over 13,000 square feet of flexible indoor and outdoor spaces suitable for weddings and special events. The resort's historic significance and beachfront location provide a unique backdrop for celebrations. Guests can enjoy panoramic views of Waikiki Beach, and the venue's rich history adds a distinctive charm to any event held there.</w:t>
      </w:r>
      <w:r/>
    </w:p>
    <w:p>
      <w:pPr>
        <w:pStyle w:val="ListNumber"/>
        <w:spacing w:line="240" w:lineRule="auto"/>
        <w:ind w:left="720"/>
      </w:pPr>
      <w:r/>
      <w:hyperlink r:id="rId11">
        <w:r>
          <w:rPr>
            <w:color w:val="0000EE"/>
            <w:u w:val="single"/>
          </w:rPr>
          <w:t>https://www.hyatt.com/hyatt-regency/en-US/hnlrw-hyatt-regency-waikiki-beach-resort-and-spa/weddings</w:t>
        </w:r>
      </w:hyperlink>
      <w:r>
        <w:t xml:space="preserve"> - Hyatt Regency Waikiki Beach Resort &amp; Spa offers a variety of wedding venues with picturesque views of Waikiki Beach. The Nalea Terrace provides an open-air setting for ceremonies, while the Regency Ballroom accommodates up to 500 guests for receptions. The resort's professional planning services assist couples in creating a memorable wedding experience. With its prime location and diverse venue options, Hyatt Regency Waikiki is a popular choice for couples seeking a beachfront wedding in Honolulu.</w:t>
      </w:r>
      <w:r/>
    </w:p>
    <w:p>
      <w:pPr>
        <w:pStyle w:val="ListNumber"/>
        <w:spacing w:line="240" w:lineRule="auto"/>
        <w:ind w:left="720"/>
      </w:pPr>
      <w:r/>
      <w:hyperlink r:id="rId13">
        <w:r>
          <w:rPr>
            <w:color w:val="0000EE"/>
            <w:u w:val="single"/>
          </w:rPr>
          <w:t>https://www.hyatt.com/hyatt-regency/en-US/hnlrw-hyatt-regency-waikiki-beach-resort-and-spa/overview</w:t>
        </w:r>
      </w:hyperlink>
      <w:r>
        <w:t xml:space="preserve"> - Hyatt Regency Waikiki Beach Resort &amp; Spa is a luxury hotel located on Waikiki Beach, offering stunning views of the ocean and the city. The resort features multiple pools, a spa, and a variety of dining options. Its proximity to the Kuhio District's LGBTQ+ nightlife makes it convenient for couples seeking easy access to Honolulu's gay bar scene. The hotel's inclusive brand standards and diverse wedding venues cater to a wide range of preferences, making it a suitable choice for same-sex couples.</w:t>
      </w:r>
      <w:r/>
    </w:p>
    <w:p>
      <w:pPr>
        <w:pStyle w:val="ListNumber"/>
        <w:spacing w:line="240" w:lineRule="auto"/>
        <w:ind w:left="720"/>
      </w:pPr>
      <w:r/>
      <w:hyperlink r:id="rId14">
        <w:r>
          <w:rPr>
            <w:color w:val="0000EE"/>
            <w:u w:val="single"/>
          </w:rPr>
          <w:t>https://www.marriott.com/en-us/hotels/hnlwi-moana-surfrider-a-westin-resort-and-spa-waikiki-beach/overview/?msockid=1f57fa5980096f1d1871ec2b81ee6e61</w:t>
        </w:r>
      </w:hyperlink>
      <w:r>
        <w:t xml:space="preserve"> - Moana Surfrider, A Westin Resort &amp; Spa, Waikiki Beach, offers a blend of historic charm and modern amenities. The resort provides both indoor and outdoor oceanfront wedding venues, including the Diamond Lawn and Terrace, accommodating up to 400 guests. Their professional planning services ensure a seamless wedding experience, combining Victorian-era style with contemporary hospitality. The venue's rich history and picturesque setting make it a sought-after location for couples seeking a memorable wedding in Honolulu.</w:t>
      </w:r>
      <w:r/>
    </w:p>
    <w:p>
      <w:pPr>
        <w:pStyle w:val="ListNumber"/>
        <w:spacing w:line="240" w:lineRule="auto"/>
        <w:ind w:left="720"/>
      </w:pPr>
      <w:r/>
      <w:hyperlink r:id="rId15">
        <w:r>
          <w:rPr>
            <w:color w:val="0000EE"/>
            <w:u w:val="single"/>
          </w:rPr>
          <w:t>https://www.marriott.com/en-us/hotels/hnlwi-moana-surfrider-a-westin-resort-and-spa-waikiki-beach/overview/?msockid=28f0458ebf3d60c024ca5301be37613e</w:t>
        </w:r>
      </w:hyperlink>
      <w:r>
        <w:t xml:space="preserve"> - Moana Surfrider, A Westin Resort &amp; Spa, Waikiki Beach, established in 1901, is the first hotel in Waikiki. It offers a mix of Victorian-era style and modern amenities, featuring over 13,000 square feet of flexible indoor and outdoor spaces suitable for weddings and special events. The resort's historic significance and beachfront location provide a unique backdrop for celebrations. Guests can enjoy panoramic views of Waikiki Beach, and the venue's rich history adds a distinctive charm to any event held there.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log.destinationweddings.com/best-gay-friendly-destination-wedding-venues-waikiki?utm_source=rss&amp;utm_medium=rss&amp;utm_campaign=best-gay-friendly-destination-wedding-venues-waikiki" TargetMode="External"/><Relationship Id="rId10" Type="http://schemas.openxmlformats.org/officeDocument/2006/relationships/hyperlink" Target="https://www.marriott.com/en-us/hotels/hnlwi-moana-surfrider-a-westin-resort-and-spa-waikiki-beach/weddings/" TargetMode="External"/><Relationship Id="rId11" Type="http://schemas.openxmlformats.org/officeDocument/2006/relationships/hyperlink" Target="https://www.hyatt.com/hyatt-regency/en-US/hnlrw-hyatt-regency-waikiki-beach-resort-and-spa/weddings" TargetMode="External"/><Relationship Id="rId12" Type="http://schemas.openxmlformats.org/officeDocument/2006/relationships/hyperlink" Target="https://www.marriott.com/en-us/hotels/hnlwi-moana-surfrider-a-westin-resort-and-spa-waikiki-beach/overview/" TargetMode="External"/><Relationship Id="rId13" Type="http://schemas.openxmlformats.org/officeDocument/2006/relationships/hyperlink" Target="https://www.hyatt.com/hyatt-regency/en-US/hnlrw-hyatt-regency-waikiki-beach-resort-and-spa/overview" TargetMode="External"/><Relationship Id="rId14" Type="http://schemas.openxmlformats.org/officeDocument/2006/relationships/hyperlink" Target="https://www.marriott.com/en-us/hotels/hnlwi-moana-surfrider-a-westin-resort-and-spa-waikiki-beach/overview/?msockid=1f57fa5980096f1d1871ec2b81ee6e61" TargetMode="External"/><Relationship Id="rId15" Type="http://schemas.openxmlformats.org/officeDocument/2006/relationships/hyperlink" Target="https://www.marriott.com/en-us/hotels/hnlwi-moana-surfrider-a-westin-resort-and-spa-waikiki-beach/overview/?msockid=28f0458ebf3d60c024ca5301be37613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