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Joining Hearts Pool Party Guide: What to Expect and How to Make the Most of It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Bursting with music, sunshine and purpose, Joining Hearts is Atlanta’s signature summer pool party that doubles as a major fundraiser for HIV/AIDS and LGBTQ+ services , here’s what first-timers and veterans should know to enjoy the day, support the cause, and create memorable moments.</w:t>
      </w:r>
      <w:r/>
    </w:p>
    <w:p>
      <w:r/>
      <w:r>
        <w:t>Essential Takeaways</w:t>
      </w:r>
      <w:r/>
      <w:r/>
    </w:p>
    <w:p>
      <w:pPr>
        <w:pStyle w:val="ListBullet"/>
        <w:spacing w:line="240" w:lineRule="auto"/>
        <w:ind w:left="720"/>
      </w:pPr>
      <w:r/>
      <w:r>
        <w:rPr>
          <w:b/>
        </w:rPr>
        <w:t>Big celebration, bigger purpose:</w:t>
      </w:r>
      <w:r>
        <w:t xml:space="preserve"> Tickets fund local HIV/AIDS and LGBTQ+ services like AID Atlanta, Lost-n-Found Youth, Open Hand Atlanta and Positive Impact programs. </w:t>
      </w:r>
      <w:r/>
    </w:p>
    <w:p>
      <w:pPr>
        <w:pStyle w:val="ListBullet"/>
        <w:spacing w:line="240" w:lineRule="auto"/>
        <w:ind w:left="720"/>
      </w:pPr>
      <w:r/>
      <w:r>
        <w:rPr>
          <w:b/>
        </w:rPr>
        <w:t>Festive atmosphere:</w:t>
      </w:r>
      <w:r>
        <w:t xml:space="preserve"> Expect world-class DJs, high-energy entertainment, and a welcoming, diverse crowd at Piedmont Park’s Aquatic Center. </w:t>
      </w:r>
      <w:r/>
    </w:p>
    <w:p>
      <w:pPr>
        <w:pStyle w:val="ListBullet"/>
        <w:spacing w:line="240" w:lineRule="auto"/>
        <w:ind w:left="720"/>
      </w:pPr>
      <w:r/>
      <w:r>
        <w:rPr>
          <w:b/>
        </w:rPr>
        <w:t>Timing matters:</w:t>
      </w:r>
      <w:r>
        <w:t xml:space="preserve"> Arrive early to claim a good spot, soak up the vibe, and catch the full build of the party. </w:t>
      </w:r>
      <w:r/>
    </w:p>
    <w:p>
      <w:pPr>
        <w:pStyle w:val="ListBullet"/>
        <w:spacing w:line="240" w:lineRule="auto"/>
        <w:ind w:left="720"/>
      </w:pPr>
      <w:r/>
      <w:r>
        <w:rPr>
          <w:b/>
        </w:rPr>
        <w:t>Theme and community:</w:t>
      </w:r>
      <w:r>
        <w:t xml:space="preserve"> This year’s theme, “Score,” encourages playful team spirit and celebration , great for groups and costume-friendly fun. </w:t>
      </w:r>
      <w:r/>
    </w:p>
    <w:p>
      <w:pPr>
        <w:pStyle w:val="ListBullet"/>
        <w:spacing w:line="240" w:lineRule="auto"/>
        <w:ind w:left="720"/>
      </w:pPr>
      <w:r/>
      <w:r>
        <w:rPr>
          <w:b/>
        </w:rPr>
        <w:t>Looking ahead:</w:t>
      </w:r>
      <w:r>
        <w:t xml:space="preserve"> Joining Hearts marks its 40th anniversary next year, signalling continued impact and even larger celebrations to come.</w:t>
      </w:r>
      <w:r/>
      <w:r/>
    </w:p>
    <w:p>
      <w:pPr>
        <w:pStyle w:val="Heading2"/>
      </w:pPr>
      <w:r>
        <w:t>Why Joining Hearts feels different , it’s not just a pool party</w:t>
      </w:r>
      <w:r/>
    </w:p>
    <w:p>
      <w:r/>
      <w:r>
        <w:t>From the moment you step into Piedmont Park’s Aquatic Center you notice the mix of beats and purpose; the sound is loud, the pool is glittering, and the crowd feels like one big reunion. According to organisers, that blend of high-energy entertainment and mission-driven fundraising is what has made Joining Hearts a summer staple since 1987. The event’s longevity has meant traditions have formed , DJs, themed moments, and the kind of camaraderie that makes strangers start conversations. If you care about music and community, it’s the rare party where you leave sweaty, sun-kissed and quietly proud of having helped someone else.</w:t>
      </w:r>
      <w:r/>
    </w:p>
    <w:p>
      <w:pPr>
        <w:pStyle w:val="Heading2"/>
      </w:pPr>
      <w:r>
        <w:t>What the money actually does , why your ticket matters</w:t>
      </w:r>
      <w:r/>
    </w:p>
    <w:p>
      <w:r/>
      <w:r>
        <w:t>Organisers emphasise that every ticket, donation and volunteer hour translates into real services: prevention and care, housing support, meals, youth programmes and more. Beneficiaries named by Joining Hearts include AID Atlanta and Lost-n-Found Youth, among others. Even with advances in treatment and prevention, local needs persist , homelessness among LGBTQ+ youth and barriers to healthcare remain pressing. So while you’re dancing, you’re also funding meals, medical access and stabilising services for people who need them most.</w:t>
      </w:r>
      <w:r/>
    </w:p>
    <w:p>
      <w:pPr>
        <w:pStyle w:val="Heading2"/>
      </w:pPr>
      <w:r>
        <w:t>How to plan your perfect Joining Hearts day</w:t>
      </w:r>
      <w:r/>
    </w:p>
    <w:p>
      <w:r/>
      <w:r>
        <w:t>If you want an ideal day, get there early. Early arrivals nab better shade, poolside space and first sets from DJs as the energy ramps up. Bring a small crew, embrace the “Score” theme with simple coordinated outfits, and pack sun essentials , hat, sunscreen and a refillable bottle. For groups, buy tickets together and map a meeting spot; for first-timers, lean into introducing yourself , people are deliberately friendly and the best memories often start with a quick chat by the pool.</w:t>
      </w:r>
      <w:r/>
    </w:p>
    <w:p>
      <w:pPr>
        <w:pStyle w:val="Heading2"/>
      </w:pPr>
      <w:r>
        <w:t>Entertainment, surprises and the social code</w:t>
      </w:r>
      <w:r/>
    </w:p>
    <w:p>
      <w:r/>
      <w:r>
        <w:t>Expect a DJ-forward soundtrack, performance moments and the sort of joyful spontaneity that keeps people talking afterwards. Organisers tease special touches each year, so be ready for small surprises and collective moments that punctuate the day. Respectful behaviour is part of the vibe: the crowd is inclusive and welcoming, so follow basic party etiquette, look out for others, and support onsite volunteers and staff. That way everyone leaves feeling good about the party and the cause.</w:t>
      </w:r>
      <w:r/>
    </w:p>
    <w:p>
      <w:pPr>
        <w:pStyle w:val="Heading2"/>
      </w:pPr>
      <w:r>
        <w:t>Looking ahead to the 40th anniversary , why it matters</w:t>
      </w:r>
      <w:r/>
    </w:p>
    <w:p>
      <w:r/>
      <w:r>
        <w:t>Hitting 40 years is both rare and significant for a grassroots charity event. Joining Hearts organisers say the anniversary will honour the event’s history while inviting a new generation into the fold. Expect bigger-scale moments that celebrate decades of impact and the volunteers, DJs and supporters who made it possible. For long-term supporters, the milestone is a reminder of how community-led events can channel joy into sustained, measurable help for vulnerable people. For newcomers, it’s a chance to join something that’s already part of Atlanta’s social fabric.</w:t>
      </w:r>
      <w:r/>
    </w:p>
    <w:p>
      <w:r/>
      <w:r>
        <w:t>It’s a small change that can make every splash count , show up ready to dance, connect and give.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[5]</w:t>
        </w:r>
      </w:hyperlink>
      <w:r>
        <w:t xml:space="preserve">- Paragraph 2: </w:t>
      </w:r>
      <w:hyperlink r:id="rId12">
        <w:r>
          <w:rPr>
            <w:color w:val="0000EE"/>
            <w:u w:val="single"/>
          </w:rPr>
          <w:t>[2]</w:t>
        </w:r>
      </w:hyperlink>
      <w:r>
        <w:t xml:space="preserve">, </w:t>
      </w:r>
      <w:hyperlink r:id="rId9">
        <w:r>
          <w:rPr>
            <w:color w:val="0000EE"/>
            <w:u w:val="single"/>
          </w:rPr>
          <w:t>[1]</w:t>
        </w:r>
      </w:hyperlink>
      <w:r>
        <w:t xml:space="preserve">- Paragraph 3: </w:t>
      </w:r>
      <w:hyperlink r:id="rId9">
        <w:r>
          <w:rPr>
            <w:color w:val="0000EE"/>
            <w:u w:val="single"/>
          </w:rPr>
          <w:t>[1]</w:t>
        </w:r>
      </w:hyperlink>
      <w:r>
        <w:t xml:space="preserve">, </w:t>
      </w:r>
      <w:hyperlink r:id="rId11">
        <w:r>
          <w:rPr>
            <w:color w:val="0000EE"/>
            <w:u w:val="single"/>
          </w:rPr>
          <w:t>[5]</w:t>
        </w:r>
      </w:hyperlink>
      <w:r>
        <w:t xml:space="preserve">- Paragraph 4: </w:t>
      </w:r>
      <w:hyperlink r:id="rId11">
        <w:r>
          <w:rPr>
            <w:color w:val="0000EE"/>
            <w:u w:val="single"/>
          </w:rPr>
          <w:t>[5]</w:t>
        </w:r>
      </w:hyperlink>
      <w:r>
        <w:t xml:space="preserve">, </w:t>
      </w:r>
      <w:hyperlink r:id="rId13">
        <w:r>
          <w:rPr>
            <w:color w:val="0000EE"/>
            <w:u w:val="single"/>
          </w:rPr>
          <w:t>[6]</w:t>
        </w:r>
      </w:hyperlink>
      <w:r>
        <w:t xml:space="preserve">- Paragraph 5: </w:t>
      </w:r>
      <w:hyperlink r:id="rId9">
        <w:r>
          <w:rPr>
            <w:color w:val="0000EE"/>
            <w:u w:val="single"/>
          </w:rPr>
          <w:t>[1]</w:t>
        </w:r>
      </w:hyperlink>
      <w:r>
        <w:t xml:space="preserve">, </w:t>
      </w:r>
      <w:hyperlink r:id="rId10">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https://www.davidatlanta.com/joining-hearts-making-a-splash-for-a-cause/</w:t>
        </w:r>
      </w:hyperlink>
      <w:r>
        <w:t xml:space="preserve"> - Please view link - unable to able to access data</w:t>
      </w:r>
      <w:r/>
    </w:p>
    <w:p>
      <w:pPr>
        <w:pStyle w:val="ListNumber"/>
        <w:spacing w:line="240" w:lineRule="auto"/>
        <w:ind w:left="720"/>
      </w:pPr>
      <w:r/>
      <w:hyperlink r:id="rId12">
        <w:r>
          <w:rPr>
            <w:color w:val="0000EE"/>
            <w:u w:val="single"/>
          </w:rPr>
          <w:t>https://joininghearts.org/</w:t>
        </w:r>
      </w:hyperlink>
      <w:r>
        <w:t xml:space="preserve"> - Joining Hearts is a 501(c)(3) organisation founded in 1987, dedicated to raising awareness and funds to support prevention, care, and housing assistance for those impacted by HIV/AIDS in Atlanta. Over the years, it has become a significant community event, raising and donating over $3 million to local beneficiaries. The organisation hosts various events throughout the year, including the annual pool party at Piedmont Park, which serves as its main fundraiser. The upcoming 39th annual event is scheduled for July 25, 2026, at the Piedmont Park Greystone and Aquatic Center.</w:t>
      </w:r>
      <w:r/>
    </w:p>
    <w:p>
      <w:pPr>
        <w:pStyle w:val="ListNumber"/>
        <w:spacing w:line="240" w:lineRule="auto"/>
        <w:ind w:left="720"/>
      </w:pPr>
      <w:r/>
      <w:hyperlink r:id="rId14">
        <w:r>
          <w:rPr>
            <w:color w:val="0000EE"/>
            <w:u w:val="single"/>
          </w:rPr>
          <w:t>https://www.davidatlanta.com/11447/</w:t>
        </w:r>
      </w:hyperlink>
      <w:r>
        <w:t xml:space="preserve"> - This article highlights the Joining Hearts Pool Party, a major fundraising event in Atlanta's LGBTQ+ community. The event, themed 'CELEBRATE', offers three levels of experiences: General Admission, VIP, and Ultra VIP, with ticket prices ranging from $120 to $2,500. Attendees can enjoy complimentary cocktails, food by Sun In My Belly, and music by DJs Andres Vergel and Rick Braile. The pool party concludes with a spectacular fireworks show over the lake, followed by afterparties. The event aims to raise awareness and funds to provide care and housing assistance to people living with HIV/AIDS in Atlanta.</w:t>
      </w:r>
      <w:r/>
    </w:p>
    <w:p>
      <w:pPr>
        <w:pStyle w:val="ListNumber"/>
        <w:spacing w:line="240" w:lineRule="auto"/>
        <w:ind w:left="720"/>
      </w:pPr>
      <w:r/>
      <w:hyperlink r:id="rId10">
        <w:r>
          <w:rPr>
            <w:color w:val="0000EE"/>
            <w:u w:val="single"/>
          </w:rPr>
          <w:t>https://www.davidatlanta.com/waves-of-fun-joining-hearts-pool-party/</w:t>
        </w:r>
      </w:hyperlink>
      <w:r>
        <w:t xml:space="preserve"> - This article discusses the upcoming Joining Hearts Pool Party, themed 'Under the Sea', set to take place at Piedmont Park. The event serves as the main fundraiser for Joining Hearts, a volunteer organisation dedicated to supporting those impacted by HIV/AIDS in Atlanta. The article features an interview with Jerry Henderson, President of Joining Hearts, who shares insights into the organisation's mission, the significance of the pool party, and the impact of their fundraising efforts. The event promises a day of music, community, and purpose, with funds allocated based on an assessment of need and impact.</w:t>
      </w:r>
      <w:r/>
    </w:p>
    <w:p>
      <w:pPr>
        <w:pStyle w:val="ListNumber"/>
        <w:spacing w:line="240" w:lineRule="auto"/>
        <w:ind w:left="720"/>
      </w:pPr>
      <w:r/>
      <w:hyperlink r:id="rId11">
        <w:r>
          <w:rPr>
            <w:color w:val="0000EE"/>
            <w:u w:val="single"/>
          </w:rPr>
          <w:t>https://www.davidatlanta.com/your-guide-to-the-ultimate-joining-hearts-pool-party/</w:t>
        </w:r>
      </w:hyperlink>
      <w:r>
        <w:t xml:space="preserve"> - This guide provides information on the Joining Hearts Pool Party, a beloved Atlanta tradition that combines celebration with philanthropy. The event features music, dancing, and community engagement, all while supporting local organisations serving people living with HIV/AIDS. The article offers tips for attendees, including staying hydrated, applying sunscreen, and embracing the welcoming atmosphere. It emphasises that every ticket purchased contributes to the mission of Joining Hearts, making the event both enjoyable and impactful.</w:t>
      </w:r>
      <w:r/>
    </w:p>
    <w:p>
      <w:pPr>
        <w:pStyle w:val="ListNumber"/>
        <w:spacing w:line="240" w:lineRule="auto"/>
        <w:ind w:left="720"/>
      </w:pPr>
      <w:r/>
      <w:hyperlink r:id="rId13">
        <w:r>
          <w:rPr>
            <w:color w:val="0000EE"/>
            <w:u w:val="single"/>
          </w:rPr>
          <w:t>https://www.davidatlanta.com/how-to-get-30-flirty-at-joining-hearts/</w:t>
        </w:r>
      </w:hyperlink>
      <w:r>
        <w:t xml:space="preserve"> - This article celebrates the 30th anniversary of Joining Hearts, highlighting its evolution from a small group of friends raising funds for a loved one with HIV/AIDS to a major community event. The piece features an interview with Jerry Henderson, President of Joining Hearts, who discusses the significance of the milestone, the organisation's mission, and the impact of their fundraising efforts. The event, themed '30 Flirty', includes music, food, and a fireworks display, all aimed at raising awareness and funds to fight HIV/AIDS in Atlanta.</w:t>
      </w:r>
      <w:r/>
    </w:p>
    <w:p>
      <w:pPr>
        <w:pStyle w:val="ListNumber"/>
        <w:spacing w:line="240" w:lineRule="auto"/>
        <w:ind w:left="720"/>
      </w:pPr>
      <w:r/>
      <w:hyperlink r:id="rId15">
        <w:r>
          <w:rPr>
            <w:color w:val="0000EE"/>
            <w:u w:val="single"/>
          </w:rPr>
          <w:t>https://qlist.app/events/Atlanta/Joining-Hearts-39-Main-Event/16569</w:t>
        </w:r>
      </w:hyperlink>
      <w:r>
        <w:t xml:space="preserve"> - This event listing provides details about Joining Hearts' 39th Main Event, a poolside LGBTQ+ summer fundraiser at Piedmont Park. The event features DJs, community vibes, and fireworks, centred on raising money for prevention, care, and housing support in Atlanta. The listing notes that the event has a long history as a sell-out summer tradition, with past years featuring international DJs, complimentary drinks and food with GA and VIP tiers, pool access, and a fireworks finale.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avidatlanta.com/joining-hearts-making-a-splash-for-a-cause/" TargetMode="External"/><Relationship Id="rId10" Type="http://schemas.openxmlformats.org/officeDocument/2006/relationships/hyperlink" Target="https://www.davidatlanta.com/waves-of-fun-joining-hearts-pool-party/" TargetMode="External"/><Relationship Id="rId11" Type="http://schemas.openxmlformats.org/officeDocument/2006/relationships/hyperlink" Target="https://www.davidatlanta.com/your-guide-to-the-ultimate-joining-hearts-pool-party/" TargetMode="External"/><Relationship Id="rId12" Type="http://schemas.openxmlformats.org/officeDocument/2006/relationships/hyperlink" Target="https://joininghearts.org/" TargetMode="External"/><Relationship Id="rId13" Type="http://schemas.openxmlformats.org/officeDocument/2006/relationships/hyperlink" Target="https://www.davidatlanta.com/how-to-get-30-flirty-at-joining-hearts/" TargetMode="External"/><Relationship Id="rId14" Type="http://schemas.openxmlformats.org/officeDocument/2006/relationships/hyperlink" Target="https://www.davidatlanta.com/11447/" TargetMode="External"/><Relationship Id="rId15" Type="http://schemas.openxmlformats.org/officeDocument/2006/relationships/hyperlink" Target="https://qlist.app/events/Atlanta/Joining-Hearts-39-Main-Event/1656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