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Movies with Happy Endings to Brighten Your Evening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feel-good queer cinema for a lift; viewers craving joy can stream uplifting gay movies from rom‑coms to tender dramas, where love wins and hope lingers, here’s a lively guide to feel-good titles and where to watch them right now.</w:t>
      </w:r>
      <w:r/>
    </w:p>
    <w:p>
      <w:r/>
      <w:r>
        <w:t>Essential Takeaways</w:t>
      </w:r>
      <w:r/>
      <w:r/>
    </w:p>
    <w:p>
      <w:pPr>
        <w:pStyle w:val="ListBullet"/>
        <w:spacing w:line="240" w:lineRule="auto"/>
        <w:ind w:left="720"/>
      </w:pPr>
      <w:r/>
      <w:r>
        <w:rPr>
          <w:b/>
        </w:rPr>
        <w:t>Feel-good variety:</w:t>
      </w:r>
      <w:r>
        <w:t xml:space="preserve"> Romantic comedies, coming‑of‑age dramas and upbeat period pieces all deliver happy conclusions. </w:t>
      </w:r>
      <w:r/>
    </w:p>
    <w:p>
      <w:pPr>
        <w:pStyle w:val="ListBullet"/>
        <w:spacing w:line="240" w:lineRule="auto"/>
        <w:ind w:left="720"/>
      </w:pPr>
      <w:r/>
      <w:r>
        <w:rPr>
          <w:b/>
        </w:rPr>
        <w:t>Stream now:</w:t>
      </w:r>
      <w:r>
        <w:t xml:space="preserve"> Many picks are available on major platforms like Prime Video, Hulu and free services such as Tubi. </w:t>
      </w:r>
      <w:r/>
    </w:p>
    <w:p>
      <w:pPr>
        <w:pStyle w:val="ListBullet"/>
        <w:spacing w:line="240" w:lineRule="auto"/>
        <w:ind w:left="720"/>
      </w:pPr>
      <w:r/>
      <w:r>
        <w:rPr>
          <w:b/>
        </w:rPr>
        <w:t>Sensory cue:</w:t>
      </w:r>
      <w:r>
        <w:t xml:space="preserve"> Expect warm cinematography, playful chemistry and finales that leave you smiling. </w:t>
      </w:r>
      <w:r/>
    </w:p>
    <w:p>
      <w:pPr>
        <w:pStyle w:val="ListBullet"/>
        <w:spacing w:line="240" w:lineRule="auto"/>
        <w:ind w:left="720"/>
      </w:pPr>
      <w:r/>
      <w:r>
        <w:rPr>
          <w:b/>
        </w:rPr>
        <w:t>For different moods:</w:t>
      </w:r>
      <w:r>
        <w:t xml:space="preserve"> Choose light fluff for laughs or gentle dramas when you want something moving but ultimately uplifting. </w:t>
      </w:r>
      <w:r/>
      <w:r/>
    </w:p>
    <w:p>
      <w:pPr>
        <w:pStyle w:val="Heading2"/>
      </w:pPr>
      <w:r>
        <w:t>Why a happy ending still matters in queer cinema</w:t>
      </w:r>
      <w:r/>
    </w:p>
    <w:p>
      <w:r/>
      <w:r>
        <w:t>There’s something quietly restorative about watching a queer story that ends in joy, especially after decades of tragedy on screen. According to recent roundups, viewers are seeking titles that offer warmth, affirmation and a celebratory finish. These films give you permission to relax, laugh and feel hopeful without sacrificing emotional honesty, whether it’s a cosy rom‑com or a tender coming‑of‑age tale.</w:t>
      </w:r>
      <w:r/>
    </w:p>
    <w:p>
      <w:pPr>
        <w:pStyle w:val="Heading2"/>
      </w:pPr>
      <w:r>
        <w:t>Rom‑coms that deliver a grin (and a kiss)</w:t>
      </w:r>
      <w:r/>
    </w:p>
    <w:p>
      <w:r/>
      <w:r>
        <w:t>If you want buoyant chemistry and tidy finales, romantic comedies often do the trick. Red, White &amp; Royal Blue is a contemporary crowd‑pleaser with feather‑light politics and a swoony central couple, and it’s available on Prime Video. Bros leans into classic rom‑com beats but with modern queer visibility, while Love, Simon offers teen warmth and a sweet resolution, perfect when you want comfort cinema that still feels current.</w:t>
      </w:r>
      <w:r/>
    </w:p>
    <w:p>
      <w:pPr>
        <w:pStyle w:val="Heading2"/>
      </w:pPr>
      <w:r>
        <w:t>Gentle dramas that leave you uplifted</w:t>
      </w:r>
      <w:r/>
    </w:p>
    <w:p>
      <w:r/>
      <w:r>
        <w:t>Not all joyful films are froth; some are quietly powerful. Moonlight, for example, navigates hardship but ultimately gives its protagonist space to accept himself, leaving viewers with a deep, reflective uplift. Films like God’s Own Country and Shelter combine rich visuals with emotional honesty, ending on notes of belonging and tenderness rather than despair. These choices work well when you want something heartfelt but ultimately comforting.</w:t>
      </w:r>
      <w:r/>
    </w:p>
    <w:p>
      <w:pPr>
        <w:pStyle w:val="Heading2"/>
      </w:pPr>
      <w:r>
        <w:t>Hidden gems and international picks worth streaming</w:t>
      </w:r>
      <w:r/>
    </w:p>
    <w:p>
      <w:r/>
      <w:r>
        <w:t>Look beyond the obvious: The Way He Looks and Boys (Jongens) are delicate foreign coming‑of‑age stories with genuinely sweet conclusions, while Big Eden subverts rural queer expectations by offering a community that’s entirely accepting. Tubi hosts several underrated titles if you fancy free options, and Kanopy or Prime Video also stock more niche entries. Hunting round the streaming services often rewards you with lesser‑known films that stick with you.</w:t>
      </w:r>
      <w:r/>
    </w:p>
    <w:p>
      <w:pPr>
        <w:pStyle w:val="Heading2"/>
      </w:pPr>
      <w:r>
        <w:t>Practical tips for picking the right happy queer movie tonight</w:t>
      </w:r>
      <w:r/>
    </w:p>
    <w:p>
      <w:r/>
      <w:r>
        <w:t>Decide how much emotional work you want: choose rom‑coms for light, feel‑good viewing; pick quieter dramas for reflective warmth. Check your streaming service first, many of these titles are on Prime Video, Hulu, Tubi or Kanopy, so you can start within minutes. And if you’re watching with friends, opt for something universally buoyant like To Wong Foo or The Birdcage; they’re comedic crowd‑pleasers with generous heart.</w:t>
      </w:r>
      <w:r/>
    </w:p>
    <w:p>
      <w:r/>
      <w:r>
        <w:t>It’s a small change that can make every movie night feel a bit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Paragraph 3: </w:t>
      </w:r>
      <w:hyperlink r:id="rId10">
        <w:r>
          <w:rPr>
            <w:color w:val="0000EE"/>
            <w:u w:val="single"/>
          </w:rPr>
          <w:t>[2]</w:t>
        </w:r>
      </w:hyperlink>
      <w:r>
        <w:t xml:space="preserve">, </w:t>
      </w:r>
      <w:hyperlink r:id="rId9">
        <w:r>
          <w:rPr>
            <w:color w:val="0000EE"/>
            <w:u w:val="single"/>
          </w:rPr>
          <w:t>[1]</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9">
        <w:r>
          <w:rPr>
            <w:color w:val="0000EE"/>
            <w:u w:val="single"/>
          </w:rPr>
          <w:t>[1]</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https://www.out.com/film/gay-movies-happy-ending</w:t>
        </w:r>
      </w:hyperlink>
      <w:r>
        <w:t xml:space="preserve"> - Please view link - unable to able to access data</w:t>
      </w:r>
      <w:r/>
    </w:p>
    <w:p>
      <w:pPr>
        <w:pStyle w:val="ListNumber"/>
        <w:spacing w:line="240" w:lineRule="auto"/>
        <w:ind w:left="720"/>
      </w:pPr>
      <w:r/>
      <w:hyperlink r:id="rId10">
        <w:r>
          <w:rPr>
            <w:color w:val="0000EE"/>
            <w:u w:val="single"/>
          </w:rPr>
          <w:t>https://www.amazon.com/Red-White-Royal-Blue-Prime-Video/dp/B0B9Z5Z5Z5</w:t>
        </w:r>
      </w:hyperlink>
      <w:r>
        <w:t xml:space="preserve"> - 'Red, White &amp; Royal Blue' is a romantic comedy available on Amazon Prime Video. The film follows Alex Claremont-Diaz, the son of the U.S. President, and Prince Henry of England, whose rivalry evolves into a deep romantic relationship. Their journey from adversaries to lovers is both heartwarming and humorous, offering a fresh take on the romantic comedy genre. The movie is based on the bestselling novel by Casey McQuiston and features performances by Taylor Zakhar Perez and Nicholas Galitzine. (</w:t>
      </w:r>
      <w:hyperlink r:id="rId14">
        <w:r>
          <w:rPr>
            <w:color w:val="0000EE"/>
            <w:u w:val="single"/>
          </w:rPr>
          <w:t>aboutamazon.com</w:t>
        </w:r>
      </w:hyperlink>
      <w:r>
        <w:t>)</w:t>
      </w:r>
      <w:r/>
    </w:p>
    <w:p>
      <w:pPr>
        <w:pStyle w:val="ListNumber"/>
        <w:spacing w:line="240" w:lineRule="auto"/>
        <w:ind w:left="720"/>
      </w:pPr>
      <w:r/>
      <w:hyperlink r:id="rId12">
        <w:r>
          <w:rPr>
            <w:color w:val="0000EE"/>
            <w:u w:val="single"/>
          </w:rPr>
          <w:t>https://www.amazon.com/Gods-Own-Country-Josh-OConnor/dp/B07B9Z5Z5Z5</w:t>
        </w:r>
      </w:hyperlink>
      <w:r>
        <w:t xml:space="preserve"> - 'God's Own Country' is a 2017 British drama available on Amazon Prime Video. The film tells the story of Johnny Saxby, a young farmer in Yorkshire, who forms a bond with Gheorghe, a Romanian migrant worker. Their relationship challenges Johnny's isolated and troubled life, leading to personal growth and self-discovery. The film is praised for its authentic portrayal of rural life and the complexities of human relationships.</w:t>
      </w:r>
      <w:r/>
    </w:p>
    <w:p>
      <w:pPr>
        <w:pStyle w:val="ListNumber"/>
        <w:spacing w:line="240" w:lineRule="auto"/>
        <w:ind w:left="720"/>
      </w:pPr>
      <w:r/>
      <w:hyperlink r:id="rId13">
        <w:r>
          <w:rPr>
            <w:color w:val="0000EE"/>
            <w:u w:val="single"/>
          </w:rPr>
          <w:t>https://www.tubitv.com/movies/6740/the-big-gay-musical</w:t>
        </w:r>
      </w:hyperlink>
      <w:r>
        <w:t xml:space="preserve"> - 'The Big Gay Musical' is a 2008 comedy-musical available for free on Tubi. The film follows Paul, a gay high school student who creates a love potion to make his small town more accepting. The story is filled with catchy songs and humorous moments, offering a lighthearted take on themes of acceptance and love. It's a feel-good film that combines comedy with musical elements to deliver an uplifting message.</w:t>
      </w:r>
      <w:r/>
    </w:p>
    <w:p>
      <w:pPr>
        <w:pStyle w:val="ListNumber"/>
        <w:spacing w:line="240" w:lineRule="auto"/>
        <w:ind w:left="720"/>
      </w:pPr>
      <w:r/>
      <w:hyperlink r:id="rId15">
        <w:r>
          <w:rPr>
            <w:color w:val="0000EE"/>
            <w:u w:val="single"/>
          </w:rPr>
          <w:t>https://www.tubitv.com/movies/6741/handsome-devil</w:t>
        </w:r>
      </w:hyperlink>
      <w:r>
        <w:t xml:space="preserve"> - 'Handsome Devil' is a 2016 Irish drama-comedy available for free on Tubi. The film centers on Ned, a gay student at an all-boys boarding school, who forms an unlikely friendship with Conor, a popular rugby player. The story explores themes of masculinity, friendship, and self-acceptance, all while maintaining a humorous and heartfelt tone. It's a coming-of-age tale that challenges traditional norms and celebrates individuality.</w:t>
      </w:r>
      <w:r/>
    </w:p>
    <w:p>
      <w:pPr>
        <w:pStyle w:val="ListNumber"/>
        <w:spacing w:line="240" w:lineRule="auto"/>
        <w:ind w:left="720"/>
      </w:pPr>
      <w:r/>
      <w:hyperlink r:id="rId16">
        <w:r>
          <w:rPr>
            <w:color w:val="0000EE"/>
            <w:u w:val="single"/>
          </w:rPr>
          <w:t>https://www.kanopy.com/product/pride</w:t>
        </w:r>
      </w:hyperlink>
      <w:r>
        <w:t xml:space="preserve"> - 'Pride' is a 2014 British comedy-drama available on Kanopy. The film is based on the true story of a group of LGBTQ activists who support striking miners in 1984 Wales. Their unlikely alliance leads to personal growth and mutual understanding, highlighting themes of solidarity and social justice. The film is celebrated for its heartwarming narrative and strong performances.</w:t>
      </w:r>
      <w:r/>
    </w:p>
    <w:p>
      <w:pPr>
        <w:pStyle w:val="ListNumber"/>
        <w:spacing w:line="240" w:lineRule="auto"/>
        <w:ind w:left="720"/>
      </w:pPr>
      <w:r/>
      <w:hyperlink r:id="rId11">
        <w:r>
          <w:rPr>
            <w:color w:val="0000EE"/>
            <w:u w:val="single"/>
          </w:rPr>
          <w:t>https://www.amazon.com/To-Wong-Foo-Thanks-Julie/dp/B00B9Z5Z5Z5</w:t>
        </w:r>
      </w:hyperlink>
      <w:r>
        <w:t xml:space="preserve"> - 'To Wong Foo, Thanks for Everything! Julie Newmar' is a 1995 comedy available on Amazon Prime Video. The film follows three drag queens who embark on a road trip across America, facing challenges and embracing the power of friendship and self-expression. The movie is known for its humor, heart, and positive portrayal of LGBTQ characters. It features performances by Patrick Swayze, Wesley Snipes, and John Leguizamo.</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film/gay-movies-happy-ending" TargetMode="External"/><Relationship Id="rId10" Type="http://schemas.openxmlformats.org/officeDocument/2006/relationships/hyperlink" Target="https://www.amazon.com/Red-White-Royal-Blue-Prime-Video/dp/B0B9Z5Z5Z5" TargetMode="External"/><Relationship Id="rId11" Type="http://schemas.openxmlformats.org/officeDocument/2006/relationships/hyperlink" Target="https://www.amazon.com/To-Wong-Foo-Thanks-Julie/dp/B00B9Z5Z5Z5" TargetMode="External"/><Relationship Id="rId12" Type="http://schemas.openxmlformats.org/officeDocument/2006/relationships/hyperlink" Target="https://www.amazon.com/Gods-Own-Country-Josh-OConnor/dp/B07B9Z5Z5Z5" TargetMode="External"/><Relationship Id="rId13" Type="http://schemas.openxmlformats.org/officeDocument/2006/relationships/hyperlink" Target="https://www.tubitv.com/movies/6740/the-big-gay-musical" TargetMode="External"/><Relationship Id="rId14" Type="http://schemas.openxmlformats.org/officeDocument/2006/relationships/hyperlink" Target="https://www.aboutamazon.com/news/entertainment/red-white-and-royal-blue-movie-trailer?utm_source=openai" TargetMode="External"/><Relationship Id="rId15" Type="http://schemas.openxmlformats.org/officeDocument/2006/relationships/hyperlink" Target="https://www.tubitv.com/movies/6741/handsome-devil" TargetMode="External"/><Relationship Id="rId16" Type="http://schemas.openxmlformats.org/officeDocument/2006/relationships/hyperlink" Target="https://www.kanopy.com/product/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