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Big Brother Moments to Watch: Why the Lyric–Rome Showmance Matters for LGBTQ+ Casting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are buzzing over a new Big Brother showmance , and it’s sparking a bigger conversation about LGBTQ+ casting, screen time and representation on the long-running reality show. Fans, former winners and critics are debating why one romance can overshadow opportunities for queer houseguests.</w:t>
      </w:r>
      <w:r/>
    </w:p>
    <w:p>
      <w:r/>
      <w:r>
        <w:t>Essential takeaways</w:t>
      </w:r>
      <w:r/>
      <w:r/>
    </w:p>
    <w:p>
      <w:pPr>
        <w:pStyle w:val="ListBullet"/>
        <w:spacing w:line="240" w:lineRule="auto"/>
        <w:ind w:left="720"/>
      </w:pPr>
      <w:r/>
      <w:r>
        <w:rPr>
          <w:b/>
        </w:rPr>
        <w:t>Immediate spotlight:</w:t>
      </w:r>
      <w:r>
        <w:t xml:space="preserve"> Lyric and Jack “Rome” Seymour’s budding showmance has dominated live-feed conversation and highlights, drawing outsized attention for both contestants.</w:t>
      </w:r>
      <w:r/>
    </w:p>
    <w:p>
      <w:pPr>
        <w:pStyle w:val="ListBullet"/>
        <w:spacing w:line="240" w:lineRule="auto"/>
        <w:ind w:left="720"/>
      </w:pPr>
      <w:r/>
      <w:r>
        <w:rPr>
          <w:b/>
        </w:rPr>
        <w:t>Screen-time imbalance:</w:t>
      </w:r>
      <w:r>
        <w:t xml:space="preserve"> Past cast members and viewers note that having only one or two openly gay contestants often limits meaningful storytelling for LGBTQ+ players.</w:t>
      </w:r>
      <w:r/>
    </w:p>
    <w:p>
      <w:pPr>
        <w:pStyle w:val="ListBullet"/>
        <w:spacing w:line="240" w:lineRule="auto"/>
        <w:ind w:left="720"/>
      </w:pPr>
      <w:r/>
      <w:r>
        <w:rPr>
          <w:b/>
        </w:rPr>
        <w:t>Pattern of casting:</w:t>
      </w:r>
      <w:r>
        <w:t xml:space="preserve"> Critics say Big Brother historically skews towards straight, white winners and underrepresents trans and other minority contestants.</w:t>
      </w:r>
      <w:r/>
    </w:p>
    <w:p>
      <w:pPr>
        <w:pStyle w:val="ListBullet"/>
        <w:spacing w:line="240" w:lineRule="auto"/>
        <w:ind w:left="720"/>
      </w:pPr>
      <w:r/>
      <w:r>
        <w:rPr>
          <w:b/>
        </w:rPr>
        <w:t>Viewer frustration:</w:t>
      </w:r>
      <w:r>
        <w:t xml:space="preserve"> Fans on message boards argue showmances are often manufactured or encouraged, which can feel tokenising when queer players are few.</w:t>
      </w:r>
      <w:r/>
    </w:p>
    <w:p>
      <w:pPr>
        <w:pStyle w:val="ListBullet"/>
        <w:spacing w:line="240" w:lineRule="auto"/>
        <w:ind w:left="720"/>
      </w:pPr>
      <w:r/>
      <w:r>
        <w:rPr>
          <w:b/>
        </w:rPr>
        <w:t>What to watch for:</w:t>
      </w:r>
      <w:r>
        <w:t xml:space="preserve"> How producers edit and who receives diary-room airtime this season will show whether the series is evolving or repeating old habits.</w:t>
      </w:r>
      <w:r/>
      <w:r/>
    </w:p>
    <w:p>
      <w:pPr>
        <w:pStyle w:val="Heading2"/>
      </w:pPr>
      <w:r>
        <w:t>Why one showmance gets the lion’s share of attention</w:t>
      </w:r>
      <w:r/>
    </w:p>
    <w:p>
      <w:r/>
      <w:r>
        <w:t>The Lyric–Rome pairing exploded across feeds because intimate moments are naturally clickable and dramatic; viewers hear whispers and see chemistry in real time, so chatter builds fast. According to coverage of the live feeds, those scenes quickly become the most-discussed moments of the day. Producers and editors then face a choice: give that story even more airtime, or spread the focus. That choice shapes public perception of the season within hours.</w:t>
      </w:r>
      <w:r/>
    </w:p>
    <w:p>
      <w:r/>
      <w:r>
        <w:t>This isn’t new to the franchise. Fans and analysts point out showmances have long been a ratings tool, and when the cast includes only a couple of queer contestants, those relationships can end up reduced to spectacle rather than fully rounded narratives. If you care about representation, keeping an eye on how much screen time non-straight houseguests get is an easy way to judge whether casting choices are meaningful.</w:t>
      </w:r>
      <w:r/>
    </w:p>
    <w:p>
      <w:pPr>
        <w:pStyle w:val="Heading2"/>
      </w:pPr>
      <w:r>
        <w:t>Former winners and the diversity critique</w:t>
      </w:r>
      <w:r/>
    </w:p>
    <w:p>
      <w:r/>
      <w:r>
        <w:t>Andy Herren, the show’s first openly gay winner, has been vocal about the problem for years, and his recent comments resonate now more than ever. He’s said the series tends to cast at most two gay houseguests and that this creates a disadvantage in developing deeper storylines. E! News and entertainment coverage have reported similar observations, noting the show’s winners and casting patterns skew heavily towards straight, white males.</w:t>
      </w:r>
      <w:r/>
    </w:p>
    <w:p>
      <w:r/>
      <w:r>
        <w:t>That matters because casting decisions affect who gets airtime, alliance-building scenes and the narrative arcs that shape public support. When representation is thin, it’s harder for queer houseguests to be portrayed as more than a romantic subplot , and fans have noticed.</w:t>
      </w:r>
      <w:r/>
    </w:p>
    <w:p>
      <w:pPr>
        <w:pStyle w:val="Heading2"/>
      </w:pPr>
      <w:r>
        <w:t>Fans call out tokenism and the “ask” about showmances</w:t>
      </w:r>
      <w:r/>
    </w:p>
    <w:p>
      <w:r/>
      <w:r>
        <w:t>On Reddit and fan forums, viewers aren’t just gossiping , they’re analysing casting strategy. Many claim producers even ask queer contestants in pre-interviews whether they’re open to showmances, which some see as proof of orchestration. Others argue that casting two gay players and expecting them to pair off feels forced and strips agency from those contestants.</w:t>
      </w:r>
      <w:r/>
    </w:p>
    <w:p>
      <w:r/>
      <w:r>
        <w:t>If producers genuinely want diversity, fans suggest broader changes: more queer players across gender identities, varied backgrounds, and enough cast members that storylines can develop organically without being squeezed into a single romance. That would make the house more reflective of real-world communities and reduce the pressure on one relationship to represent a whole demographic.</w:t>
      </w:r>
      <w:r/>
    </w:p>
    <w:p>
      <w:pPr>
        <w:pStyle w:val="Heading2"/>
      </w:pPr>
      <w:r>
        <w:t>How this season’s editing will reveal the truth</w:t>
      </w:r>
      <w:r/>
    </w:p>
    <w:p>
      <w:r/>
      <w:r>
        <w:t>Editing choices reveal intent. When the network leans heavily on one couple’s scenes for promos and highlight packages, viewers rightly wonder whether other players are being shortchanged. Entertainment outlets have been tracking which moments make the cut and which are left on the live feed, and that gap often tells a story of its own.</w:t>
      </w:r>
      <w:r/>
    </w:p>
    <w:p>
      <w:r/>
      <w:r>
        <w:t>Practical tip: if you want a fuller picture, watch both the show and as many live-feed clips as you can. The feeds give a less polished , and often kinder , version of house dynamics, while the televised episodes show the narrative producers choose to present.</w:t>
      </w:r>
      <w:r/>
    </w:p>
    <w:p>
      <w:pPr>
        <w:pStyle w:val="Heading2"/>
      </w:pPr>
      <w:r>
        <w:t>What change could look like going forward</w:t>
      </w:r>
      <w:r/>
    </w:p>
    <w:p>
      <w:r/>
      <w:r>
        <w:t>Real change would mean casting more openly queer contestants across seasons, including trans players, and giving them room to have friendships, gameplay arcs and yes, romances, without being boxed into one role. Industry commentators and former houseguests have called for this shift for years, and continued fan pressure makes it easier for producers to hear the message.</w:t>
      </w:r>
      <w:r/>
    </w:p>
    <w:p>
      <w:r/>
      <w:r>
        <w:t>For viewers who care about representation, voting with attention matters: follow and amplify the stories of underrepresented players, critique reductive editing, and support outlets that spotlight diversity in casting decisions. It’s the kind of pressure that has nudged other reality formats to do better.</w:t>
      </w:r>
      <w:r/>
    </w:p>
    <w:p>
      <w:r/>
      <w:r>
        <w:t>It's a small shift in casting and editing, but it could make every season feel more honest and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3">
        <w:r>
          <w:rPr>
            <w:color w:val="0000EE"/>
            <w:u w:val="single"/>
          </w:rPr>
          <w:t>[7]</w:t>
        </w:r>
      </w:hyperlink>
      <w:r>
        <w:t xml:space="preserve">, </w:t>
      </w:r>
      <w:hyperlink r:id="rId9">
        <w:r>
          <w:rPr>
            <w:color w:val="0000EE"/>
            <w:u w:val="single"/>
          </w:rPr>
          <w:t>[1]</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4">
        <w:r>
          <w:rPr>
            <w:color w:val="0000EE"/>
            <w:u w:val="single"/>
          </w:rPr>
          <w:t>[5]</w:t>
        </w:r>
      </w:hyperlink>
      <w:r>
        <w:t xml:space="preserve">, </w:t>
      </w:r>
      <w:hyperlink r:id="rId12">
        <w:r>
          <w:rPr>
            <w:color w:val="0000EE"/>
            <w:u w:val="single"/>
          </w:rPr>
          <w:t>[4]</w:t>
        </w:r>
      </w:hyperlink>
      <w:r>
        <w:t xml:space="preserve">- Paragraph 6: </w:t>
      </w:r>
      <w:hyperlink r:id="rId13">
        <w:r>
          <w:rPr>
            <w:color w:val="0000EE"/>
            <w:u w:val="single"/>
          </w:rPr>
          <w:t>[7]</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https://www.cosmopolitan.com/entertainment/tv/a71943856/big-brother-lgbtq-casting-showmances/</w:t>
        </w:r>
      </w:hyperlink>
      <w:r>
        <w:t xml:space="preserve"> - Please view link - unable to able to access data</w:t>
      </w:r>
      <w:r/>
    </w:p>
    <w:p>
      <w:pPr>
        <w:pStyle w:val="ListNumber"/>
        <w:spacing w:line="240" w:lineRule="auto"/>
        <w:ind w:left="720"/>
      </w:pPr>
      <w:r/>
      <w:hyperlink r:id="rId10">
        <w:r>
          <w:rPr>
            <w:color w:val="0000EE"/>
            <w:u w:val="single"/>
          </w:rPr>
          <w:t>https://www.cinemablend.com/television/boner-walk-big-brother-fans-rome-boner-live-feeds</w:t>
        </w:r>
      </w:hyperlink>
      <w:r>
        <w:t xml:space="preserve"> - An article discussing the growing showmance between Lyric and Rome on Big Brother 28, highlighting their public displays of affection and a humorous incident where Rome was called to the Diary Room mid-kiss, leading fans to joke about his 'boner walk'. The piece also touches on the couple's interactions and the fan reactions to their budding romance.</w:t>
      </w:r>
      <w:r/>
    </w:p>
    <w:p>
      <w:pPr>
        <w:pStyle w:val="ListNumber"/>
        <w:spacing w:line="240" w:lineRule="auto"/>
        <w:ind w:left="720"/>
      </w:pPr>
      <w:r/>
      <w:hyperlink r:id="rId11">
        <w:r>
          <w:rPr>
            <w:color w:val="0000EE"/>
            <w:u w:val="single"/>
          </w:rPr>
          <w:t>https://www.cosmopolitan.com/entertainment/tv/a71932492/lyric-rome-big-brother-showmance/</w:t>
        </w:r>
      </w:hyperlink>
      <w:r>
        <w:t xml:space="preserve"> - An article detailing the rapid development of the showmance between Lyric Medeiros and Jack 'Rome' Seymour on Big Brother 28. It describes their initial interactions, including making out in bed and Rome's compliment to Lyric, 'You’re stunning from the moment I saw you.' The piece also notes that their connection has quickly become a focal point for fans of the show.</w:t>
      </w:r>
      <w:r/>
    </w:p>
    <w:p>
      <w:pPr>
        <w:pStyle w:val="ListNumber"/>
        <w:spacing w:line="240" w:lineRule="auto"/>
        <w:ind w:left="720"/>
      </w:pPr>
      <w:r/>
      <w:hyperlink r:id="rId12">
        <w:r>
          <w:rPr>
            <w:color w:val="0000EE"/>
            <w:u w:val="single"/>
          </w:rPr>
          <w:t>https://www.comingsoon.net/tv/news/2161670-big-brother-28-lyric-rome-sex-showmance</w:t>
        </w:r>
      </w:hyperlink>
      <w:r>
        <w:t xml:space="preserve"> - A report on an explicit moment caught on Big Brother 28's live feeds, where Lyric Medeiros made a bold request to fellow contestant Rome Seymour, saying, 'I need to have sex!' The article provides context to their rapidly developing showmance and notes that this particular interaction was deemed too racy for the network broadcast.</w:t>
      </w:r>
      <w:r/>
    </w:p>
    <w:p>
      <w:pPr>
        <w:pStyle w:val="ListNumber"/>
        <w:spacing w:line="240" w:lineRule="auto"/>
        <w:ind w:left="720"/>
      </w:pPr>
      <w:r/>
      <w:hyperlink r:id="rId14">
        <w:r>
          <w:rPr>
            <w:color w:val="0000EE"/>
            <w:u w:val="single"/>
          </w:rPr>
          <w:t>https://www.swooon.com/1290878/big-brother-lyric-rome-relationship-showmance-updates-season-28/</w:t>
        </w:r>
      </w:hyperlink>
      <w:r>
        <w:t xml:space="preserve"> - An article providing updates on the developing relationship between Lyric Medeiros and Rome Seymour on Big Brother 28. It discusses their interactions on the live feeds, including flirtatious encounters and the growing fan interest in their showmance. The piece also speculates on the potential impact of their relationship on the dynamics of the game.</w:t>
      </w:r>
      <w:r/>
    </w:p>
    <w:p>
      <w:pPr>
        <w:pStyle w:val="ListNumber"/>
        <w:spacing w:line="240" w:lineRule="auto"/>
        <w:ind w:left="720"/>
      </w:pPr>
      <w:r/>
      <w:hyperlink r:id="rId15">
        <w:r>
          <w:rPr>
            <w:color w:val="0000EE"/>
            <w:u w:val="single"/>
          </w:rPr>
          <w:t>https://www.parade.com/tv/big-brother-28-cast-name-favorite-past-houseguests</w:t>
        </w:r>
      </w:hyperlink>
      <w:r>
        <w:t xml:space="preserve"> - An article featuring the Big Brother 28 houseguests sharing their favourite past players. Lyric Medeiros expresses admiration for Makensy Manbeck from Season 26, citing her dominance in competitions and her ability to surprise others by making it to the Final Two. This insight provides a glimpse into Lyric's strategic mindset and her aspirations within the game.</w:t>
      </w:r>
      <w:r/>
    </w:p>
    <w:p>
      <w:pPr>
        <w:pStyle w:val="ListNumber"/>
        <w:spacing w:line="240" w:lineRule="auto"/>
        <w:ind w:left="720"/>
      </w:pPr>
      <w:r/>
      <w:hyperlink r:id="rId13">
        <w:r>
          <w:rPr>
            <w:color w:val="0000EE"/>
            <w:u w:val="single"/>
          </w:rPr>
          <w:t>https://www.eonline.com/news/1165666/andy-herren-says-diversity-on-big-brother-has-always-been-atrocious</w:t>
        </w:r>
      </w:hyperlink>
      <w:r>
        <w:t xml:space="preserve"> - An article where Andy Herren, the first openly gay winner of Big Brother, discusses the show's history of minority representation. He criticises the lack of diversity, noting that after his win, he wasn't invited back, while others who have demeaned gay and trans people have been repeatedly asked back. This highlights ongoing concerns about inclusivity within the Big Brother franchise.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osmopolitan.com/entertainment/tv/a71943856/big-brother-lgbtq-casting-showmances/" TargetMode="External"/><Relationship Id="rId10" Type="http://schemas.openxmlformats.org/officeDocument/2006/relationships/hyperlink" Target="https://www.cinemablend.com/television/boner-walk-big-brother-fans-rome-boner-live-feeds" TargetMode="External"/><Relationship Id="rId11" Type="http://schemas.openxmlformats.org/officeDocument/2006/relationships/hyperlink" Target="https://www.cosmopolitan.com/entertainment/tv/a71932492/lyric-rome-big-brother-showmance/" TargetMode="External"/><Relationship Id="rId12" Type="http://schemas.openxmlformats.org/officeDocument/2006/relationships/hyperlink" Target="https://www.comingsoon.net/tv/news/2161670-big-brother-28-lyric-rome-sex-showmance" TargetMode="External"/><Relationship Id="rId13" Type="http://schemas.openxmlformats.org/officeDocument/2006/relationships/hyperlink" Target="https://www.eonline.com/news/1165666/andy-herren-says-diversity-on-big-brother-has-always-been-atrocious" TargetMode="External"/><Relationship Id="rId14" Type="http://schemas.openxmlformats.org/officeDocument/2006/relationships/hyperlink" Target="https://www.swooon.com/1290878/big-brother-lyric-rome-relationship-showmance-updates-season-28/" TargetMode="External"/><Relationship Id="rId15" Type="http://schemas.openxmlformats.org/officeDocument/2006/relationships/hyperlink" Target="https://www.parade.com/tv/big-brother-28-cast-name-favorite-past-housegues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