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Berkeley Pride and Queer-Friendly Spots for a Bay Area Escape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Berkeley’s leafy queer energy this August , local Pride, cosy cafés, bold food, and easy access to San Francisco and Oakland make it a relaxed, vibrant alternative for LGBTQ+ travellers seeking something a little different. Pack comfy shoes and an appetite.</w:t>
      </w:r>
      <w:r/>
    </w:p>
    <w:p>
      <w:r/>
      <w:r>
        <w:t>Essential Takeaways</w:t>
      </w:r>
      <w:r/>
      <w:r/>
    </w:p>
    <w:p>
      <w:pPr>
        <w:pStyle w:val="ListBullet"/>
        <w:spacing w:line="240" w:lineRule="auto"/>
        <w:ind w:left="720"/>
      </w:pPr>
      <w:r/>
      <w:r>
        <w:rPr>
          <w:b/>
        </w:rPr>
        <w:t>When to go:</w:t>
      </w:r>
      <w:r>
        <w:t xml:space="preserve"> Late summer (August–October) offers warm, sunny days and Berkeley Pride in August. </w:t>
      </w:r>
      <w:r/>
    </w:p>
    <w:p>
      <w:pPr>
        <w:pStyle w:val="ListBullet"/>
        <w:spacing w:line="240" w:lineRule="auto"/>
        <w:ind w:left="720"/>
      </w:pPr>
      <w:r/>
      <w:r>
        <w:rPr>
          <w:b/>
        </w:rPr>
        <w:t>Pride focus:</w:t>
      </w:r>
      <w:r>
        <w:t xml:space="preserve"> Berkeley Pride is community-rooted and hosted by Pacific Center for Human Growth at Martin Luther King Jr. Civic Park. </w:t>
      </w:r>
      <w:r/>
    </w:p>
    <w:p>
      <w:pPr>
        <w:pStyle w:val="ListBullet"/>
        <w:spacing w:line="240" w:lineRule="auto"/>
        <w:ind w:left="720"/>
      </w:pPr>
      <w:r/>
      <w:r>
        <w:rPr>
          <w:b/>
        </w:rPr>
        <w:t>What to do:</w:t>
      </w:r>
      <w:r>
        <w:t xml:space="preserve"> Telegraph Avenue, UC Berkeley campus, Fourth Street shops, and Tilden Park deliver culture, food, and nature. </w:t>
      </w:r>
      <w:r/>
    </w:p>
    <w:p>
      <w:pPr>
        <w:pStyle w:val="ListBullet"/>
        <w:spacing w:line="240" w:lineRule="auto"/>
        <w:ind w:left="720"/>
      </w:pPr>
      <w:r/>
      <w:r>
        <w:rPr>
          <w:b/>
        </w:rPr>
        <w:t>Where to stay:</w:t>
      </w:r>
      <w:r>
        <w:t xml:space="preserve"> Downtown Berkeley puts you near BART, theatres, and cafés; options range from the historic Hotel Shattuck Plaza to waterfront hotels. </w:t>
      </w:r>
      <w:r/>
    </w:p>
    <w:p>
      <w:pPr>
        <w:pStyle w:val="ListBullet"/>
        <w:spacing w:line="240" w:lineRule="auto"/>
        <w:ind w:left="720"/>
      </w:pPr>
      <w:r/>
      <w:r>
        <w:rPr>
          <w:b/>
        </w:rPr>
        <w:t>Nearby nightlife:</w:t>
      </w:r>
      <w:r>
        <w:t xml:space="preserve"> For a classic queer-bar vibe, cross into Oakland or the Berkeley–Oakland border for historic spots and lively venues.</w:t>
      </w:r>
      <w:r/>
      <w:r/>
    </w:p>
    <w:p>
      <w:pPr>
        <w:pStyle w:val="Heading2"/>
      </w:pPr>
      <w:r>
        <w:t>Why Berkeley feels like a scaled-down, friendlier San Francisco</w:t>
      </w:r>
      <w:r/>
    </w:p>
    <w:p>
      <w:r/>
      <w:r>
        <w:t>Berkeley has that same progressive spark you’d expect from the Bay, but in a gentler, leafier package with fewer queues and more room to breathe. According to Visit Berkeley, the city leans into community events and public spaces, so Pride here tends to feel intimate and grassroots rather than corporate. If you’ve done the Castro and want quieter streets, Berkeley’s mix of campus energy and neighbourhood cafés gives you queer visibility without the overwhelm. Tip: plan slow mornings wandering bookshops and cafés, then save energy for evening performances or a sunset walk in the hills.</w:t>
      </w:r>
      <w:r/>
    </w:p>
    <w:p>
      <w:pPr>
        <w:pStyle w:val="Heading2"/>
      </w:pPr>
      <w:r>
        <w:t>Berkeley Pride: local roots, joyous politics</w:t>
      </w:r>
      <w:r/>
    </w:p>
    <w:p>
      <w:r/>
      <w:r>
        <w:t>Berkeley Pride is organised by Pacific Center for Human Growth and centres community care as much as celebration, with events clustered around Martin Luther King Jr. Civic Park. This isn’t a corporate parade; it’s community-led, with an emphasis on justice and creativity that many visitors find refreshing. For travellers, Pride is a great way to meet locals, support grassroots vendors, and catch performances that reflect the city’s activist history. Practical note: check the Pacific Center’s schedule in advance for workshops, resource tables, and accessibility details so you can pace your day.</w:t>
      </w:r>
      <w:r/>
    </w:p>
    <w:p>
      <w:pPr>
        <w:pStyle w:val="Heading2"/>
      </w:pPr>
      <w:r>
        <w:t>Telegraph Avenue, the campus, and culture you can roam</w:t>
      </w:r>
      <w:r/>
    </w:p>
    <w:p>
      <w:r/>
      <w:r>
        <w:t>Start on Telegraph Avenue where street vendors, independent bookstores, and music shops create a lively walkable strip. UC Berkeley’s campus is worth a stroll for the Campanile view and the buzz of student life that colours the city’s cafés and galleries. Downtown and Fourth Street deliver museums and theatres , an easy evening loop after a day of wandering. If you want a quieter afternoon, head east to Tilden Regional Park for trails, gardens, and bay views; it’s a pleasant contrast to the urban hum.</w:t>
      </w:r>
      <w:r/>
    </w:p>
    <w:p>
      <w:pPr>
        <w:pStyle w:val="Heading2"/>
      </w:pPr>
      <w:r>
        <w:t>Eat, graze, and sip: Berkeley’s food scene</w:t>
      </w:r>
      <w:r/>
    </w:p>
    <w:p>
      <w:r/>
      <w:r>
        <w:t>Berkeley’s culinary reputation is rooted in places like Chez Panisse and farmers’ markets, but the city shines because you can graze your way through small discoveries , worker-run pizzerias, collective bakeries, and lively cafés. North Shattuck, with its shops and cheese boards, is a great start, while neighbourhood spots near campus offer global flavours and casual eats. Plan one special meal and then let the rest of the trip be about sampling: coffee shops in the morning, quick lunches near campus, and a relaxed dinner after a show. Food tip: check local market days for fresh produce and pop-up vendors that really capture Berkeley’s community food ethos.</w:t>
      </w:r>
      <w:r/>
    </w:p>
    <w:p>
      <w:pPr>
        <w:pStyle w:val="Heading2"/>
      </w:pPr>
      <w:r>
        <w:t>Bars, nightlife and queer-friendly spots across the border</w:t>
      </w:r>
      <w:r/>
    </w:p>
    <w:p>
      <w:r/>
      <w:r>
        <w:t>Berkeley’s queer scene is woven through daily life , cafés, bookstores, theatres , rather than concentrated on a single strip, which many visitors find charming. For a proper queer-bar night, head to the Berkeley–Oakland border where long-running venues offer karaoke, drag and dance in a come-as-you-are atmosphere. Oakland’s nightlife adds more variety within a short ride, so consider splitting an evening between Berkeley’s mellow spots and Oakland’s louder clubs. If you want to keep things car-free, staying near Downtown Berkeley BART makes hopping across the Bay or into Oakland quick and simple.</w:t>
      </w:r>
      <w:r/>
    </w:p>
    <w:p>
      <w:pPr>
        <w:pStyle w:val="Heading2"/>
      </w:pPr>
      <w:r>
        <w:t>Where to stay and how to get around</w:t>
      </w:r>
      <w:r/>
    </w:p>
    <w:p>
      <w:r/>
      <w:r>
        <w:t>Downtown Berkeley is the most convenient base for first-timers; you’ll be near restaurants, theatres, UC Berkeley and the BART station. Choose a stay that suits your vibe , historic, boutique, or waterfront , and you’ll find easy links to the rest of the Bay Area. BART makes a day trip to San Francisco straightforward, while short rides unlock Oakland nightlife or Wine Country if you fancy a longer outing. Practical stay tip: if Pride weekend is your target, book accommodations early , community events attract locals and visitors alike.</w:t>
      </w:r>
      <w:r/>
    </w:p>
    <w:p>
      <w:r/>
      <w:r>
        <w:t>It's a small change of scene that can make a big difference , come for Pride, stay for the books, food and hills.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11">
        <w:r>
          <w:rPr>
            <w:color w:val="0000EE"/>
            <w:u w:val="single"/>
          </w:rPr>
          <w:t>[6]</w:t>
        </w:r>
      </w:hyperlink>
      <w:r>
        <w:t xml:space="preserve">, </w:t>
      </w:r>
      <w:hyperlink r:id="rId10">
        <w:r>
          <w:rPr>
            <w:color w:val="0000EE"/>
            <w:u w:val="single"/>
          </w:rPr>
          <w:t>[2]</w:t>
        </w:r>
      </w:hyperlink>
      <w:r>
        <w:t xml:space="preserve">- Paragraph 4: </w:t>
      </w:r>
      <w:hyperlink r:id="rId10">
        <w:r>
          <w:rPr>
            <w:color w:val="0000EE"/>
            <w:u w:val="single"/>
          </w:rPr>
          <w:t>[2]</w:t>
        </w:r>
      </w:hyperlink>
      <w:r>
        <w:t xml:space="preserve">, </w:t>
      </w:r>
      <w:hyperlink r:id="rId11">
        <w:r>
          <w:rPr>
            <w:color w:val="0000EE"/>
            <w:u w:val="single"/>
          </w:rPr>
          <w:t>[6]</w:t>
        </w:r>
      </w:hyperlink>
      <w:r>
        <w:t xml:space="preserve">- Paragraph 5: </w:t>
      </w:r>
      <w:hyperlink r:id="rId10">
        <w:r>
          <w:rPr>
            <w:color w:val="0000EE"/>
            <w:u w:val="single"/>
          </w:rPr>
          <w:t>[2]</w:t>
        </w:r>
      </w:hyperlink>
      <w:r>
        <w:t xml:space="preserve">, </w:t>
      </w:r>
      <w:hyperlink r:id="rId11">
        <w:r>
          <w:rPr>
            <w:color w:val="0000EE"/>
            <w:u w:val="single"/>
          </w:rPr>
          <w:t>[6]</w:t>
        </w:r>
      </w:hyperlink>
      <w:r>
        <w:t xml:space="preserve">- Paragraph 6: </w:t>
      </w:r>
      <w:hyperlink r:id="rId13">
        <w:r>
          <w:rPr>
            <w:color w:val="0000EE"/>
            <w:u w:val="single"/>
          </w:rPr>
          <w:t>[7]</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https://twobadtourists.com/bay-area-magic-whats-going-down-in-berkeley/</w:t>
        </w:r>
      </w:hyperlink>
      <w:r>
        <w:t xml:space="preserve"> - Please view link - unable to able to access data</w:t>
      </w:r>
      <w:r/>
    </w:p>
    <w:p>
      <w:pPr>
        <w:pStyle w:val="ListNumber"/>
        <w:spacing w:line="240" w:lineRule="auto"/>
        <w:ind w:left="720"/>
      </w:pPr>
      <w:r/>
      <w:hyperlink r:id="rId10">
        <w:r>
          <w:rPr>
            <w:color w:val="0000EE"/>
            <w:u w:val="single"/>
          </w:rPr>
          <w:t>https://www.visitberkeley.com/events/berkeley-festivals-and-annual-events/berkeley-pride/</w:t>
        </w:r>
      </w:hyperlink>
      <w:r>
        <w:t xml:space="preserve"> - Berkeley Pride 2026, themed 'From Joy to Justice,' is scheduled for August 30, 2026, at the Pacific Center for Human Growth. The event aims to celebrate LGBTQIA+ and QTBIMPOC resilience, creativity, history, culture, and power. Attendees can expect live performances, resource booths, and community-building activities. The Pacific Center for Human Growth provides mental health support, peer support groups, outreach services, and workshops for LGBTQIA+ individuals in Alameda County.</w:t>
      </w:r>
      <w:r/>
    </w:p>
    <w:p>
      <w:pPr>
        <w:pStyle w:val="ListNumber"/>
        <w:spacing w:line="240" w:lineRule="auto"/>
        <w:ind w:left="720"/>
      </w:pPr>
      <w:r/>
      <w:hyperlink r:id="rId12">
        <w:r>
          <w:rPr>
            <w:color w:val="0000EE"/>
            <w:u w:val="single"/>
          </w:rPr>
          <w:t>https://www.pacificcenter.org/berkeleypride</w:t>
        </w:r>
      </w:hyperlink>
      <w:r>
        <w:t xml:space="preserve"> - Hosted by the Pacific Center for Human Growth, Berkeley Pride 2026 will take place on August 30, 2026, from 11:00 AM to 5:00 PM at Martin Luther King Jr. Civic Park in Berkeley, CA. The festival will feature local artists and performers, resource and service providers, community partners, and vibrant all-day programming for people of all ages. Early bird tickets are available through June 30, with pricing at $20 for adults and $15 for seniors.</w:t>
      </w:r>
      <w:r/>
    </w:p>
    <w:p>
      <w:pPr>
        <w:pStyle w:val="ListNumber"/>
        <w:spacing w:line="240" w:lineRule="auto"/>
        <w:ind w:left="720"/>
      </w:pPr>
      <w:r/>
      <w:hyperlink r:id="rId14">
        <w:r>
          <w:rPr>
            <w:color w:val="0000EE"/>
            <w:u w:val="single"/>
          </w:rPr>
          <w:t>https://www.cdph.ca.gov/Programs/CID/DOA/Pages/Celebrate-Pride.aspx</w:t>
        </w:r>
      </w:hyperlink>
      <w:r>
        <w:t xml:space="preserve"> - The California Department of Public Health provides a comprehensive list of Pride events across the state, including Berkeley Pride on August 30, 2026, from 11:00 AM to 5:00 PM in Downtown Berkeley. The page offers details on various Pride celebrations, including dates, locations, and brief descriptions, serving as a valuable resource for those interested in participating in Pride events throughout California.</w:t>
      </w:r>
      <w:r/>
    </w:p>
    <w:p>
      <w:pPr>
        <w:pStyle w:val="ListNumber"/>
        <w:spacing w:line="240" w:lineRule="auto"/>
        <w:ind w:left="720"/>
      </w:pPr>
      <w:r/>
      <w:hyperlink r:id="rId15">
        <w:r>
          <w:rPr>
            <w:color w:val="0000EE"/>
            <w:u w:val="single"/>
          </w:rPr>
          <w:t>https://www.unation.com/event/cil-s-disability-and-trans-queer-pride-67606329/</w:t>
        </w:r>
      </w:hyperlink>
      <w:r>
        <w:t xml:space="preserve"> - The Center for Independent Living (CIL) is hosting its annual Disability &amp; Trans/Queer Pride event on July 11, 2026, at 1:00 PM PDT at the Ed Roberts Campus in Berkeley, CA. The event features live performances, music by DJ Fugwel, local vendors, community organizations, and a performance by Obsidienne Obsurd. The event is highly inclusive, offering accommodations such as an adaptive micromobility showcase and reserved quiet and low-sensory spaces.</w:t>
      </w:r>
      <w:r/>
    </w:p>
    <w:p>
      <w:pPr>
        <w:pStyle w:val="ListNumber"/>
        <w:spacing w:line="240" w:lineRule="auto"/>
        <w:ind w:left="720"/>
      </w:pPr>
      <w:r/>
      <w:hyperlink r:id="rId11">
        <w:r>
          <w:rPr>
            <w:color w:val="0000EE"/>
            <w:u w:val="single"/>
          </w:rPr>
          <w:t>https://www.arco.lgbt/destinazioni/berkeley-ca/</w:t>
        </w:r>
      </w:hyperlink>
      <w:r>
        <w:t xml:space="preserve"> - An article highlighting Berkeley, California, as a hub of academic excellence and cultural diversity. It emphasizes the city's vibrant LGBTQ+ community, noting its safety, inclusivity, and progressive nature. The piece also mentions Berkeley's rich history of radical activism and its reputation as a 'People's Republic' and 'Berzerkeley,' reflecting its unique and eclectic character.</w:t>
      </w:r>
      <w:r/>
    </w:p>
    <w:p>
      <w:pPr>
        <w:pStyle w:val="ListNumber"/>
        <w:spacing w:line="240" w:lineRule="auto"/>
        <w:ind w:left="720"/>
      </w:pPr>
      <w:r/>
      <w:hyperlink r:id="rId13">
        <w:r>
          <w:rPr>
            <w:color w:val="0000EE"/>
            <w:u w:val="single"/>
          </w:rPr>
          <w:t>https://www.misterbandb.com/rooms/909177</w:t>
        </w:r>
      </w:hyperlink>
      <w:r>
        <w:t xml:space="preserve"> - A listing for a private room in a cozy 1-bedroom Berkeley apartment available for rent. The host, Ben, offers a comfortable space with a private bedroom, shared living areas, and access to a patio. The listing highlights the property's proximity to LGBTQ+ venues and includes amenities such as Wi-Fi and a dedicated workspace, catering to LGBTQ+ travelers seeking a welcoming environment.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wobadtourists.com/bay-area-magic-whats-going-down-in-berkeley/" TargetMode="External"/><Relationship Id="rId10" Type="http://schemas.openxmlformats.org/officeDocument/2006/relationships/hyperlink" Target="https://www.visitberkeley.com/events/berkeley-festivals-and-annual-events/berkeley-pride/" TargetMode="External"/><Relationship Id="rId11" Type="http://schemas.openxmlformats.org/officeDocument/2006/relationships/hyperlink" Target="https://www.arco.lgbt/destinazioni/berkeley-ca/" TargetMode="External"/><Relationship Id="rId12" Type="http://schemas.openxmlformats.org/officeDocument/2006/relationships/hyperlink" Target="https://www.pacificcenter.org/berkeleypride" TargetMode="External"/><Relationship Id="rId13" Type="http://schemas.openxmlformats.org/officeDocument/2006/relationships/hyperlink" Target="https://www.misterbandb.com/rooms/909177" TargetMode="External"/><Relationship Id="rId14" Type="http://schemas.openxmlformats.org/officeDocument/2006/relationships/hyperlink" Target="https://www.cdph.ca.gov/Programs/CID/DOA/Pages/Celebrate-Pride.aspx" TargetMode="External"/><Relationship Id="rId15" Type="http://schemas.openxmlformats.org/officeDocument/2006/relationships/hyperlink" Target="https://www.unation.com/event/cil-s-disability-and-trans-queer-pride-676063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