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Amsterdam Light Festival 2026 Guide: Where to See the City's Top Installations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Step into luminous canals and glowing façades: Amsterdam's Light Festival is back, drawing locals and visitors to waterfront walks, boat tours and striking public artworks that brighten winter evenings across the city. This guide helps you pick the best ways to experience the festival, where to go, and how to make the most of each glowing moment.</w:t>
      </w:r>
      <w:r/>
    </w:p>
    <w:p>
      <w:r/>
      <w:r>
        <w:t>Essential Takeaways</w:t>
      </w:r>
      <w:r/>
      <w:r/>
    </w:p>
    <w:p>
      <w:pPr>
        <w:pStyle w:val="ListBullet"/>
        <w:spacing w:line="240" w:lineRule="auto"/>
        <w:ind w:left="720"/>
      </w:pPr>
      <w:r/>
      <w:r>
        <w:rPr>
          <w:b/>
        </w:rPr>
        <w:t>When and where:</w:t>
      </w:r>
      <w:r>
        <w:t xml:space="preserve"> The festival lights up Amsterdam’s canals and public spaces each winter, with works concentrated along key routes and near major landmarks.</w:t>
      </w:r>
      <w:r/>
    </w:p>
    <w:p>
      <w:pPr>
        <w:pStyle w:val="ListBullet"/>
        <w:spacing w:line="240" w:lineRule="auto"/>
        <w:ind w:left="720"/>
      </w:pPr>
      <w:r/>
      <w:r>
        <w:rPr>
          <w:b/>
        </w:rPr>
        <w:t>Ways to see it:</w:t>
      </w:r>
      <w:r>
        <w:t xml:space="preserve"> Choose between walking routes, ticketed boat tours with commentary, or self-guided neighbourhood strolls for a quieter vibe.</w:t>
      </w:r>
      <w:r/>
    </w:p>
    <w:p>
      <w:pPr>
        <w:pStyle w:val="ListBullet"/>
        <w:spacing w:line="240" w:lineRule="auto"/>
        <w:ind w:left="720"/>
      </w:pPr>
      <w:r/>
      <w:r>
        <w:rPr>
          <w:b/>
        </w:rPr>
        <w:t>Practical tip:</w:t>
      </w:r>
      <w:r>
        <w:t xml:space="preserve"> Wrap up warm and bring a torch or phone light for step-downs by bridges; some installations sit at low levels and can be missed in the dark.</w:t>
      </w:r>
      <w:r/>
    </w:p>
    <w:p>
      <w:pPr>
        <w:pStyle w:val="ListBullet"/>
        <w:spacing w:line="240" w:lineRule="auto"/>
        <w:ind w:left="720"/>
      </w:pPr>
      <w:r/>
      <w:r>
        <w:rPr>
          <w:b/>
        </w:rPr>
        <w:t>Family-friendly:</w:t>
      </w:r>
      <w:r>
        <w:t xml:space="preserve"> Many installations are suitable for kids and accessible from pavements; check maps for wheelchair-friendly routes.</w:t>
      </w:r>
      <w:r/>
    </w:p>
    <w:p>
      <w:pPr>
        <w:pStyle w:val="ListBullet"/>
        <w:spacing w:line="240" w:lineRule="auto"/>
        <w:ind w:left="720"/>
      </w:pPr>
      <w:r/>
      <w:r>
        <w:rPr>
          <w:b/>
        </w:rPr>
        <w:t>Book ahead:</w:t>
      </w:r>
      <w:r>
        <w:t xml:space="preserve"> Popular boat tours sell out quickly, especially at sunset and weekends, so reserve early for the best times.</w:t>
      </w:r>
      <w:r/>
      <w:r/>
    </w:p>
    <w:p>
      <w:pPr>
        <w:pStyle w:val="Heading2"/>
      </w:pPr>
      <w:r>
        <w:t>Where the lights live: canals, corners and courtyards</w:t>
      </w:r>
      <w:r/>
    </w:p>
    <w:p>
      <w:r/>
      <w:r>
        <w:t>The festival spreads its art across Amsterdam’s waterways and streets, creating a luminous trail that feels surprisingly intimate. Walk along the canals and you’ll spot reflections and installations that change with every ripple. Local tourism sites like iamsterdam and Amsterdam Info lay out mapped routes, so you can plan a loop that suits your stamina and interests. For first-timers, the classic canal belt route delivers a mix of large-scale commission pieces and smaller, tucked-away surprises.</w:t>
      </w:r>
      <w:r/>
    </w:p>
    <w:p>
      <w:pPr>
        <w:pStyle w:val="Heading2"/>
      </w:pPr>
      <w:r>
        <w:t>Boat tours or boots-on-the-ground? Choosing the best viewpoint</w:t>
      </w:r>
      <w:r/>
    </w:p>
    <w:p>
      <w:r/>
      <w:r>
        <w:t>Boat tours are the iconic way to see the festival, offering a comfy, warm vantage point and live commentary; they’re ideal if you want to glide past multiple artworks without tiring your feet. Organisers and canal companies list specific departure points and times, and you should book the sunset slots early. If you prefer to linger, walking gives you the freedom to pause, photograph and peer closer at installations. For a quieter experience, try weekday evenings or lesser-known neighbourhood routes.</w:t>
      </w:r>
      <w:r/>
    </w:p>
    <w:p>
      <w:pPr>
        <w:pStyle w:val="Heading2"/>
      </w:pPr>
      <w:r>
        <w:t>Practical considerations: tickets, timing and weather</w:t>
      </w:r>
      <w:r/>
    </w:p>
    <w:p>
      <w:r/>
      <w:r>
        <w:t>Expect peak crowds on weekends and during school holidays, so pick a weekday or an early slot if you want breathing room. Boat tours and indoor events often require advance tickets, while many outdoor installations remain free to view. Since lights look best after dusk, check local sunset times and allow extra travel time , Amsterdam’s cobbles and bridges can be slippery; comfortable shoes and a warm coat make a big difference.</w:t>
      </w:r>
      <w:r/>
    </w:p>
    <w:p>
      <w:pPr>
        <w:pStyle w:val="Heading2"/>
      </w:pPr>
      <w:r>
        <w:t>Family days and accessible routes: making it work for everyone</w:t>
      </w:r>
      <w:r/>
    </w:p>
    <w:p>
      <w:r/>
      <w:r>
        <w:t>The festival tends to offer family-friendly installations and routes with shorter walking distances. Organisers publish accessibility information for wheelchair users and parents with buggies, so consult official maps before you go. Many public exhibits are visible from pavements and bridges, which keeps things stroller-friendly, while boat operators usually confirm accessibility when you book.</w:t>
      </w:r>
      <w:r/>
    </w:p>
    <w:p>
      <w:pPr>
        <w:pStyle w:val="Heading2"/>
      </w:pPr>
      <w:r>
        <w:t>What to pack and how to photograph the show</w:t>
      </w:r>
      <w:r/>
    </w:p>
    <w:p>
      <w:r/>
      <w:r>
        <w:t>Bring a small tripod or steady your phone against a canal-side railing for longer exposures; low-light shots with reflections reward patient framing. Pack snacks, a thermos and hand warmers for longer strolls, and keep a power bank handy , cold weather drains batteries fast. Most importantly, let yourself look up and around: some pieces reward a different perspective from every angle.</w:t>
      </w:r>
      <w:r/>
    </w:p>
    <w:p>
      <w:r/>
      <w:r>
        <w:t>It's a small seasonal lift for the city, and a great excuse to wander Amsterdam's winter streets with new light in your step.</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[5]</w:t>
        </w:r>
      </w:hyperlink>
      <w:r>
        <w:t xml:space="preserve">- Paragraph 2: </w:t>
      </w:r>
      <w:hyperlink r:id="rId12">
        <w:r>
          <w:rPr>
            <w:color w:val="0000EE"/>
            <w:u w:val="single"/>
          </w:rPr>
          <w:t>[2]</w:t>
        </w:r>
      </w:hyperlink>
      <w:r>
        <w:t xml:space="preserve">, </w:t>
      </w:r>
      <w:hyperlink r:id="rId13">
        <w:r>
          <w:rPr>
            <w:color w:val="0000EE"/>
            <w:u w:val="single"/>
          </w:rPr>
          <w:t>[7]</w:t>
        </w:r>
      </w:hyperlink>
      <w:r>
        <w:t xml:space="preserve">- Paragraph 3: </w:t>
      </w:r>
      <w:hyperlink r:id="rId14">
        <w:r>
          <w:rPr>
            <w:color w:val="0000EE"/>
            <w:u w:val="single"/>
          </w:rPr>
          <w:t>[6]</w:t>
        </w:r>
      </w:hyperlink>
      <w:r>
        <w:t xml:space="preserve">, </w:t>
      </w:r>
      <w:hyperlink r:id="rId10">
        <w:r>
          <w:rPr>
            <w:color w:val="0000EE"/>
            <w:u w:val="single"/>
          </w:rPr>
          <w:t>[4]</w:t>
        </w:r>
      </w:hyperlink>
      <w:r>
        <w:t xml:space="preserve">- Paragraph 4: </w:t>
      </w:r>
      <w:hyperlink r:id="rId11">
        <w:r>
          <w:rPr>
            <w:color w:val="0000EE"/>
            <w:u w:val="single"/>
          </w:rPr>
          <w:t>[5]</w:t>
        </w:r>
      </w:hyperlink>
      <w:r>
        <w:t xml:space="preserve">, </w:t>
      </w:r>
      <w:hyperlink r:id="rId12">
        <w:r>
          <w:rPr>
            <w:color w:val="0000EE"/>
            <w:u w:val="single"/>
          </w:rPr>
          <w:t>[2]</w:t>
        </w:r>
      </w:hyperlink>
      <w:r>
        <w:t xml:space="preserve">- Paragraph 5: </w:t>
      </w:r>
      <w:hyperlink r:id="rId15">
        <w:r>
          <w:rPr>
            <w:color w:val="0000EE"/>
            <w:u w:val="single"/>
          </w:rPr>
          <w:t>[3]</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https://meaws.com/news/amsterdam-verlicht-bijzondere-gebouwen-in/104546</w:t>
        </w:r>
      </w:hyperlink>
      <w:r>
        <w:t xml:space="preserve"> - Please view link - unable to able to access data</w:t>
      </w:r>
      <w:r/>
    </w:p>
    <w:p>
      <w:pPr>
        <w:pStyle w:val="ListNumber"/>
        <w:spacing w:line="240" w:lineRule="auto"/>
        <w:ind w:left="720"/>
      </w:pPr>
      <w:r/>
      <w:hyperlink r:id="rId12">
        <w:r>
          <w:rPr>
            <w:color w:val="0000EE"/>
            <w:u w:val="single"/>
          </w:rPr>
          <w:t>https://amsterdam.org/en/event/96/light-festival-amsterdam.html</w:t>
        </w:r>
      </w:hyperlink>
      <w:r>
        <w:t xml:space="preserve"> - The Amsterdam Light Festival transforms the city's canals into an open-air museum of light each year. Visitors can experience illuminated installations, projections, and sculptures along the historic centre, with options to view the artworks by boat, on foot, or by bike. The festival offers a unique blend of history and contemporary creativity, making it a magical evening for all ages. Cruises and tickets can be booked online in advance.</w:t>
      </w:r>
      <w:r/>
    </w:p>
    <w:p>
      <w:pPr>
        <w:pStyle w:val="ListNumber"/>
        <w:spacing w:line="240" w:lineRule="auto"/>
        <w:ind w:left="720"/>
      </w:pPr>
      <w:r/>
      <w:hyperlink r:id="rId15">
        <w:r>
          <w:rPr>
            <w:color w:val="0000EE"/>
            <w:u w:val="single"/>
          </w:rPr>
          <w:t>https://nebol.nl/</w:t>
        </w:r>
      </w:hyperlink>
      <w:r>
        <w:t xml:space="preserve"> - Amsterdam Light Festival is a foundation that has been illuminating the city with light art since 2012. The festival offers various ways to experience the artworks, including boat cruises, walking routes, and bike tours. Visitors can support the festival by purchasing tickets or merchandise. The website provides information on the latest news, artist spotlights, and ways to get involved.</w:t>
      </w:r>
      <w:r/>
    </w:p>
    <w:p>
      <w:pPr>
        <w:pStyle w:val="ListNumber"/>
        <w:spacing w:line="240" w:lineRule="auto"/>
        <w:ind w:left="720"/>
      </w:pPr>
      <w:r/>
      <w:hyperlink r:id="rId10">
        <w:r>
          <w:rPr>
            <w:color w:val="0000EE"/>
            <w:u w:val="single"/>
          </w:rPr>
          <w:t>https://www.amsterdam.info/events/light-festival/</w:t>
        </w:r>
      </w:hyperlink>
      <w:r>
        <w:t xml:space="preserve"> - The Amsterdam Light Festival is an annual event that illuminates the city during the winter months. The festival features over 40 light installations created by international artists, as well as special events, performances, and workshops. Visitors can explore the artworks along the canals on foot or by boat, with options for guided tours. The festival typically runs from mid-November to mid-January, with specific dates announced each year.</w:t>
      </w:r>
      <w:r/>
    </w:p>
    <w:p>
      <w:pPr>
        <w:pStyle w:val="ListNumber"/>
        <w:spacing w:line="240" w:lineRule="auto"/>
        <w:ind w:left="720"/>
      </w:pPr>
      <w:r/>
      <w:hyperlink r:id="rId11">
        <w:r>
          <w:rPr>
            <w:color w:val="0000EE"/>
            <w:u w:val="single"/>
          </w:rPr>
          <w:t>https://www.iamsterdam.com/en/whats-on/calendar/festivals/events/amsterdam-light-festival</w:t>
        </w:r>
      </w:hyperlink>
      <w:r>
        <w:t xml:space="preserve"> - The Amsterdam Light Festival is an internationally renowned event that illuminates the city during the darkest months of the year. Each edition features a different theme and showcases light artworks in photogenic locations. The festival offers both boat and walking experiences, with tickets available for purchase online. The dates and times for the 2026/2027 edition are subject to change, so visitors should check the website for the most up-to-date information.</w:t>
      </w:r>
      <w:r/>
    </w:p>
    <w:p>
      <w:pPr>
        <w:pStyle w:val="ListNumber"/>
        <w:spacing w:line="240" w:lineRule="auto"/>
        <w:ind w:left="720"/>
      </w:pPr>
      <w:r/>
      <w:hyperlink r:id="rId14">
        <w:r>
          <w:rPr>
            <w:color w:val="0000EE"/>
            <w:u w:val="single"/>
          </w:rPr>
          <w:t>https://canalsofamsterdam.com/event/light-festival-amsterdam/</w:t>
        </w:r>
      </w:hyperlink>
      <w:r>
        <w:t xml:space="preserve"> - The Light Festival Amsterdam is a unique event in the canal district of Amsterdam, featuring beautiful works of light art along the canals. The festival typically runs from late November to mid-January, with specific dates announced each year. Visitors can admire the artworks on foot, by bike, or by booking a boat tour. The website provides information on the festival's history, ticket options, and tips for making the most of the event.</w:t>
      </w:r>
      <w:r/>
    </w:p>
    <w:p>
      <w:pPr>
        <w:pStyle w:val="ListNumber"/>
        <w:spacing w:line="240" w:lineRule="auto"/>
        <w:ind w:left="720"/>
      </w:pPr>
      <w:r/>
      <w:hyperlink r:id="rId13">
        <w:r>
          <w:rPr>
            <w:color w:val="0000EE"/>
            <w:u w:val="single"/>
          </w:rPr>
          <w:t>https://www.amsterdamsights.com/events/amsterdam-light-festival.html</w:t>
        </w:r>
      </w:hyperlink>
      <w:r>
        <w:t xml:space="preserve"> - The Amsterdam Light Festival is an annual event that transforms the city's centre into an open-air light museum. The festival features light artworks by contemporary international artists, designers, and architects, which can be viewed on foot, by bike, or by boat. The 14th edition in 2025 had the theme 'Legacy', and the 2026 edition is expected to continue the tradition of showcasing innovative light art in Amsterdam's historic setting.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amsterdam-verlicht-bijzondere-gebouwen-in/104546" TargetMode="External"/><Relationship Id="rId10" Type="http://schemas.openxmlformats.org/officeDocument/2006/relationships/hyperlink" Target="https://www.amsterdam.info/events/light-festival/" TargetMode="External"/><Relationship Id="rId11" Type="http://schemas.openxmlformats.org/officeDocument/2006/relationships/hyperlink" Target="https://www.iamsterdam.com/en/whats-on/calendar/festivals/events/amsterdam-light-festival" TargetMode="External"/><Relationship Id="rId12" Type="http://schemas.openxmlformats.org/officeDocument/2006/relationships/hyperlink" Target="https://amsterdam.org/en/event/96/light-festival-amsterdam.html" TargetMode="External"/><Relationship Id="rId13" Type="http://schemas.openxmlformats.org/officeDocument/2006/relationships/hyperlink" Target="https://www.amsterdamsights.com/events/amsterdam-light-festival.html" TargetMode="External"/><Relationship Id="rId14" Type="http://schemas.openxmlformats.org/officeDocument/2006/relationships/hyperlink" Target="https://canalsofamsterdam.com/event/light-festival-amsterdam/" TargetMode="External"/><Relationship Id="rId15" Type="http://schemas.openxmlformats.org/officeDocument/2006/relationships/hyperlink" Target="https://nebol.n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