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White Rock Pride Week 2026 Guide — events, tickets and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neighbours: White Rock kicks off Pride Week 2026 with a public flag-raising and a full slate of family-friendly festivals, rides, mingles and a disco gala that matter for locals and visitors who want to take part in a visible, welcoming community celebration.</w:t>
      </w:r>
      <w:r/>
    </w:p>
    <w:p>
      <w:r/>
      <w:r>
        <w:t>Essential Takeaways</w:t>
      </w:r>
      <w:r/>
      <w:r/>
    </w:p>
    <w:p>
      <w:pPr>
        <w:pStyle w:val="ListBullet"/>
        <w:spacing w:line="240" w:lineRule="auto"/>
        <w:ind w:left="720"/>
      </w:pPr>
      <w:r/>
      <w:r>
        <w:rPr>
          <w:b/>
        </w:rPr>
        <w:t>Flag-raising start:</w:t>
      </w:r>
      <w:r>
        <w:t xml:space="preserve"> The Pride flag will be raised outside White Rock City Hall at 4:30pm on July 17 to open Pride Week. It's a short, symbolic ceremony with civic remarks. </w:t>
      </w:r>
      <w:r/>
    </w:p>
    <w:p>
      <w:pPr>
        <w:pStyle w:val="ListBullet"/>
        <w:spacing w:line="240" w:lineRule="auto"/>
        <w:ind w:left="720"/>
      </w:pPr>
      <w:r/>
      <w:r>
        <w:rPr>
          <w:b/>
        </w:rPr>
        <w:t>Pride Ride &amp; After Party:</w:t>
      </w:r>
      <w:r>
        <w:t xml:space="preserve"> A community bike ride begins at 7pm from Centennial Park on July 17, with an after party limited to 80 guests; register online early. </w:t>
      </w:r>
      <w:r/>
    </w:p>
    <w:p>
      <w:pPr>
        <w:pStyle w:val="ListBullet"/>
        <w:spacing w:line="240" w:lineRule="auto"/>
        <w:ind w:left="720"/>
      </w:pPr>
      <w:r/>
      <w:r>
        <w:rPr>
          <w:b/>
        </w:rPr>
        <w:t>Family Day fun:</w:t>
      </w:r>
      <w:r>
        <w:t xml:space="preserve"> Miramar Village Plaza hosts Pride Family Day on July 18 from 11am–4pm with a Kids Zone, music and vendors , suitable for all ages. </w:t>
      </w:r>
      <w:r/>
    </w:p>
    <w:p>
      <w:pPr>
        <w:pStyle w:val="ListBullet"/>
        <w:spacing w:line="240" w:lineRule="auto"/>
        <w:ind w:left="720"/>
      </w:pPr>
      <w:r/>
      <w:r>
        <w:rPr>
          <w:b/>
        </w:rPr>
        <w:t>Main fundraiser:</w:t>
      </w:r>
      <w:r>
        <w:t xml:space="preserve"> The Love is Love Gala on July 24 is the week’s signature ticketed event with dinner, auctions and disco flair; tickets are $125 each. </w:t>
      </w:r>
      <w:r/>
    </w:p>
    <w:p>
      <w:pPr>
        <w:pStyle w:val="ListBullet"/>
        <w:spacing w:line="240" w:lineRule="auto"/>
        <w:ind w:left="720"/>
      </w:pPr>
      <w:r/>
      <w:r>
        <w:rPr>
          <w:b/>
        </w:rPr>
        <w:t>Multiple pop-ups:</w:t>
      </w:r>
      <w:r>
        <w:t xml:space="preserve"> Expect a Pride Mingler at Morrison’s Café, a Concerts at the Pier set by Doug &amp; the Slugs on July 23, and other community gatherings across the week.</w:t>
      </w:r>
      <w:r/>
      <w:r/>
    </w:p>
    <w:p>
      <w:pPr>
        <w:pStyle w:val="Heading2"/>
      </w:pPr>
      <w:r>
        <w:t>Flag-raising: a short, public moment that sets the tone</w:t>
      </w:r>
      <w:r/>
    </w:p>
    <w:p>
      <w:r/>
      <w:r>
        <w:t>The week begins quietly but proudly outside City Hall at 4:30pm on July 17, when the newly designed Pride flag will be raised with brief remarks from Mayor Megan Knight and Pride Society leaders. It’s the sort of civic ritual that smells faintly of warm paper programmes and summer air, and it signals that the town is open for celebration. According to the city’s announcement, the ceremony is designed to be welcoming and accessible, so arriving a little early gets you a good spot. For many residents the flag-raising is more than symbolism; it’s a public gesture of inclusion that frames everything that follows.</w:t>
      </w:r>
      <w:r/>
    </w:p>
    <w:p>
      <w:pPr>
        <w:pStyle w:val="Heading2"/>
      </w:pPr>
      <w:r>
        <w:t>Pride Ride &amp; After Party: pedal, parade, then party</w:t>
      </w:r>
      <w:r/>
    </w:p>
    <w:p>
      <w:r/>
      <w:r>
        <w:t>On the same evening the Pride Ride sets out from Centennial Park at 7pm, with staging beginning at 6pm. Riders will loop through North Bluff Road and Marine Drive before returning to the Centennial Arena parking lot. Organisers emphasise an all-ages, all-abilities vibe , whether you’re cycling, cheering from the pavement, or following along in a quieter way. If you want the after party in the Peace Arch Curling Club lounge, register online: capacity is capped at 80 and tickets are first come, first served. If you don’t make the cut, the ride itself is very much the thing; it’s a feel-good way to see the town under a stripe of summer light.</w:t>
      </w:r>
      <w:r/>
    </w:p>
    <w:p>
      <w:pPr>
        <w:pStyle w:val="Heading2"/>
      </w:pPr>
      <w:r>
        <w:t>Family Day at Miramar: kid-friendly pride in the heart of town</w:t>
      </w:r>
      <w:r/>
    </w:p>
    <w:p>
      <w:r/>
      <w:r>
        <w:t>Saturday, July 18, brings Pride Family Day to Miramar Village Plaza from 11am to 4pm. Think music, a dedicated Kids Zone, stalls and interactive programming , a festival that quietly insists Pride belongs to families too. The event is free and family-focused, so it’s a good option if you’re coming with pram, scooter or grandparents in tow. For parents wondering about schedules, plan around nap times and peak sun hours: shade and a refillable water bottle will make the day much more pleasant.</w:t>
      </w:r>
      <w:r/>
    </w:p>
    <w:p>
      <w:pPr>
        <w:pStyle w:val="Heading2"/>
      </w:pPr>
      <w:r>
        <w:t>Mingles, concerts and community pop-ups across the week</w:t>
      </w:r>
      <w:r/>
    </w:p>
    <w:p>
      <w:r/>
      <w:r>
        <w:t>Midweek events include the White Rock BIA Pride Mingler at Morrison’s Café on July 20 and a Concerts at the Pier evening with Doug &amp; the Slugs on July 23. These smaller gatherings give local businesses and artists a chance to join the festivities without the theatre of the gala. The mingler is ideal if you want to network or meet new faces in a relaxed café setting, while the concert brings a familiar summer soundtrack to the waterfront. Keep an eye on the Pride Society’s events page for updates and pop-up additions.</w:t>
      </w:r>
      <w:r/>
    </w:p>
    <w:p>
      <w:pPr>
        <w:pStyle w:val="Heading2"/>
      </w:pPr>
      <w:r>
        <w:t>Love is Love Gala: disco glamour and fundraising</w:t>
      </w:r>
      <w:r/>
    </w:p>
    <w:p>
      <w:r/>
      <w:r>
        <w:t>The 7th Annual Love is Love Gala , Friday Night Fever , closes Pride Week on July 24 at Hazelmere Golf Course. The event is the society’s main fundraiser and includes dinner, entertainment and auctions; tickets are listed at $125 each. Expect a disco theme, which means sequins and platform shoes are definitely on the menu if you fancy dressing up. If you’re considering a ticket, buy early and note any dietary requirements at purchase; galas sell out and the funds go straight back into community programming, so it’s charity and celebration rolled into one.</w:t>
      </w:r>
      <w:r/>
    </w:p>
    <w:p>
      <w:r/>
      <w:r>
        <w:t>Closing line Bring layers, bring a good pair of walking shoes, and bring a neighbour , it’s a small set of plans that can make the week feel like a proper community party.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2">
        <w:r>
          <w:rPr>
            <w:color w:val="0000EE"/>
            <w:u w:val="single"/>
          </w:rPr>
          <w:t>[3]</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https://peacearchnews.com/2026/07/14/flag-raising-to-kick-off-pride-week-in-white-rock/</w:t>
        </w:r>
      </w:hyperlink>
      <w:r>
        <w:t xml:space="preserve"> - Please view link - unable to able to access data</w:t>
      </w:r>
      <w:r/>
    </w:p>
    <w:p>
      <w:pPr>
        <w:pStyle w:val="ListNumber"/>
        <w:spacing w:line="240" w:lineRule="auto"/>
        <w:ind w:left="720"/>
      </w:pPr>
      <w:r/>
      <w:hyperlink r:id="rId10">
        <w:r>
          <w:rPr>
            <w:color w:val="0000EE"/>
            <w:u w:val="single"/>
          </w:rPr>
          <w:t>https://whiterockpride.com/sponsorship-opportunities-white-rock-pride-week/</w:t>
        </w:r>
      </w:hyperlink>
      <w:r>
        <w:t xml:space="preserve"> - The White Rock Pride Society invites businesses and individuals to participate as sponsors for the 2026 Pride Week, scheduled from July 17 to 24. Sponsorship packages offer various benefits, including logo placement, event tickets, and recognition in promotional materials. The 2025 Pride Week attracted over 6,800 attendees and featured six unique events, with the 2026 event anticipated to be even larger. For more information or to discuss sponsorship opportunities, contact Drew at WR.Pride.Fundraising@gmail.com.</w:t>
      </w:r>
      <w:r/>
    </w:p>
    <w:p>
      <w:pPr>
        <w:pStyle w:val="ListNumber"/>
        <w:spacing w:line="240" w:lineRule="auto"/>
        <w:ind w:left="720"/>
      </w:pPr>
      <w:r/>
      <w:hyperlink r:id="rId12">
        <w:r>
          <w:rPr>
            <w:color w:val="0000EE"/>
            <w:u w:val="single"/>
          </w:rPr>
          <w:t>https://whiterockpride.com/events/</w:t>
        </w:r>
      </w:hyperlink>
      <w:r>
        <w:t xml:space="preserve"> - The White Rock Pride Society has announced several events leading up to the 2026 Pride Week. Notable events include the Rainbow Walk at Nico Wynd Golf Course on March 21 and the March Mingler at Ocean Beach Pub on March 25. These gatherings aim to foster community connections and inclusivity. For a comprehensive list of upcoming and past events, visit the White Rock Pride Society's events page.</w:t>
      </w:r>
      <w:r/>
    </w:p>
    <w:p>
      <w:pPr>
        <w:pStyle w:val="ListNumber"/>
        <w:spacing w:line="240" w:lineRule="auto"/>
        <w:ind w:left="720"/>
      </w:pPr>
      <w:r/>
      <w:hyperlink r:id="rId11">
        <w:r>
          <w:rPr>
            <w:color w:val="0000EE"/>
            <w:u w:val="single"/>
          </w:rPr>
          <w:t>https://www.hostelworld.com/events/e/6a4099b945408a18e9ba48dc/white-rock-pride-week/</w:t>
        </w:r>
      </w:hyperlink>
      <w:r>
        <w:t xml:space="preserve"> - White Rock Pride Week, scheduled from July 17 to 24, 2026, brings together LGBTQ communities, families, and allies for a series of inclusive events celebrating diversity and acceptance. Since 2018, this annual gathering has offered a space where people of all ages can feel welcome and supported. The week features a mix of social gatherings, educational sessions, and family-friendly activities, reflecting a broad spectrum of backgrounds and experiences.</w:t>
      </w:r>
      <w:r/>
    </w:p>
    <w:p>
      <w:pPr>
        <w:pStyle w:val="ListNumber"/>
        <w:spacing w:line="240" w:lineRule="auto"/>
        <w:ind w:left="720"/>
      </w:pPr>
      <w:r/>
      <w:hyperlink r:id="rId13">
        <w:r>
          <w:rPr>
            <w:color w:val="0000EE"/>
            <w:u w:val="single"/>
          </w:rPr>
          <w:t>https://www.whitecenterpride.org/white-center-pride-street-festival</w:t>
        </w:r>
      </w:hyperlink>
      <w:r>
        <w:t xml:space="preserve"> - The 7th Annual White Center Pride Street Festival is set for June 6, 2026, in downtown White Center. The theme, 'All Out,' celebrates the community's spirit of helping, learning, and coming together. The festival will feature over 130 local vendors, food trucks, drag performances, and an expanded kids' area. Volunteers are encouraged to sign up to support the event, which is organised by an all-volunteer team.</w:t>
      </w:r>
      <w:r/>
    </w:p>
    <w:p>
      <w:pPr>
        <w:pStyle w:val="ListNumber"/>
        <w:spacing w:line="240" w:lineRule="auto"/>
        <w:ind w:left="720"/>
      </w:pPr>
      <w:r/>
      <w:hyperlink r:id="rId14">
        <w:r>
          <w:rPr>
            <w:color w:val="0000EE"/>
            <w:u w:val="single"/>
          </w:rPr>
          <w:t>https://www.roundrockpride.com/</w:t>
        </w:r>
      </w:hyperlink>
      <w:r>
        <w:t xml:space="preserve"> - Round Rock Pride celebrates the diversity in the community, providing a place for all to gather in safety, acceptance, and love. Upcoming events include 'Pixels and Pride' on July 12, 2026, and 'Pigs in Wigs' on July 18, 2026. The organisation offers opportunities for volunteers, sponsors, and vendors to get involved and supports the mission of Round Rock Pride in the community.</w:t>
      </w:r>
      <w:r/>
    </w:p>
    <w:p>
      <w:pPr>
        <w:pStyle w:val="ListNumber"/>
        <w:spacing w:line="240" w:lineRule="auto"/>
        <w:ind w:left="720"/>
      </w:pPr>
      <w:r/>
      <w:hyperlink r:id="rId15">
        <w:r>
          <w:rPr>
            <w:color w:val="0000EE"/>
            <w:u w:val="single"/>
          </w:rPr>
          <w:t>https://www.obxpridefest.com/pridefest-events/</w:t>
        </w:r>
      </w:hyperlink>
      <w:r>
        <w:t xml:space="preserve"> - OBX Pridefest, the flagship fundraiser for OBX Pride, Inc., includes a week of various events throughout the Outer Banks, running from September 11 to 13, 2026. The 15th Annual OBX Pride Week kicks off on September 11, 2026, with a free and family-friendly Pride Festival on September 12. The event is all-inclusive and welcomes everyone, aiming to eliminate prejudices and discrimination toward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eacearchnews.com/2026/07/14/flag-raising-to-kick-off-pride-week-in-white-rock/" TargetMode="External"/><Relationship Id="rId10" Type="http://schemas.openxmlformats.org/officeDocument/2006/relationships/hyperlink" Target="https://whiterockpride.com/sponsorship-opportunities-white-rock-pride-week/" TargetMode="External"/><Relationship Id="rId11" Type="http://schemas.openxmlformats.org/officeDocument/2006/relationships/hyperlink" Target="https://www.hostelworld.com/events/e/6a4099b945408a18e9ba48dc/white-rock-pride-week/" TargetMode="External"/><Relationship Id="rId12" Type="http://schemas.openxmlformats.org/officeDocument/2006/relationships/hyperlink" Target="https://whiterockpride.com/events/" TargetMode="External"/><Relationship Id="rId13" Type="http://schemas.openxmlformats.org/officeDocument/2006/relationships/hyperlink" Target="https://www.whitecenterpride.org/white-center-pride-street-festival" TargetMode="External"/><Relationship Id="rId14" Type="http://schemas.openxmlformats.org/officeDocument/2006/relationships/hyperlink" Target="https://www.roundrockpride.com/" TargetMode="External"/><Relationship Id="rId15" Type="http://schemas.openxmlformats.org/officeDocument/2006/relationships/hyperlink" Target="https://www.obxpridefest.com/pridefest-ev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