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 to Be Visible: Hunter Doohan on Living Out and Loving Out Loud in Hollywood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stories of authenticity , Hunter Doohan says he “can’t picture” hiding his sexuality, explaining why being an out gay actor in Hollywood matters and how love and a close-knit circle have helped him stay grounded while filming hits like Netflix’s Wednesday.</w:t>
      </w:r>
      <w:r/>
      <w:r/>
    </w:p>
    <w:p>
      <w:pPr>
        <w:pStyle w:val="ListBullet"/>
        <w:spacing w:line="240" w:lineRule="auto"/>
        <w:ind w:left="720"/>
      </w:pPr>
      <w:r/>
      <w:r>
        <w:rPr>
          <w:b/>
        </w:rPr>
        <w:t>Open about sexuality:</w:t>
      </w:r>
      <w:r>
        <w:t xml:space="preserve"> Doohan says hiding would feel “awful” and calls visibility a “real blessing.” </w:t>
      </w:r>
      <w:r/>
    </w:p>
    <w:p>
      <w:pPr>
        <w:pStyle w:val="ListBullet"/>
        <w:spacing w:line="240" w:lineRule="auto"/>
        <w:ind w:left="720"/>
      </w:pPr>
      <w:r/>
      <w:r>
        <w:rPr>
          <w:b/>
        </w:rPr>
        <w:t>Support at home:</w:t>
      </w:r>
      <w:r>
        <w:t xml:space="preserve"> He credits husband Fielder Jewett for unwavering support and stability. </w:t>
      </w:r>
      <w:r/>
    </w:p>
    <w:p>
      <w:pPr>
        <w:pStyle w:val="ListBullet"/>
        <w:spacing w:line="240" w:lineRule="auto"/>
        <w:ind w:left="720"/>
      </w:pPr>
      <w:r/>
      <w:r>
        <w:rPr>
          <w:b/>
        </w:rPr>
        <w:t>Work–life balance:</w:t>
      </w:r>
      <w:r>
        <w:t xml:space="preserve"> Long shoots used to uproot him; now he feels he’s found a steadier sense of home. </w:t>
      </w:r>
      <w:r/>
    </w:p>
    <w:p>
      <w:pPr>
        <w:pStyle w:val="ListBullet"/>
        <w:spacing w:line="240" w:lineRule="auto"/>
        <w:ind w:left="720"/>
      </w:pPr>
      <w:r/>
      <w:r>
        <w:rPr>
          <w:b/>
        </w:rPr>
        <w:t>Queer resonance:</w:t>
      </w:r>
      <w:r>
        <w:t xml:space="preserve"> Doohan links Wednesday’s outsider themes to queer experiences, explaining why fans connect. </w:t>
      </w:r>
      <w:r/>
      <w:r/>
    </w:p>
    <w:p>
      <w:pPr>
        <w:pStyle w:val="Heading2"/>
      </w:pPr>
      <w:r>
        <w:t>He can’t imagine hiding , and that matters</w:t>
      </w:r>
      <w:r/>
    </w:p>
    <w:p>
      <w:r/>
      <w:r>
        <w:t>Hunter Doohan doesn’t mince words: the idea of going back into the closet feels impossible to him, and that honesty is central to his public persona. According to recent interviews, living openly isn’t just personal comfort , it’s a conscious choice that shapes how he navigates fame. That sense of relief comes through when he talks about the “real blessing” of visibility, a line that lands especially warmly for queer readers and fans.</w:t>
      </w:r>
      <w:r/>
    </w:p>
    <w:p>
      <w:pPr>
        <w:pStyle w:val="Heading2"/>
      </w:pPr>
      <w:r>
        <w:t>Marriage, Tinder and an officiant who’s a co-star , the modern love story</w:t>
      </w:r>
      <w:r/>
    </w:p>
    <w:p>
      <w:r/>
      <w:r>
        <w:t>Doohan’s relationship with producer Fielder Jewett began on Tinder and led to a June 2022 wedding officiated by Bryan Cranston, a neat Hollywood full-circle moment. The couple’s story is refreshingly ordinary in its beginnings yet notable for how publicly supportive Jewett has been of Hunter’s career. It’s the kind of relationship detail that makes celebrity life feel more human: online meeting, committed partnership, and mutual cheerleading through auditions and premieres.</w:t>
      </w:r>
      <w:r/>
    </w:p>
    <w:p>
      <w:pPr>
        <w:pStyle w:val="Heading2"/>
      </w:pPr>
      <w:r>
        <w:t>Finding balance when shoots take you away</w:t>
      </w:r>
      <w:r/>
    </w:p>
    <w:p>
      <w:r/>
      <w:r>
        <w:t>Actors often live two lives , the one at home and the one on set , and Doohan says that used to leave him feeling like he was always “coming in and out” of his real life. Long stints away for filming made it hard to feel settled, but with a steady partner and a reliable friend group in LA, he’s found a better rhythm. For anyone in a long-distance creative life, his experience is a simple reminder: build small anchors at home, whether that’s a partner, friends or rituals that travel with you.</w:t>
      </w:r>
      <w:r/>
    </w:p>
    <w:p>
      <w:pPr>
        <w:pStyle w:val="Heading2"/>
      </w:pPr>
      <w:r>
        <w:t>Why Wednesday connects with queer audiences</w:t>
      </w:r>
      <w:r/>
    </w:p>
    <w:p>
      <w:r/>
      <w:r>
        <w:t>Doohan points to a core reason why shows like Wednesday resonate: the central characters are outsiders contending with hidden strengths and misunderstood identities. He links that to Tim Burton’s oeuvre and to a queer sense of being different from a young age. Fans who feel like outsiders see themselves reflected in those stories, and performers like Doohan amplify that connection by being openly themselves both on and off screen.</w:t>
      </w:r>
      <w:r/>
    </w:p>
    <w:p>
      <w:pPr>
        <w:pStyle w:val="Heading2"/>
      </w:pPr>
      <w:r>
        <w:t>Practical takeaways for fans and queer performers</w:t>
      </w:r>
      <w:r/>
    </w:p>
    <w:p>
      <w:r/>
      <w:r>
        <w:t>If you’re a fan watching Doohan’s career, note how visibility can coexist with privacy and professionalism. For performers considering being public about their sexuality, his example highlights concrete benefits: emotional support from a partner, stronger fan connections, and the freedom to choose roles without a narrative of concealment. And for anyone juggling long shoots, invest in a circle that keeps you rooted , small comforts travel well.</w:t>
      </w:r>
      <w:r/>
    </w:p>
    <w:p>
      <w:r/>
      <w:r>
        <w:t>It's a small change that can make every part of a public life feel a bit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[6]</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10">
        <w:r>
          <w:rPr>
            <w:color w:val="0000EE"/>
            <w:u w:val="single"/>
          </w:rPr>
          <w:t>[6]</w:t>
        </w:r>
      </w:hyperlink>
      <w:r>
        <w:t xml:space="preserve">, </w:t>
      </w:r>
      <w:hyperlink r:id="rId13">
        <w:r>
          <w:rPr>
            <w:color w:val="0000EE"/>
            <w:u w:val="single"/>
          </w:rPr>
          <w:t>[7]</w:t>
        </w:r>
      </w:hyperlink>
      <w:r>
        <w:t xml:space="preserve">- Paragraph 4: </w:t>
      </w:r>
      <w:hyperlink r:id="rId9">
        <w:r>
          <w:rPr>
            <w:color w:val="0000EE"/>
            <w:u w:val="single"/>
          </w:rPr>
          <w:t>[2]</w:t>
        </w:r>
      </w:hyperlink>
      <w:r>
        <w:t xml:space="preserve">, </w:t>
      </w:r>
      <w:hyperlink r:id="rId14">
        <w:r>
          <w:rPr>
            <w:color w:val="0000EE"/>
            <w:u w:val="single"/>
          </w:rPr>
          <w:t>[5]</w:t>
        </w:r>
      </w:hyperlink>
      <w:r>
        <w:t xml:space="preserve">- Paragraph 5: </w:t>
      </w:r>
      <w:hyperlink r:id="rId10">
        <w:r>
          <w:rPr>
            <w:color w:val="0000EE"/>
            <w:u w:val="single"/>
          </w:rPr>
          <w:t>[6]</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https://www.attitude.co.uk/culture/film-tv/hunter-doohan-he-cant-picture-hiding-sexuality-in-hollywood-528565/</w:t>
        </w:r>
      </w:hyperlink>
      <w:r>
        <w:t xml:space="preserve"> - Please view link - unable to able to access data</w:t>
      </w:r>
      <w:r/>
    </w:p>
    <w:p>
      <w:pPr>
        <w:pStyle w:val="ListNumber"/>
        <w:spacing w:line="240" w:lineRule="auto"/>
        <w:ind w:left="720"/>
      </w:pPr>
      <w:r/>
      <w:hyperlink r:id="rId9">
        <w:r>
          <w:rPr>
            <w:color w:val="0000EE"/>
            <w:u w:val="single"/>
          </w:rPr>
          <w:t>https://www.attitude.co.uk/culture/film-tv/hunter-doohan-he-cant-picture-hiding-sexuality-in-hollywood-528565/</w:t>
        </w:r>
      </w:hyperlink>
      <w:r>
        <w:t xml:space="preserve"> - Hunter Doohan, an openly gay actor, has expressed that he cannot imagine concealing his sexuality in Hollywood. In an interview with People, he emphasised the importance of living authentically and highlighted the support he receives from his husband, Fielder Jewett. Doohan married Jewett in June 2022 after meeting on Tinder, with the ceremony officiated by his 'Your Honor' co-star, Bryan Cranston. He also discussed the significance of being visible as an LGBTQ+ public figure and how his husband has been instrumental in his career.</w:t>
      </w:r>
      <w:r/>
    </w:p>
    <w:p>
      <w:pPr>
        <w:pStyle w:val="ListNumber"/>
        <w:spacing w:line="240" w:lineRule="auto"/>
        <w:ind w:left="720"/>
      </w:pPr>
      <w:r/>
      <w:hyperlink r:id="rId11">
        <w:r>
          <w:rPr>
            <w:color w:val="0000EE"/>
            <w:u w:val="single"/>
          </w:rPr>
          <w:t>https://www.capitalfm.com/news/tv-film/hunter-doohan/married-husband/</w:t>
        </w:r>
      </w:hyperlink>
      <w:r>
        <w:t xml:space="preserve"> - Hunter Doohan, known for his role in 'Wednesday', has revealed that he met his husband, Fielder Jewett, on Tinder. The couple got engaged on December 31, 2020, and married in June 2022. Their wedding was officiated by Doohan's 'Your Honor' co-star, Bryan Cranston. Doohan shared photos from the ceremony on Instagram, expressing that it was 'absolutely the best day of our lives'.</w:t>
      </w:r>
      <w:r/>
    </w:p>
    <w:p>
      <w:pPr>
        <w:pStyle w:val="ListNumber"/>
        <w:spacing w:line="240" w:lineRule="auto"/>
        <w:ind w:left="720"/>
      </w:pPr>
      <w:r/>
      <w:hyperlink r:id="rId12">
        <w:r>
          <w:rPr>
            <w:color w:val="0000EE"/>
            <w:u w:val="single"/>
          </w:rPr>
          <w:t>https://www.bustle.com/entertainment/who-is-hunter-doohan-husband-fielder-jewett</w:t>
        </w:r>
      </w:hyperlink>
      <w:r>
        <w:t xml:space="preserve"> - Hunter Doohan married Fielder Jewett, a former film producer and current law student, in June 2022. The wedding was officiated by Doohan's 'Your Honor' co-star, Bryan Cranston. The couple met on Tinder and got engaged in December 2020. Doohan has been open about his sexuality and the support he receives from his husband throughout his career.</w:t>
      </w:r>
      <w:r/>
    </w:p>
    <w:p>
      <w:pPr>
        <w:pStyle w:val="ListNumber"/>
        <w:spacing w:line="240" w:lineRule="auto"/>
        <w:ind w:left="720"/>
      </w:pPr>
      <w:r/>
      <w:hyperlink r:id="rId14">
        <w:r>
          <w:rPr>
            <w:color w:val="0000EE"/>
            <w:u w:val="single"/>
          </w:rPr>
          <w:t>https://www.capitalfm.com/news/tv-film/netflix/wednesday/hunter-doohan-husband-fielder-jewett-tinder/</w:t>
        </w:r>
      </w:hyperlink>
      <w:r>
        <w:t xml:space="preserve"> - Hunter Doohan, star of Netflix's 'Wednesday', met his husband, Fielder Jewett, on Tinder. The couple got engaged on December 31, 2020, and married in June 2022. Their wedding was officiated by Doohan's 'Your Honor' co-star, Bryan Cranston. Doohan has discussed his relationship and the support he receives from his husband in various interviews.</w:t>
      </w:r>
      <w:r/>
    </w:p>
    <w:p>
      <w:pPr>
        <w:pStyle w:val="ListNumber"/>
        <w:spacing w:line="240" w:lineRule="auto"/>
        <w:ind w:left="720"/>
      </w:pPr>
      <w:r/>
      <w:hyperlink r:id="rId10">
        <w:r>
          <w:rPr>
            <w:color w:val="0000EE"/>
            <w:u w:val="single"/>
          </w:rPr>
          <w:t>https://www.moodmagazine.co/interviews/hunterdoohan</w:t>
        </w:r>
      </w:hyperlink>
      <w:r>
        <w:t xml:space="preserve"> - Hunter Doohan, known for his role as Tyler Galpin in Netflix's 'Wednesday', has been open about his sexuality and the support he receives from his husband, Fielder Jewett. In an interview with MOOD Magazine, Doohan discussed his career, the importance of living authentically, and the impact of his role in 'Wednesday' on LGBTQ+ audiences.</w:t>
      </w:r>
      <w:r/>
    </w:p>
    <w:p>
      <w:pPr>
        <w:pStyle w:val="ListNumber"/>
        <w:spacing w:line="240" w:lineRule="auto"/>
        <w:ind w:left="720"/>
      </w:pPr>
      <w:r/>
      <w:hyperlink r:id="rId13">
        <w:r>
          <w:rPr>
            <w:color w:val="0000EE"/>
            <w:u w:val="single"/>
          </w:rPr>
          <w:t>https://www.thetvjunkies.com/hunter-doohan-married/</w:t>
        </w:r>
      </w:hyperlink>
      <w:r>
        <w:t xml:space="preserve"> - Hunter Doohan is married to Fielder Jewett. The couple got engaged on December 31, 2020, and married in June 2022. Their wedding was officiated by Doohan's 'Your Honor' co-star, Bryan Cranston. Doohan has been open about his sexuality and the support he receives from his husband throughout his career.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culture/film-tv/hunter-doohan-he-cant-picture-hiding-sexuality-in-hollywood-528565/" TargetMode="External"/><Relationship Id="rId10" Type="http://schemas.openxmlformats.org/officeDocument/2006/relationships/hyperlink" Target="https://www.moodmagazine.co/interviews/hunterdoohan" TargetMode="External"/><Relationship Id="rId11" Type="http://schemas.openxmlformats.org/officeDocument/2006/relationships/hyperlink" Target="https://www.capitalfm.com/news/tv-film/hunter-doohan/married-husband/" TargetMode="External"/><Relationship Id="rId12" Type="http://schemas.openxmlformats.org/officeDocument/2006/relationships/hyperlink" Target="https://www.bustle.com/entertainment/who-is-hunter-doohan-husband-fielder-jewett" TargetMode="External"/><Relationship Id="rId13" Type="http://schemas.openxmlformats.org/officeDocument/2006/relationships/hyperlink" Target="https://www.thetvjunkies.com/hunter-doohan-married/" TargetMode="External"/><Relationship Id="rId14" Type="http://schemas.openxmlformats.org/officeDocument/2006/relationships/hyperlink" Target="https://www.capitalfm.com/news/tv-film/netflix/wednesday/hunter-doohan-husband-fielder-jewett-tind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