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Vesuvio Pride 2026 Update: Why the Portici Parade Has Been Postponed to September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supporters are watching as organisers of the Portici Vesuvio Pride postpone the parade to Saturday 5 September , a move aimed at keeping people safe from extreme heat, boosting turnout and deepening cooperation with the new Portici council. It’s trending locally and matters for inclusion and logistics.</w:t>
      </w:r>
      <w:r/>
      <w:r/>
    </w:p>
    <w:p>
      <w:pPr>
        <w:pStyle w:val="ListBullet"/>
        <w:spacing w:line="240" w:lineRule="auto"/>
        <w:ind w:left="720"/>
      </w:pPr>
      <w:r/>
      <w:r>
        <w:rPr>
          <w:b/>
        </w:rPr>
        <w:t>New date:</w:t>
      </w:r>
      <w:r>
        <w:t xml:space="preserve"> Vesuvio Pride rescheduled for Saturday 5 September to avoid extreme summer heat and encourage wider participation. </w:t>
      </w:r>
      <w:r/>
    </w:p>
    <w:p>
      <w:pPr>
        <w:pStyle w:val="ListBullet"/>
        <w:spacing w:line="240" w:lineRule="auto"/>
        <w:ind w:left="720"/>
      </w:pPr>
      <w:r/>
      <w:r>
        <w:rPr>
          <w:b/>
        </w:rPr>
        <w:t>Health-led decision:</w:t>
      </w:r>
      <w:r>
        <w:t xml:space="preserve"> Organisers emphasise protecting vulnerable people and reducing heat-related risks , the event will feel cooler and calmer. </w:t>
      </w:r>
      <w:r/>
    </w:p>
    <w:p>
      <w:pPr>
        <w:pStyle w:val="ListBullet"/>
        <w:spacing w:line="240" w:lineRule="auto"/>
        <w:ind w:left="720"/>
      </w:pPr>
      <w:r/>
      <w:r>
        <w:rPr>
          <w:b/>
        </w:rPr>
        <w:t>Stronger local ties:</w:t>
      </w:r>
      <w:r>
        <w:t xml:space="preserve"> Postponement gives time to coordinate with Portici’s newly formed municipal administration for deeper institutional support. </w:t>
      </w:r>
      <w:r/>
    </w:p>
    <w:p>
      <w:pPr>
        <w:pStyle w:val="ListBullet"/>
        <w:spacing w:line="240" w:lineRule="auto"/>
        <w:ind w:left="720"/>
      </w:pPr>
      <w:r/>
      <w:r>
        <w:rPr>
          <w:b/>
        </w:rPr>
        <w:t>Proven tactic:</w:t>
      </w:r>
      <w:r>
        <w:t xml:space="preserve"> Pride Vesuvio has run successful September editions before, so the shift isn’t experimental , it’s practical and familiar. </w:t>
      </w:r>
      <w:r/>
      <w:r/>
    </w:p>
    <w:p>
      <w:pPr>
        <w:pStyle w:val="Heading2"/>
      </w:pPr>
      <w:r>
        <w:t>What happened and why the 5 September date matters</w:t>
      </w:r>
      <w:r/>
    </w:p>
    <w:p>
      <w:r/>
      <w:r>
        <w:t>Organisers of the seventh Portici Vesuvio Pride have pushed the parade back to early September, citing what they describe as an "emergency" around exceptional summer temperatures. The immediate benefit is obvious: cooler weather means a safer, more comfortable day for everyone, from families and older participants to volunteers on the route. This isn’t a knee-jerk reaction , according to Pride Vesuvio, previous September editions proved popular and logistically smoother, so the change both mitigates risk and leans on a known success. For anyone who’s been at a July city event when the mercury soars, the relief of a milder September afternoon is tangible.</w:t>
      </w:r>
      <w:r/>
    </w:p>
    <w:p>
      <w:pPr>
        <w:pStyle w:val="Heading2"/>
      </w:pPr>
      <w:r>
        <w:t>Health and inclusion at the heart of the decision</w:t>
      </w:r>
      <w:r/>
    </w:p>
    <w:p>
      <w:r/>
      <w:r>
        <w:t>The group's public statements frame the postponement as a protective measure for "all participants," with particular regard for people who are more heat-sensitive. That’s a practical inclusion move, not just a PR line. Avoiding midday sun reduces fainting, dehydration and the need for emergency medical attention, which in turn keeps the celebration lively rather than stressful. If you’re planning to attend, think lightweight clothing, a water bottle and a plan for shady breaks , the event will be quieter on medical services and livelier in spirit.</w:t>
      </w:r>
      <w:r/>
    </w:p>
    <w:p>
      <w:pPr>
        <w:pStyle w:val="Heading2"/>
      </w:pPr>
      <w:r>
        <w:t>Why the timing helps build ties with the new municipal administration</w:t>
      </w:r>
      <w:r/>
    </w:p>
    <w:p>
      <w:r/>
      <w:r>
        <w:t>The new date also buys organisers time to work closely with Portici’s recently installed council and incoming mayoral team. That means better permits, more coordinated crowd management, and potentially more visible institutional backing , which can translate into bigger floats, more safety resources and stronger civic messaging. Local institutions matter at events like this: when city services and Pride groups speak the same language, the parade feels safer and more official, and participation often rises as a result.</w:t>
      </w:r>
      <w:r/>
    </w:p>
    <w:p>
      <w:pPr>
        <w:pStyle w:val="Heading2"/>
      </w:pPr>
      <w:r>
        <w:t>How this fits recent trends: heat, postponements and pragmatic planning</w:t>
      </w:r>
      <w:r/>
    </w:p>
    <w:p>
      <w:r/>
      <w:r>
        <w:t>Across Europe and beyond, other city events have been delayed or adjusted because of heatwaves and the shifting climate we’re all beginning to plan around. Organisers increasingly treat scheduling as a safety decision as much as a calendar one. Those who’ve followed Pride Vesuvio’s history will spot a pattern , the association has shifted to September in prior years with good outcomes, so this is as much about consistency as it is about climate. If you’re organising or attending outdoor events, the lesson is plain: check forecasts early, prioritise vulnerable attendees, and don’t treat dates as sacrosanct if safety is at stake.</w:t>
      </w:r>
      <w:r/>
    </w:p>
    <w:p>
      <w:pPr>
        <w:pStyle w:val="Heading2"/>
      </w:pPr>
      <w:r>
        <w:t>Practical tips for attendees and volunteers</w:t>
      </w:r>
      <w:r/>
    </w:p>
    <w:p>
      <w:r/>
      <w:r>
        <w:t>Plan travel ahead , bus and local transport timetables can change with municipal coordination, and road closures will be confirmed closer to September. Volunteers should bring sun protection and first-aid basics, even if the day is cooler than July. For community groups thinking of joining, using the extra lead time to secure permits, floats and accessibility measures will pay off. And, as Pride Vesuvio’s president Danilo Di Leo put it, rights "don’t go on holiday" , this is a pause for planning, not a cancellation of momentum.</w:t>
      </w:r>
      <w:r/>
    </w:p>
    <w:p>
      <w:r/>
      <w:r>
        <w:t>It’s a small change that can make every parade participant safer and happier.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2">
        <w:r>
          <w:rPr>
            <w:color w:val="0000EE"/>
            <w:u w:val="single"/>
          </w:rPr>
          <w:t>[6]</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https://www.napolitoday.it/attualita/vesuvio-pride-2026-rinviato.html</w:t>
        </w:r>
      </w:hyperlink>
      <w:r>
        <w:t xml:space="preserve"> - Please view link - unable to able to access data</w:t>
      </w:r>
      <w:r/>
    </w:p>
    <w:p>
      <w:pPr>
        <w:pStyle w:val="ListNumber"/>
        <w:spacing w:line="240" w:lineRule="auto"/>
        <w:ind w:left="720"/>
      </w:pPr>
      <w:r/>
      <w:hyperlink r:id="rId10">
        <w:r>
          <w:rPr>
            <w:color w:val="0000EE"/>
            <w:u w:val="single"/>
          </w:rPr>
          <w:t>https://www.pridevesuvio.it/2026/04/10/vesuvio-pride-2026-il-18-luglio-londa-arcobaleno-arriva-a-portici-con-la-partecipazione-straordinaria-di-imma-battaglia/</w:t>
        </w:r>
      </w:hyperlink>
      <w:r>
        <w:t xml:space="preserve"> - The Vesuvio Pride 2026 is scheduled for 18 July in Portici, featuring the participation of Imma Battaglia, a prominent Italian LGBTQIA+ activist. The event continues its tradition of being itinerant, having previously taken place in various towns such as Pompei, Sorrento, and Castellammare di Stabia. The organisers emphasise the importance of bringing visibility and rights to smaller towns, asserting that true cultural change occurs in these areas. The event aims to challenge the notion that rights and freedom of expression are exclusive to large cities, highlighting the significance of medium and small towns in driving cultural transformation.</w:t>
      </w:r>
      <w:r/>
    </w:p>
    <w:p>
      <w:pPr>
        <w:pStyle w:val="ListNumber"/>
        <w:spacing w:line="240" w:lineRule="auto"/>
        <w:ind w:left="720"/>
      </w:pPr>
      <w:r/>
      <w:hyperlink r:id="rId11">
        <w:r>
          <w:rPr>
            <w:color w:val="0000EE"/>
            <w:u w:val="single"/>
          </w:rPr>
          <w:t>https://www.gay.it/vesuvio-pride-2026-portici-18-luglio</w:t>
        </w:r>
      </w:hyperlink>
      <w:r>
        <w:t xml:space="preserve"> - The Vesuvio Pride 2026 is set to take place on 18 July in Portici, marking its seventh edition. The event is described as an itinerant parade that brings visibility and rights to the heart of the Vesuvian area. A notable aspect of this edition is the participation of Imma Battaglia, a historic figure in the Italian LGBTQIA+ movement and native of Portici. The organisers stress the importance of challenging the idea that rights and freedom of expression are exclusive to large cities, advocating for cultural change in medium and small towns. The event aims to reaffirm that there are no 'peripheries of rights' and that every municipality should be a safe and welcoming space for all.</w:t>
      </w:r>
      <w:r/>
    </w:p>
    <w:p>
      <w:pPr>
        <w:pStyle w:val="ListNumber"/>
        <w:spacing w:line="240" w:lineRule="auto"/>
        <w:ind w:left="720"/>
      </w:pPr>
      <w:r/>
      <w:hyperlink r:id="rId13">
        <w:r>
          <w:rPr>
            <w:color w:val="0000EE"/>
            <w:u w:val="single"/>
          </w:rPr>
          <w:t>https://www.loravesuviana.it/news/vesuvio-pride-2026-londa-arcobaleno-arriva-a-portici-insieme-ad-imma-battaglia.html/</w:t>
        </w:r>
      </w:hyperlink>
      <w:r>
        <w:t xml:space="preserve"> - The seventh edition of the Vesuvio Pride is set to take place in Portici on 18 July, with Imma Battaglia as the special guest. The event continues its itinerant nature, having previously been held in towns such as Pompei, Sorrento, and Castellammare di Stabia. The organisers highlight the importance of bringing visibility and rights to smaller towns, challenging the notion that rights and freedom of expression are exclusive to large cities. The event aims to reaffirm that there are no 'peripheries of rights' and that every municipality should be a safe and welcoming space for all.</w:t>
      </w:r>
      <w:r/>
    </w:p>
    <w:p>
      <w:pPr>
        <w:pStyle w:val="ListNumber"/>
        <w:spacing w:line="240" w:lineRule="auto"/>
        <w:ind w:left="720"/>
      </w:pPr>
      <w:r/>
      <w:hyperlink r:id="rId14">
        <w:r>
          <w:rPr>
            <w:color w:val="0000EE"/>
            <w:u w:val="single"/>
          </w:rPr>
          <w:t>https://www.wusf.org/arts-culture/2025-09-20/tampa-pride-canceled-2026-political-economic-climate</w:t>
        </w:r>
      </w:hyperlink>
      <w:r>
        <w:t xml:space="preserve"> - Tampa Pride has announced that it will not be held in 2026, citing the current political and economic climate as factors that made it increasingly difficult for the organisation to sustain ongoing operations. The decision was made by the Tampa Pride Board, which stated that it would not renew the contract of the president after August 1. The board expressed that the current circumstances made it challenging to continue the event in 2026.</w:t>
      </w:r>
      <w:r/>
    </w:p>
    <w:p>
      <w:pPr>
        <w:pStyle w:val="ListNumber"/>
        <w:spacing w:line="240" w:lineRule="auto"/>
        <w:ind w:left="720"/>
      </w:pPr>
      <w:r/>
      <w:hyperlink r:id="rId12">
        <w:r>
          <w:rPr>
            <w:color w:val="0000EE"/>
            <w:u w:val="single"/>
          </w:rPr>
          <w:t>https://www.sortiraparis.com/en/news/in-paris/articles/348211-cancelled-due-to-the-heatwave-the-pride-march-will-ultimately-be-postponed</w:t>
        </w:r>
      </w:hyperlink>
      <w:r>
        <w:t xml:space="preserve"> - The Paris Pride March, scheduled for 27 June 2026, has been postponed due to an exceptional heatwave affecting Île-de-France. Organisers announced the postponement at the request of the Police Prefecture, citing safety concerns for participants. With temperatures potentially rising above 40°C, marching for hours posed risks of dehydration, fainting, and heatstroke. A new date for the event will be announced soon, allowing the LGBTQIA+ community and its supporters to gather under safer conditions.</w:t>
      </w:r>
      <w:r/>
    </w:p>
    <w:p>
      <w:pPr>
        <w:pStyle w:val="ListNumber"/>
        <w:spacing w:line="240" w:lineRule="auto"/>
        <w:ind w:left="720"/>
      </w:pPr>
      <w:r/>
      <w:hyperlink r:id="rId15">
        <w:r>
          <w:rPr>
            <w:color w:val="0000EE"/>
            <w:u w:val="single"/>
          </w:rPr>
          <w:t>https://www.eavsrl.it/linea-808-pompei-vesuvio-arretramento-temporaneo-capolinea-del-vesuvio-dal-26-03-2026/</w:t>
        </w:r>
      </w:hyperlink>
      <w:r>
        <w:t xml:space="preserve"> - Due to adverse weather conditions, access to the Vesuvio terminus has been temporarily restricted. Starting from 26 March 2026, the 808 Pompei-Vesuvio bus line will terminate at La Siesta. Departures from Vesuvio will be delayed by 10 minutes to maintain the scheduled travel time. This measure is in place until favourable weather conditions are restored.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apolitoday.it/attualita/vesuvio-pride-2026-rinviato.html" TargetMode="External"/><Relationship Id="rId10" Type="http://schemas.openxmlformats.org/officeDocument/2006/relationships/hyperlink" Target="https://www.pridevesuvio.it/2026/04/10/vesuvio-pride-2026-il-18-luglio-londa-arcobaleno-arriva-a-portici-con-la-partecipazione-straordinaria-di-imma-battaglia/" TargetMode="External"/><Relationship Id="rId11" Type="http://schemas.openxmlformats.org/officeDocument/2006/relationships/hyperlink" Target="https://www.gay.it/vesuvio-pride-2026-portici-18-luglio" TargetMode="External"/><Relationship Id="rId12" Type="http://schemas.openxmlformats.org/officeDocument/2006/relationships/hyperlink" Target="https://www.sortiraparis.com/en/news/in-paris/articles/348211-cancelled-due-to-the-heatwave-the-pride-march-will-ultimately-be-postponed" TargetMode="External"/><Relationship Id="rId13" Type="http://schemas.openxmlformats.org/officeDocument/2006/relationships/hyperlink" Target="https://www.loravesuviana.it/news/vesuvio-pride-2026-londa-arcobaleno-arriva-a-portici-insieme-ad-imma-battaglia.html/" TargetMode="External"/><Relationship Id="rId14" Type="http://schemas.openxmlformats.org/officeDocument/2006/relationships/hyperlink" Target="https://www.wusf.org/arts-culture/2025-09-20/tampa-pride-canceled-2026-political-economic-climate" TargetMode="External"/><Relationship Id="rId15" Type="http://schemas.openxmlformats.org/officeDocument/2006/relationships/hyperlink" Target="https://www.eavsrl.it/linea-808-pompei-vesuvio-arretramento-temporaneo-capolinea-del-vesuvio-dal-26-03-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