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San Diego Pride Week 2026 Guide — Everything Happening in Hillcrest and Balboa Park</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Celebrate loud and proud: San Diego’s biggest Pride party lands in July , Pride Week runs July 11–19 with the marquee weekend July 17–19, headlined by MARINA and Krewella at the Balboa Park festival and non-stop events across Hillcrest. Here’s a day-by-day guide, local tips, and what to expect.</w:t>
      </w:r>
      <w:r/>
    </w:p>
    <w:p>
      <w:r/>
      <w:r>
        <w:t>Essential Takeaways</w:t>
      </w:r>
      <w:r/>
      <w:r/>
    </w:p>
    <w:p>
      <w:pPr>
        <w:pStyle w:val="ListBullet"/>
        <w:spacing w:line="240" w:lineRule="auto"/>
        <w:ind w:left="720"/>
      </w:pPr>
      <w:r/>
      <w:r>
        <w:rPr>
          <w:b/>
        </w:rPr>
        <w:t>When:</w:t>
      </w:r>
      <w:r>
        <w:t xml:space="preserve"> Pride Week July 11–19; marquee weekend July 17–19 with festival on July 18–19. </w:t>
      </w:r>
      <w:r/>
    </w:p>
    <w:p>
      <w:pPr>
        <w:pStyle w:val="ListBullet"/>
        <w:spacing w:line="240" w:lineRule="auto"/>
        <w:ind w:left="720"/>
      </w:pPr>
      <w:r/>
      <w:r>
        <w:rPr>
          <w:b/>
        </w:rPr>
        <w:t>Where:</w:t>
      </w:r>
      <w:r>
        <w:t xml:space="preserve"> Hillcrest is the epicentre; the festival takes place at Balboa Park’s Marston Point. </w:t>
      </w:r>
      <w:r/>
    </w:p>
    <w:p>
      <w:pPr>
        <w:pStyle w:val="ListBullet"/>
        <w:spacing w:line="240" w:lineRule="auto"/>
        <w:ind w:left="720"/>
      </w:pPr>
      <w:r/>
      <w:r>
        <w:rPr>
          <w:b/>
        </w:rPr>
        <w:t>Headliners &amp; scale:</w:t>
      </w:r>
      <w:r>
        <w:t xml:space="preserve"> MARINA and Krewella lead 100+ artists across four stages; the parade draws ~250,000. </w:t>
      </w:r>
      <w:r/>
    </w:p>
    <w:p>
      <w:pPr>
        <w:pStyle w:val="ListBullet"/>
        <w:spacing w:line="240" w:lineRule="auto"/>
        <w:ind w:left="720"/>
      </w:pPr>
      <w:r/>
      <w:r>
        <w:rPr>
          <w:b/>
        </w:rPr>
        <w:t>Practicalities:</w:t>
      </w:r>
      <w:r>
        <w:t xml:space="preserve"> Festival tickets from about $45/day; kids high-school age and younger enter free; park? Don’t bother , take transit or rideshare. </w:t>
      </w:r>
      <w:r/>
    </w:p>
    <w:p>
      <w:pPr>
        <w:pStyle w:val="ListBullet"/>
        <w:spacing w:line="240" w:lineRule="auto"/>
        <w:ind w:left="720"/>
      </w:pPr>
      <w:r/>
      <w:r>
        <w:rPr>
          <w:b/>
        </w:rPr>
        <w:t>Vibe &amp; safety:</w:t>
      </w:r>
      <w:r>
        <w:t xml:space="preserve"> Plenty of family-friendly daytime programming, plus after-dark pool parties and club weekends; bring sunscreen and stay hydrated.</w:t>
      </w:r>
      <w:r/>
      <w:r/>
    </w:p>
    <w:p>
      <w:pPr>
        <w:pStyle w:val="Heading2"/>
      </w:pPr>
      <w:r>
        <w:t>Why July is San Diego’s Pride moment this year</w:t>
      </w:r>
      <w:r/>
    </w:p>
    <w:p>
      <w:r/>
      <w:r>
        <w:t>San Diego may nod to June broadly as Pride Month, but the city saves its largest celebration for mid-July and it’s palpable the moment you hit Hillcrest. The visual hit is immediate: rainbow flags, block parties and queer-owned businesses lining the streets. According to the organisers, the festival culminates at Balboa Park with more than 100 performers across four stages , a sun-soaked, music-heavy celebration built for dancing and community. For anyone planning to attend, that bright, buzzy feel is part of the draw and a reminder to pack sunscreen and comfy shoes.</w:t>
      </w:r>
      <w:r/>
    </w:p>
    <w:p>
      <w:pPr>
        <w:pStyle w:val="Heading2"/>
      </w:pPr>
      <w:r>
        <w:t>The Spirit of Stonewall Rally: quiet history before the confetti</w:t>
      </w:r>
      <w:r/>
    </w:p>
    <w:p>
      <w:r/>
      <w:r>
        <w:t>Friday evening’s Spirit of Stonewall Rally is a centring moment before the weekend’s louder festivities. It marks the Stonewall Uprising’s legacy, and long-time participants say it’s both reflective and proudly local , a chance to honour community leaders and volunteers who keep advocacy alive year-round. If your plan is parade-and-party, arrive early on Friday, listen to the speakers, and you’ll leave with a stronger sense of why Pride started and why it still matters.</w:t>
      </w:r>
      <w:r/>
    </w:p>
    <w:p>
      <w:pPr>
        <w:pStyle w:val="Heading2"/>
      </w:pPr>
      <w:r>
        <w:t>Parade and festival logistics , where to watch and what to expect</w:t>
      </w:r>
      <w:r/>
    </w:p>
    <w:p>
      <w:r/>
      <w:r>
        <w:t>The Pride Parade on Saturday starts at 10am on University Avenue by the Hillcrest Pride Flag and winds toward Balboa Park, ending near the festival gates , perfect timing if you want to move directly into the music. It’s one of the largest single-day civic events in the region, attracting roughly a quarter-million spectators, so stake out a spot early along University Avenue. The festival at Marston Point runs Saturday and Sunday with DJs, live bands and drag acts; tickets start around $45 a day, while high-school-aged kids and younger get in free. Remember: proceeds support San Diego Pride’s year-round community programmes, so buying a ticket does double duty.</w:t>
      </w:r>
      <w:r/>
    </w:p>
    <w:p>
      <w:pPr>
        <w:pStyle w:val="Heading2"/>
      </w:pPr>
      <w:r>
        <w:t>Pool parties and nightlife , pick your vibe and book ahead</w:t>
      </w:r>
      <w:r/>
    </w:p>
    <w:p>
      <w:r/>
      <w:r>
        <w:t>Pool parties and club events are Pride Week staples, and some have become legendary. LE Parties runs several Sunday-through-Saturday pool bashes , everything from Colossal to Drag-A-Licious , all starting at 1pm; venues fill fast, and tickets are final sale. For night owls, Hillcrest’s big clubs (Rich’s, Urban MO’s, Gossip Grill and others) offer weekend passes that let you bounce between events without nightly ticket drama. If you’re aiming for headline acts or VIP sections, book early; if you’re more spontaneous, expect queues and bring cash for covers.</w:t>
      </w:r>
      <w:r/>
    </w:p>
    <w:p>
      <w:pPr>
        <w:pStyle w:val="Heading2"/>
      </w:pPr>
      <w:r>
        <w:t>Safety, accessibility and family-friendly notes</w:t>
      </w:r>
      <w:r/>
    </w:p>
    <w:p>
      <w:r/>
      <w:r>
        <w:t>San Diego Pride manages a broad mix of programming: daytime festival and parade are family-friendly, while many after-dark events remain 21+. The festival is accessible and offers resources for the community; organisers emphasise that ticket revenue funds advocacy and services. Practical safety tips from locals: don’t try to drive or park in Hillcrest or Balboa Park over the weekend, carry water and sunscreen, and consider having Naloxone (Narcan) nearby as a precaution , many venues also keep it on hand. Above all, pace yourself and look out for friends.</w:t>
      </w:r>
      <w:r/>
    </w:p>
    <w:p>
      <w:pPr>
        <w:pStyle w:val="Heading2"/>
      </w:pPr>
      <w:r>
        <w:t>How to make the most of Pride Week without burning out</w:t>
      </w:r>
      <w:r/>
    </w:p>
    <w:p>
      <w:r/>
      <w:r>
        <w:t>Start small if you’re new: attend the rally, enjoy the parade, then spend an afternoon at the festival or a pool party. For regulars, weekend passes and an after-dark plan make sense , but mix in some low-key moments so the weekend doesn’t flatten you. Public transport and rideshares will be your best friends, and local tips say arrive early for popular events, bring layered clothing for cooler evenings, and check official event pages for last-minute lineup changes. Most importantly, show up as you are and enjoy the communal buzz.</w:t>
      </w:r>
      <w:r/>
    </w:p>
    <w:p>
      <w:r/>
      <w:r>
        <w:t>It's a small change that can make every Pride experience better , go, celebrate, and take care of yourself and others.</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[6]</w:t>
        </w:r>
      </w:hyperlink>
      <w:r>
        <w:t xml:space="preserve">- Paragraph 2: </w:t>
      </w:r>
      <w:hyperlink r:id="rId12">
        <w:r>
          <w:rPr>
            <w:color w:val="0000EE"/>
            <w:u w:val="single"/>
          </w:rPr>
          <w:t>[5]</w:t>
        </w:r>
      </w:hyperlink>
      <w:r>
        <w:t xml:space="preserve">- Paragraph 3: </w:t>
      </w:r>
      <w:hyperlink r:id="rId13">
        <w:r>
          <w:rPr>
            <w:color w:val="0000EE"/>
            <w:u w:val="single"/>
          </w:rPr>
          <w:t>[3]</w:t>
        </w:r>
      </w:hyperlink>
      <w:r>
        <w:t xml:space="preserve">, </w:t>
      </w:r>
      <w:hyperlink r:id="rId14">
        <w:r>
          <w:rPr>
            <w:color w:val="0000EE"/>
            <w:u w:val="single"/>
          </w:rPr>
          <w:t>[4]</w:t>
        </w:r>
      </w:hyperlink>
      <w:r>
        <w:t xml:space="preserve">- Paragraph 4: </w:t>
      </w:r>
      <w:hyperlink r:id="rId14">
        <w:r>
          <w:rPr>
            <w:color w:val="0000EE"/>
            <w:u w:val="single"/>
          </w:rPr>
          <w:t>[4]</w:t>
        </w:r>
      </w:hyperlink>
      <w:r>
        <w:t xml:space="preserve">, </w:t>
      </w:r>
      <w:hyperlink r:id="rId10">
        <w:r>
          <w:rPr>
            <w:color w:val="0000EE"/>
            <w:u w:val="single"/>
          </w:rPr>
          <w:t>[2]</w:t>
        </w:r>
      </w:hyperlink>
      <w:r>
        <w:t xml:space="preserve">- Paragraph 5: </w:t>
      </w:r>
      <w:hyperlink r:id="rId14">
        <w:r>
          <w:rPr>
            <w:color w:val="0000EE"/>
            <w:u w:val="single"/>
          </w:rPr>
          <w:t>[4]</w:t>
        </w:r>
      </w:hyperlink>
      <w:r>
        <w:t xml:space="preserve">, </w:t>
      </w:r>
      <w:hyperlink r:id="rId10">
        <w:r>
          <w:rPr>
            <w:color w:val="0000EE"/>
            <w:u w:val="single"/>
          </w:rPr>
          <w:t>[2]</w:t>
        </w:r>
      </w:hyperlink>
      <w:r>
        <w:t xml:space="preserve">- Paragraph 6: </w:t>
      </w:r>
      <w:hyperlink r:id="rId10">
        <w:r>
          <w:rPr>
            <w:color w:val="0000EE"/>
            <w:u w:val="single"/>
          </w:rPr>
          <w:t>[2]</w:t>
        </w:r>
      </w:hyperlink>
      <w:r>
        <w:t xml:space="preserve">, </w:t>
      </w:r>
      <w:hyperlink r:id="rId15">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https://sandiegoexplorer.com/san-diego-pride-events/?utm_source=rss&amp;utm_medium=rss&amp;utm_campaign=san-diego-pride-events</w:t>
        </w:r>
      </w:hyperlink>
      <w:r>
        <w:t xml:space="preserve"> - Please view link - unable to able to access data</w:t>
      </w:r>
      <w:r/>
    </w:p>
    <w:p>
      <w:pPr>
        <w:pStyle w:val="ListNumber"/>
        <w:spacing w:line="240" w:lineRule="auto"/>
        <w:ind w:left="720"/>
      </w:pPr>
      <w:r/>
      <w:hyperlink r:id="rId10">
        <w:r>
          <w:rPr>
            <w:color w:val="0000EE"/>
            <w:u w:val="single"/>
          </w:rPr>
          <w:t>https://sdpride.org/pride/</w:t>
        </w:r>
      </w:hyperlink>
      <w:r>
        <w:t xml:space="preserve"> - The official San Diego Pride website provides comprehensive details about Pride Week 2026, scheduled from July 11 to July 19. The theme for this year is 'Pride Shines On,' featuring a lineup of over 100 artists across four stages at the Pride Festival in Balboa Park. The festivities are centred in Hillcrest, with various events, block parties, and celebrations taking place throughout the week. The website offers information on the Spirit of Stonewall Rally, Pride Parade, Pride 5K Run &amp; Walk, and the Pride Festival, including dates, times, and locations.</w:t>
      </w:r>
      <w:r/>
    </w:p>
    <w:p>
      <w:pPr>
        <w:pStyle w:val="ListNumber"/>
        <w:spacing w:line="240" w:lineRule="auto"/>
        <w:ind w:left="720"/>
      </w:pPr>
      <w:r/>
      <w:hyperlink r:id="rId13">
        <w:r>
          <w:rPr>
            <w:color w:val="0000EE"/>
            <w:u w:val="single"/>
          </w:rPr>
          <w:t>https://sdpride.org/parade-2026/</w:t>
        </w:r>
      </w:hyperlink>
      <w:r>
        <w:t xml:space="preserve"> - This page details the San Diego Pride Parade, one of the largest single-day civic events in the region, attracting over 250,000 supporters of the LGBTQIA+ community. Scheduled for Saturday, July 18, 2026, from 10:00 am to 3:00 pm in Hillcrest, the parade route begins at the Hillcrest Pride Flag at University Ave. and Normal St., proceeding west on University Ave., turning south on 6th Ave., and ending at Quince Dr. The theme for 2026 is 'Pride Shines On.'</w:t>
      </w:r>
      <w:r/>
    </w:p>
    <w:p>
      <w:pPr>
        <w:pStyle w:val="ListNumber"/>
        <w:spacing w:line="240" w:lineRule="auto"/>
        <w:ind w:left="720"/>
      </w:pPr>
      <w:r/>
      <w:hyperlink r:id="rId14">
        <w:r>
          <w:rPr>
            <w:color w:val="0000EE"/>
            <w:u w:val="single"/>
          </w:rPr>
          <w:t>https://sdpride.org/festival-2026/</w:t>
        </w:r>
      </w:hyperlink>
      <w:r>
        <w:t xml:space="preserve"> - The San Diego Pride Festival, taking place on July 18 and 19, 2026, in Balboa Park, is the largest LGBTQIA+ summer celebration in San Diego. The festival features community resources, booths, and four stages of live entertainment. The 2026 theme, 'Pride Shines On,' highlights the event's commitment to diversity and inclusion. The festival is open to all ages, with tickets available for purchase on the official website.</w:t>
      </w:r>
      <w:r/>
    </w:p>
    <w:p>
      <w:pPr>
        <w:pStyle w:val="ListNumber"/>
        <w:spacing w:line="240" w:lineRule="auto"/>
        <w:ind w:left="720"/>
      </w:pPr>
      <w:r/>
      <w:hyperlink r:id="rId12">
        <w:r>
          <w:rPr>
            <w:color w:val="0000EE"/>
            <w:u w:val="single"/>
          </w:rPr>
          <w:t>https://www.fabuloushillcrest.com/events-pride/sdpridespiritofstonewallrally</w:t>
        </w:r>
      </w:hyperlink>
      <w:r>
        <w:t xml:space="preserve"> - The Spirit of Stonewall Rally, scheduled for Friday, July 17, 2026, at 6:00 PM at 535 Robinson Ave, San Diego, CA, serves as the kickoff to San Diego Pride weekend. The rally honours leaders who have worked to preserve gains and reflects on the origins of the LGBTQIA+ movement. The event includes guest speakers and a land acknowledgment, aiming to inspire and mobilise the community around pressing issues.</w:t>
      </w:r>
      <w:r/>
    </w:p>
    <w:p>
      <w:pPr>
        <w:pStyle w:val="ListNumber"/>
        <w:spacing w:line="240" w:lineRule="auto"/>
        <w:ind w:left="720"/>
      </w:pPr>
      <w:r/>
      <w:hyperlink r:id="rId11">
        <w:r>
          <w:rPr>
            <w:color w:val="0000EE"/>
            <w:u w:val="single"/>
          </w:rPr>
          <w:t>https://www.kpbs.org/events/ongoing/san-diego-pride-festival-2026</w:t>
        </w:r>
      </w:hyperlink>
      <w:r>
        <w:t xml:space="preserve"> - KPBS Public Media provides information about the San Diego Pride Festival 2026, taking place on July 18 and 19 in Balboa Park. The festival offers community resources, booths, and four stages of live entertainment, celebrating diversity and inclusion. The event is open to all ages, with tickets ranging from $40.05 to $238.87. The festival's theme, 'Pride Shines On,' underscores its commitment to the LGBTQIA+ community.</w:t>
      </w:r>
      <w:r/>
    </w:p>
    <w:p>
      <w:pPr>
        <w:pStyle w:val="ListNumber"/>
        <w:spacing w:line="240" w:lineRule="auto"/>
        <w:ind w:left="720"/>
      </w:pPr>
      <w:r/>
      <w:hyperlink r:id="rId15">
        <w:r>
          <w:rPr>
            <w:color w:val="0000EE"/>
            <w:u w:val="single"/>
          </w:rPr>
          <w:t>https://www.sdccd.edu/about/pride.aspx</w:t>
        </w:r>
      </w:hyperlink>
      <w:r>
        <w:t xml:space="preserve"> - The San Diego Community College District (SDCCD) announces its participation in the annual San Diego Pride Parade on Saturday, July 18, 2026. The SDCCD has been marching in the parade for over 40 years, with this being the eighth year marching together as a contingent. The parade is one of the largest in the country, with up to 100,000 spectators expected. This year's theme is 'Pride Shines On.'</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sandiegoexplorer.com/san-diego-pride-events/?utm_source=rss&amp;utm_medium=rss&amp;utm_campaign=san-diego-pride-events" TargetMode="External"/><Relationship Id="rId10" Type="http://schemas.openxmlformats.org/officeDocument/2006/relationships/hyperlink" Target="https://sdpride.org/pride/" TargetMode="External"/><Relationship Id="rId11" Type="http://schemas.openxmlformats.org/officeDocument/2006/relationships/hyperlink" Target="https://www.kpbs.org/events/ongoing/san-diego-pride-festival-2026" TargetMode="External"/><Relationship Id="rId12" Type="http://schemas.openxmlformats.org/officeDocument/2006/relationships/hyperlink" Target="https://www.fabuloushillcrest.com/events-pride/sdpridespiritofstonewallrally" TargetMode="External"/><Relationship Id="rId13" Type="http://schemas.openxmlformats.org/officeDocument/2006/relationships/hyperlink" Target="https://sdpride.org/parade-2026/" TargetMode="External"/><Relationship Id="rId14" Type="http://schemas.openxmlformats.org/officeDocument/2006/relationships/hyperlink" Target="https://sdpride.org/festival-2026/" TargetMode="External"/><Relationship Id="rId15" Type="http://schemas.openxmlformats.org/officeDocument/2006/relationships/hyperlink" Target="https://www.sdccd.edu/about/pride.aspx"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