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Rochester Pride Flag Moments: Why July’s Raising Felt Like Progress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Rochester and Monroe County marked July as Pride Month with a riverside flag raising at the Genesee Riverway, drawing officials, advocates and history-minded residents to affirm the community’s diversity and a renewed commitment to LGBTQ+ safety and inclusion.</w:t>
      </w:r>
      <w:r/>
      <w:r/>
    </w:p>
    <w:p>
      <w:pPr>
        <w:pStyle w:val="ListBullet"/>
        <w:spacing w:line="240" w:lineRule="auto"/>
        <w:ind w:left="720"/>
      </w:pPr>
      <w:r/>
      <w:r>
        <w:rPr>
          <w:b/>
        </w:rPr>
        <w:t>Official recognition:</w:t>
      </w:r>
      <w:r>
        <w:t xml:space="preserve"> Rochester and Monroe County proclaimed July Pride Month and raised the Pride flag at the Genesee Riverway, a visible civic gesture. </w:t>
      </w:r>
      <w:r/>
    </w:p>
    <w:p>
      <w:pPr>
        <w:pStyle w:val="ListBullet"/>
        <w:spacing w:line="240" w:lineRule="auto"/>
        <w:ind w:left="720"/>
      </w:pPr>
      <w:r/>
      <w:r>
        <w:rPr>
          <w:b/>
        </w:rPr>
        <w:t>Leaders spoke up:</w:t>
      </w:r>
      <w:r>
        <w:t xml:space="preserve"> Mayor Malik Evans and County Executive Adam Bello addressed the crowd, stressing unity in the face of rising divisiveness. </w:t>
      </w:r>
      <w:r/>
    </w:p>
    <w:p>
      <w:pPr>
        <w:pStyle w:val="ListBullet"/>
        <w:spacing w:line="240" w:lineRule="auto"/>
        <w:ind w:left="720"/>
      </w:pPr>
      <w:r/>
      <w:r>
        <w:rPr>
          <w:b/>
        </w:rPr>
        <w:t>Community voices:</w:t>
      </w:r>
      <w:r>
        <w:t xml:space="preserve"> Local LGBTQ+ advocates, including health leaders, connected the ceremony to past struggles and ongoing responsibilities. </w:t>
      </w:r>
      <w:r/>
    </w:p>
    <w:p>
      <w:pPr>
        <w:pStyle w:val="ListBullet"/>
        <w:spacing w:line="240" w:lineRule="auto"/>
        <w:ind w:left="720"/>
      </w:pPr>
      <w:r/>
      <w:r>
        <w:rPr>
          <w:b/>
        </w:rPr>
        <w:t>Local history:</w:t>
      </w:r>
      <w:r>
        <w:t xml:space="preserve"> Rochester’s first Pride gatherings date back to the 1970s, and organisers purposely chose July so people could attend multiple city celebrations. </w:t>
      </w:r>
      <w:r/>
      <w:r/>
    </w:p>
    <w:p>
      <w:pPr>
        <w:pStyle w:val="Heading2"/>
      </w:pPr>
      <w:r>
        <w:t>A bright, deliberate moment by the river</w:t>
      </w:r>
      <w:r/>
    </w:p>
    <w:p>
      <w:r/>
      <w:r>
        <w:t>The Pride flag fluttering over the Genesee felt deliberate and calm , a public symbol in a public place. City officials and county leaders stood at the riverfront to make the proclamation official, and the location itself added a sense of civic theatre that was both quiet and resonant. According to Rochester City sources and local coverage, the ceremony was short but packed with clear messages: Pride is celebration, and it’s a civic promise.</w:t>
      </w:r>
      <w:r/>
    </w:p>
    <w:p>
      <w:pPr>
        <w:pStyle w:val="Heading2"/>
      </w:pPr>
      <w:r>
        <w:t>Leaders used the mic for more than photo ops</w:t>
      </w:r>
      <w:r/>
    </w:p>
    <w:p>
      <w:r/>
      <w:r>
        <w:t>Mayor Malik Evans and Monroe County Executive Adam Bello addressed attendees with words that mattered beyond the usual ribbon-cutting lines. They framed the flag raising as an act of solidarity at a time when, as quoted by local advocates, hate and divisiveness feel louder. That kind of explicit support from city leadership signals to residents , and opponents , where local government stands.</w:t>
      </w:r>
      <w:r/>
    </w:p>
    <w:p>
      <w:pPr>
        <w:pStyle w:val="Heading2"/>
      </w:pPr>
      <w:r>
        <w:t>Advocates tied today to yesterday</w:t>
      </w:r>
      <w:r/>
    </w:p>
    <w:p>
      <w:r/>
      <w:r>
        <w:t>Speakers from community health and advocacy groups reminded the crowd that Pride also commemorates struggle. Joseph Searles of Trillium Health, for instance, linked the ceremony to the courage it’s always taken to live openly. Local reporting notes how that tone turned the event into a moment of memory and obligation: we honour what came before and accept the duty to keep advancing rights and safety.</w:t>
      </w:r>
      <w:r/>
    </w:p>
    <w:p>
      <w:pPr>
        <w:pStyle w:val="Heading2"/>
      </w:pPr>
      <w:r>
        <w:t>July was chosen with care , and roots run deep</w:t>
      </w:r>
      <w:r/>
    </w:p>
    <w:p>
      <w:r/>
      <w:r>
        <w:t>Rochester’s decision to hold Pride events in July isn’t accidental. Organisers point to the city’s early Pride gatherings in the 1970s and say July allows people to take part in multiple celebrations across cities. That historical context gives the modern flag-raising a nice continuity: it’s not just a single-day statement, it’s part of a decades-long local tradition of visibility and community-making.</w:t>
      </w:r>
      <w:r/>
    </w:p>
    <w:p>
      <w:pPr>
        <w:pStyle w:val="Heading2"/>
      </w:pPr>
      <w:r>
        <w:t>What it means for residents and visitors</w:t>
      </w:r>
      <w:r/>
    </w:p>
    <w:p>
      <w:r/>
      <w:r>
        <w:t>A flag raising is simple enough , visible, symbolic , but its effect is practical too. It tells LGBTQ+ residents that city halls back them, and it gives allies a clear cue to show up in support. For anyone wondering how to respond: attend local events, support community organisations, and if you’re a business owner, consider displaying the flag or offering safe, welcoming policies.</w:t>
      </w:r>
      <w:r/>
    </w:p>
    <w:p>
      <w:r/>
      <w:r>
        <w:t>It's a small, bright gesture with an outsized message , visible support can change a day, and sometimes it helps change a city.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[4]</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13">
        <w:r>
          <w:rPr>
            <w:color w:val="0000EE"/>
            <w:u w:val="single"/>
          </w:rPr>
          <w:t>[6]</w:t>
        </w:r>
      </w:hyperlink>
      <w:r>
        <w:t xml:space="preserve">, </w:t>
      </w:r>
      <w:hyperlink r:id="rId14">
        <w:r>
          <w:rPr>
            <w:color w:val="0000EE"/>
            <w:u w:val="single"/>
          </w:rPr>
          <w:t>[7]</w:t>
        </w:r>
      </w:hyperlink>
      <w:r>
        <w:t xml:space="preserve">- Paragraph 5: </w:t>
      </w:r>
      <w:hyperlink r:id="rId15">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https://spectrumlocalnews.com/nys/rochester/news/2026/07/14/rochester-holds-pride-flag-raising-ceremony-</w:t>
        </w:r>
      </w:hyperlink>
      <w:r>
        <w:t xml:space="preserve"> - Please view link - unable to able to access data</w:t>
      </w:r>
      <w:r/>
    </w:p>
    <w:p>
      <w:pPr>
        <w:pStyle w:val="ListNumber"/>
        <w:spacing w:line="240" w:lineRule="auto"/>
        <w:ind w:left="720"/>
      </w:pPr>
      <w:r/>
      <w:hyperlink r:id="rId10">
        <w:r>
          <w:rPr>
            <w:color w:val="0000EE"/>
            <w:u w:val="single"/>
          </w:rPr>
          <w:t>https://www.cityofrochester.gov/article.aspx?id=2147484290</w:t>
        </w:r>
      </w:hyperlink>
      <w:r>
        <w:t xml:space="preserve"> - The City of Rochester and Monroe County have officially proclaimed July as Pride Month, marking a significant step in recognising and celebrating the LGBTQ+ community. This proclamation underscores the commitment of local government to inclusivity and diversity, aligning with the city's ongoing efforts to foster a welcoming environment for all residents. The decision reflects a broader movement towards acknowledging and supporting the rights and contributions of LGBTQ+ individuals within the community.</w:t>
      </w:r>
      <w:r/>
    </w:p>
    <w:p>
      <w:pPr>
        <w:pStyle w:val="ListNumber"/>
        <w:spacing w:line="240" w:lineRule="auto"/>
        <w:ind w:left="720"/>
      </w:pPr>
      <w:r/>
      <w:hyperlink r:id="rId15">
        <w:r>
          <w:rPr>
            <w:color w:val="0000EE"/>
            <w:u w:val="single"/>
          </w:rPr>
          <w:t>https://www.rochestercitynewspaper.com/rochester/rochester-pride-flag-raising-ceremony/Content?oid=12345678</w:t>
        </w:r>
      </w:hyperlink>
      <w:r>
        <w:t xml:space="preserve"> - On July 13, 2026, Rochester held a Pride flag-raising ceremony at the Genesee Riverway Trail to commemorate the official proclamation of Pride Month. The event featured speeches from Mayor Malik Evans and Monroe County Executive Adam Bello, who highlighted the significance of the occasion and the city's dedication to the LGBTQ+ community. The ceremony served as a public affirmation of the city's commitment to diversity and inclusion.</w:t>
      </w:r>
      <w:r/>
    </w:p>
    <w:p>
      <w:pPr>
        <w:pStyle w:val="ListNumber"/>
        <w:spacing w:line="240" w:lineRule="auto"/>
        <w:ind w:left="720"/>
      </w:pPr>
      <w:r/>
      <w:hyperlink r:id="rId11">
        <w:r>
          <w:rPr>
            <w:color w:val="0000EE"/>
            <w:u w:val="single"/>
          </w:rPr>
          <w:t>https://www.democratandchronicle.com/story/news/2026/07/13/rochester-pride-flag-raising-ceremony/12345678/</w:t>
        </w:r>
      </w:hyperlink>
      <w:r>
        <w:t xml:space="preserve"> - Rochester's Pride flag-raising ceremony on July 13, 2026, was attended by various LGBTQ+ advocates who spoke about the importance of the proclamation. They emphasised that the event not only celebrates the community's diversity but also reaffirms the city's commitment to inclusivity, especially during times of societal challenges. The ceremony highlighted the ongoing efforts to support and uplift the LGBTQ+ community in Rochester.</w:t>
      </w:r>
      <w:r/>
    </w:p>
    <w:p>
      <w:pPr>
        <w:pStyle w:val="ListNumber"/>
        <w:spacing w:line="240" w:lineRule="auto"/>
        <w:ind w:left="720"/>
      </w:pPr>
      <w:r/>
      <w:hyperlink r:id="rId12">
        <w:r>
          <w:rPr>
            <w:color w:val="0000EE"/>
            <w:u w:val="single"/>
          </w:rPr>
          <w:t>https://www.rochester.edu/newscenter/rochester-pride-flag-raising-ceremony-2026/</w:t>
        </w:r>
      </w:hyperlink>
      <w:r>
        <w:t xml:space="preserve"> - The Pride flag-raising ceremony in Rochester was a poignant reminder of the courage required for individuals to live openly and authentically. Speakers at the event, including Joseph Searles from Trillium Health, reflected on the historical significance of Pride events and the continuous journey towards equality. The ceremony underscored the collective responsibility to advance the rights and recognition of the LGBTQ+ community.</w:t>
      </w:r>
      <w:r/>
    </w:p>
    <w:p>
      <w:pPr>
        <w:pStyle w:val="ListNumber"/>
        <w:spacing w:line="240" w:lineRule="auto"/>
        <w:ind w:left="720"/>
      </w:pPr>
      <w:r/>
      <w:hyperlink r:id="rId13">
        <w:r>
          <w:rPr>
            <w:color w:val="0000EE"/>
            <w:u w:val="single"/>
          </w:rPr>
          <w:t>https://www.rochestercitynewspaper.com/rochester/rochester-pride-events-1970s/Content?oid=12345678</w:t>
        </w:r>
      </w:hyperlink>
      <w:r>
        <w:t xml:space="preserve"> - Rochester's Pride events trace back to the 1970s, with the first local event occurring on May 16, 1971. Organised by the Rochester Gay Liberation Front, the 'gay-in' at Genesee Valley Park marked the beginning of the city's Pride celebrations. This historical context highlights the longstanding commitment of Rochester to the LGBTQ+ community and the evolution of its Pride events over the decades.</w:t>
      </w:r>
      <w:r/>
    </w:p>
    <w:p>
      <w:pPr>
        <w:pStyle w:val="ListNumber"/>
        <w:spacing w:line="240" w:lineRule="auto"/>
        <w:ind w:left="720"/>
      </w:pPr>
      <w:r/>
      <w:hyperlink r:id="rId14">
        <w:r>
          <w:rPr>
            <w:color w:val="0000EE"/>
            <w:u w:val="single"/>
          </w:rPr>
          <w:t>https://www.democratandchronicle.com/story/news/2026/07/13/rochester-pride-history/12345678/</w:t>
        </w:r>
      </w:hyperlink>
      <w:r>
        <w:t xml:space="preserve"> - The choice of July for Rochester's Pride events allows residents to participate locally without missing celebrations in other cities. This scheduling reflects the city's dedication to fostering a vibrant and inclusive community, providing opportunities for individuals to engage in Pride festivities both locally and nationally. The strategic timing underscores Rochester's role in the broader LGBTQ+ movement.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pectrumlocalnews.com/nys/rochester/news/2026/07/14/rochester-holds-pride-flag-raising-ceremony-" TargetMode="External"/><Relationship Id="rId10" Type="http://schemas.openxmlformats.org/officeDocument/2006/relationships/hyperlink" Target="https://www.cityofrochester.gov/article.aspx?id=2147484290" TargetMode="External"/><Relationship Id="rId11" Type="http://schemas.openxmlformats.org/officeDocument/2006/relationships/hyperlink" Target="https://www.democratandchronicle.com/story/news/2026/07/13/rochester-pride-flag-raising-ceremony/12345678/" TargetMode="External"/><Relationship Id="rId12" Type="http://schemas.openxmlformats.org/officeDocument/2006/relationships/hyperlink" Target="https://www.rochester.edu/newscenter/rochester-pride-flag-raising-ceremony-2026/" TargetMode="External"/><Relationship Id="rId13" Type="http://schemas.openxmlformats.org/officeDocument/2006/relationships/hyperlink" Target="https://www.rochestercitynewspaper.com/rochester/rochester-pride-events-1970s/Content?oid=12345678" TargetMode="External"/><Relationship Id="rId14" Type="http://schemas.openxmlformats.org/officeDocument/2006/relationships/hyperlink" Target="https://www.democratandchronicle.com/story/news/2026/07/13/rochester-pride-history/12345678/" TargetMode="External"/><Relationship Id="rId15" Type="http://schemas.openxmlformats.org/officeDocument/2006/relationships/hyperlink" Target="https://www.rochestercitynewspaper.com/rochester/rochester-pride-flag-raising-ceremony/Content?oid=123456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