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Train: Lumo Rebrands with LGBTQ+ Partner Logos Ahead of Glasgow Pride</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travellers are spotting a bright new Pride train linking Glasgow and Edinburgh, as Lumo rolls out a specially branded all-electric service celebrating the volunteers and groups behind Pride across its network. It's a visible, travel-sized salute to inclusion that matters on and off the platform.</w:t>
      </w:r>
      <w:r/>
    </w:p>
    <w:p>
      <w:r/>
      <w:r>
        <w:t>Essential Takeaways</w:t>
      </w:r>
      <w:r/>
      <w:r/>
    </w:p>
    <w:p>
      <w:pPr>
        <w:pStyle w:val="ListBullet"/>
        <w:spacing w:line="240" w:lineRule="auto"/>
        <w:ind w:left="720"/>
      </w:pPr>
      <w:r/>
      <w:r>
        <w:rPr>
          <w:b/>
        </w:rPr>
        <w:t>New look:</w:t>
      </w:r>
      <w:r>
        <w:t xml:space="preserve"> Lumo’s Class 803 electric train now carries LGBTQ+ partner logos, celebrating local Pride organisations. </w:t>
      </w:r>
      <w:r/>
    </w:p>
    <w:p>
      <w:pPr>
        <w:pStyle w:val="ListBullet"/>
        <w:spacing w:line="240" w:lineRule="auto"/>
        <w:ind w:left="720"/>
      </w:pPr>
      <w:r/>
      <w:r>
        <w:rPr>
          <w:b/>
        </w:rPr>
        <w:t>Route:</w:t>
      </w:r>
      <w:r>
        <w:t xml:space="preserve"> The train operates on the East Coast Main Line, connecting Glasgow, Edinburgh, Newcastle and London. </w:t>
      </w:r>
      <w:r/>
    </w:p>
    <w:p>
      <w:pPr>
        <w:pStyle w:val="ListBullet"/>
        <w:spacing w:line="240" w:lineRule="auto"/>
        <w:ind w:left="720"/>
      </w:pPr>
      <w:r/>
      <w:r>
        <w:rPr>
          <w:b/>
        </w:rPr>
        <w:t>Community focus:</w:t>
      </w:r>
      <w:r>
        <w:t xml:space="preserve"> Logos represent Pride Radio, OUT North East, Edinburgh Pride, Glasgow’s Pride and other partners; the design spotlights grassroots volunteers. </w:t>
      </w:r>
      <w:r/>
    </w:p>
    <w:p>
      <w:pPr>
        <w:pStyle w:val="ListBullet"/>
        <w:spacing w:line="240" w:lineRule="auto"/>
        <w:ind w:left="720"/>
      </w:pPr>
      <w:r/>
      <w:r>
        <w:rPr>
          <w:b/>
        </w:rPr>
        <w:t>Recognition:</w:t>
      </w:r>
      <w:r>
        <w:t xml:space="preserve"> Lumo was named Best Small Employer in Scotland at the Proud Scotland awards, reinforcing its inclusion credentials. </w:t>
      </w:r>
      <w:r/>
    </w:p>
    <w:p>
      <w:pPr>
        <w:pStyle w:val="ListBullet"/>
        <w:spacing w:line="240" w:lineRule="auto"/>
        <w:ind w:left="720"/>
      </w:pPr>
      <w:r/>
      <w:r>
        <w:rPr>
          <w:b/>
        </w:rPr>
        <w:t>Practical vibe:</w:t>
      </w:r>
      <w:r>
        <w:t xml:space="preserve"> The paintwork is bold and photographic-friendly , expect colourful snaps on social feeds during Pride weekend.</w:t>
      </w:r>
      <w:r/>
      <w:r/>
    </w:p>
    <w:p>
      <w:pPr>
        <w:pStyle w:val="Heading2"/>
      </w:pPr>
      <w:r>
        <w:t>Why Lumo’s Pride train feels different this year</w:t>
      </w:r>
      <w:r/>
    </w:p>
    <w:p>
      <w:r/>
      <w:r>
        <w:t>The most striking thing is how purposeful it looks , not just a rainbow wrap, but partner logos front and centre, giving credit where it’s due. According to Lumo’s communications team, the redesign intentionally highlights the organisations doing the everyday work of creating safe spaces, not just the headline parade events. That gives the train a warmer, community-led story that passengers can connect with.</w:t>
      </w:r>
      <w:r/>
    </w:p>
    <w:p>
      <w:pPr>
        <w:pStyle w:val="Heading2"/>
      </w:pPr>
      <w:r>
        <w:t>Where you can see it and why that matters</w:t>
      </w:r>
      <w:r/>
    </w:p>
    <w:p>
      <w:r/>
      <w:r>
        <w:t>The train runs on the East Coast Main Line, so it isn’t just a Scottish curiosity , it links London, Newcastle, Edinburgh and Glasgow. That reach matters because visibility changes the conversation: a Pride-branded service crossing regions signals that Pride isn’t confined to one city. For travellers it’s an easy reminder that inclusion can be an everyday part of transport networks.</w:t>
      </w:r>
      <w:r/>
    </w:p>
    <w:p>
      <w:pPr>
        <w:pStyle w:val="Heading2"/>
      </w:pPr>
      <w:r>
        <w:t>How community groups shaped the project</w:t>
      </w:r>
      <w:r/>
    </w:p>
    <w:p>
      <w:r/>
      <w:r>
        <w:t>Lumo invited representatives from Pride organisations across the route to join the launch, and that partnership shows in the liveried design. Organisations like Pride Radio and OUT North East are named partners, which is meaningful to volunteers who often work with tiny budgets and huge heart. The approach leans into partnership rather than corporate posturing, and that’s what community leaders seem to welcome.</w:t>
      </w:r>
      <w:r/>
    </w:p>
    <w:p>
      <w:pPr>
        <w:pStyle w:val="Heading2"/>
      </w:pPr>
      <w:r>
        <w:t>What this says about business and Pride</w:t>
      </w:r>
      <w:r/>
    </w:p>
    <w:p>
      <w:r/>
      <w:r>
        <w:t>Lumo’s award as Best Small Employer at the Proud Scotland awards gives the company a track record on inclusion, and the train’s branding is an extension of that work. According to spokespeople from Glasgow’s Pride and Edinburgh Pride, the partnership demonstrates how businesses can amplify equality messages simply by using their platforms. It’s a reminder that corporate support can be practical and visible, not just symbolic.</w:t>
      </w:r>
      <w:r/>
    </w:p>
    <w:p>
      <w:pPr>
        <w:pStyle w:val="Heading2"/>
      </w:pPr>
      <w:r>
        <w:t>Tips if you want to catch or copy the moment</w:t>
      </w:r>
      <w:r/>
    </w:p>
    <w:p>
      <w:r/>
      <w:r>
        <w:t>If you’re planning to photograph the train during Pride weekend, aim for daylight and station shots with people in frame , the logos tell the story best alongside smiling faces. If you represent a local group, think about partnering with transport services: visibility on public networks reaches communities that event posters don’t. And if you’re travelling, treat it as an invitation , small gestures like seat-badge stickers or friendly staff can make journeys feel welcoming.</w:t>
      </w:r>
      <w:r/>
    </w:p>
    <w:p>
      <w:r/>
      <w:r>
        <w:t>It's a small change that can make every journey feel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9">
        <w:r>
          <w:rPr>
            <w:color w:val="0000EE"/>
            <w:u w:val="single"/>
          </w:rPr>
          <w:t>[1]</w:t>
        </w:r>
      </w:hyperlink>
      <w:r>
        <w:t xml:space="preserve">- Paragraph 5: </w:t>
      </w:r>
      <w:hyperlink r:id="rId11">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https://www.glasgowlive.co.uk/news/glasgow-news/lumo-train-rebranded-lgbtq-logo-34290339</w:t>
        </w:r>
      </w:hyperlink>
      <w:r>
        <w:t xml:space="preserve"> - Please view link - unable to able to access data</w:t>
      </w:r>
      <w:r/>
    </w:p>
    <w:p>
      <w:pPr>
        <w:pStyle w:val="ListNumber"/>
        <w:spacing w:line="240" w:lineRule="auto"/>
        <w:ind w:left="720"/>
      </w:pPr>
      <w:r/>
      <w:hyperlink r:id="rId10">
        <w:r>
          <w:rPr>
            <w:color w:val="0000EE"/>
            <w:u w:val="single"/>
          </w:rPr>
          <w:t>https://www.lumo.co.uk/who-we-are/lumonews/lumo-named-best-small-employer-at-proud-scotland-awards</w:t>
        </w:r>
      </w:hyperlink>
      <w:r>
        <w:t xml:space="preserve"> - In June 2026, Lumo was recognised as the 'Best Small Employer' at the Proud Scotland Awards, Scotland's national LGBTQ+ celebration. This accolade highlights Lumo's commitment to diversity and inclusion, including initiatives like introducing gender-neutral uniforms for Customer Experience Ambassadors. The company also announced support for more Pride events than ever before, partnering with Glasgow’s Pride, Stirling Pride, Edinburgh Pride, and Pride in Gateshead. Additionally, Lumo serves the East Coast Main Line, connecting cities such as Glasgow, Falkirk, Edinburgh, and London, with a focus on affordable and sustainable travel.</w:t>
      </w:r>
      <w:r/>
    </w:p>
    <w:p>
      <w:pPr>
        <w:pStyle w:val="ListNumber"/>
        <w:spacing w:line="240" w:lineRule="auto"/>
        <w:ind w:left="720"/>
      </w:pPr>
      <w:r/>
      <w:hyperlink r:id="rId15">
        <w:r>
          <w:rPr>
            <w:color w:val="0000EE"/>
            <w:u w:val="single"/>
          </w:rPr>
          <w:t>https://www.scotrail.co.uk/about-scotrail/news/scotrail-alliance-taking-pride-its-appearance</w:t>
        </w:r>
      </w:hyperlink>
      <w:r>
        <w:t xml:space="preserve"> - In January 2026, ScotRail unveiled two Class 170 trains branded with Pride's iconic rainbow symbol to support Pride Edinburgh. These trains operated across Scotland, including the Edinburgh–Glasgow Queen Street line and the Borders Railway. This initiative demonstrated ScotRail's ongoing support for Scotland's LGBTQ+ community. Alex Hynes, Managing Director of the ScotRail Alliance, expressed enthusiasm for supporting Pride Edinburgh with the specially designed rainbow trains, encouraging individuals interested in LGBTQ+ issues to engage with ScotRail's diversity and equality efforts.</w:t>
      </w:r>
      <w:r/>
    </w:p>
    <w:p>
      <w:pPr>
        <w:pStyle w:val="ListNumber"/>
        <w:spacing w:line="240" w:lineRule="auto"/>
        <w:ind w:left="720"/>
      </w:pPr>
      <w:r/>
      <w:hyperlink r:id="rId13">
        <w:r>
          <w:rPr>
            <w:color w:val="0000EE"/>
            <w:u w:val="single"/>
          </w:rPr>
          <w:t>https://www.outnortheast.org.uk/pride-radio</w:t>
        </w:r>
      </w:hyperlink>
      <w:r>
        <w:t xml:space="preserve"> - Pride Radio is a vibrant, award-winning radio station broadcasting across the North East of England on 89.2FM and DAB, and nationwide via the free Pride Radio app, TuneIn, and smart speakers. Based at the ONE Centre, the North East’s dedicated LGBTQ+ centre, Pride Radio has been on air since 2010. The station offers a mix of live and pre-recorded shows, music, bold conversations, and listener interaction, aiming to amplify LGBTQ+ voices and raise awareness of community issues.</w:t>
      </w:r>
      <w:r/>
    </w:p>
    <w:p>
      <w:pPr>
        <w:pStyle w:val="ListNumber"/>
        <w:spacing w:line="240" w:lineRule="auto"/>
        <w:ind w:left="720"/>
      </w:pPr>
      <w:r/>
      <w:hyperlink r:id="rId12">
        <w:r>
          <w:rPr>
            <w:color w:val="0000EE"/>
            <w:u w:val="single"/>
          </w:rPr>
          <w:t>https://www.scotrail.co.uk/about-scotrail/news/scotrail-alliance-%E2%80%98trainbow%E2%80%99-pride-glasgow</w:t>
        </w:r>
      </w:hyperlink>
      <w:r>
        <w:t xml:space="preserve"> - In July 2018, ScotRail branded three Class 170 trains with the rainbow symbol to support Pride Glasgow, Scotland's largest LGBTQ+ festival. These trains operated across Scotland, including the Edinburgh–Glasgow Queen Street line and the Borders Railway. This initiative showcased ScotRail's commitment to supporting the LGBTQ+ community. David Lister, Sustainability &amp; Safety Assurance Director at the ScotRail Alliance, highlighted the importance of reflecting the diversity of customers and encouraged engagement with ScotRail's efforts to promote equality.</w:t>
      </w:r>
      <w:r/>
    </w:p>
    <w:p>
      <w:pPr>
        <w:pStyle w:val="ListNumber"/>
        <w:spacing w:line="240" w:lineRule="auto"/>
        <w:ind w:left="720"/>
      </w:pPr>
      <w:r/>
      <w:hyperlink r:id="rId11">
        <w:r>
          <w:rPr>
            <w:color w:val="0000EE"/>
            <w:u w:val="single"/>
          </w:rPr>
          <w:t>https://news.railbusinessdaily.com/lumo-announces-partnership-with-three-newcastle-based-lgbtq+ organisations/</w:t>
        </w:r>
      </w:hyperlink>
      <w:r>
        <w:t xml:space="preserve"> - In June 2023, Lumo announced partnerships with three Newcastle-based LGBTQ+ organisations: Northern Pride, Curious Arts, and Pride Media Centre &amp; Pride Radio. These collaborations aimed to promote inclusion and diversity through activities and fundraising. To mark the partnerships, Lumo wrapped one of its trains with pride messaging and logos of the three organisations. The 'Pride Partnerships' train (unit number 803 003) operated on Lumo’s Edinburgh to London route via Morpeth, Newcastle, and Stevenage.</w:t>
      </w:r>
      <w:r/>
    </w:p>
    <w:p>
      <w:pPr>
        <w:pStyle w:val="ListNumber"/>
        <w:spacing w:line="240" w:lineRule="auto"/>
        <w:ind w:left="720"/>
      </w:pPr>
      <w:r/>
      <w:hyperlink r:id="rId14">
        <w:r>
          <w:rPr>
            <w:color w:val="0000EE"/>
            <w:u w:val="single"/>
          </w:rPr>
          <w:t>https://www.prideworldmedia.com/stations/</w:t>
        </w:r>
      </w:hyperlink>
      <w:r>
        <w:t xml:space="preserve"> - Pride Radio 89.2FM is the North East’s only dedicated LGBTQ+ radio station, broadcasting 24 hours a day across Newcastle, Gateshead, South East Northumberland, Sunderland North, South Tyneside, and North Tyneside. Aimed at, though not exclusive to, the LGBTQ+ community, the station promotes equality, diversity, and inclusivity. Launched in July 2018, Pride Radio features a mix of live and pre-recorded shows, music, and conversations, aiming to bring communities together and amplify LGBTQ+ voices.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live.co.uk/news/glasgow-news/lumo-train-rebranded-lgbtq-logo-34290339" TargetMode="External"/><Relationship Id="rId10" Type="http://schemas.openxmlformats.org/officeDocument/2006/relationships/hyperlink" Target="https://www.lumo.co.uk/who-we-are/lumonews/lumo-named-best-small-employer-at-proud-scotland-awards" TargetMode="External"/><Relationship Id="rId11" Type="http://schemas.openxmlformats.org/officeDocument/2006/relationships/hyperlink" Target="https://news.railbusinessdaily.com/lumo-announces-partnership-with-three-newcastle-based-lgbtq+ organisations/" TargetMode="External"/><Relationship Id="rId12" Type="http://schemas.openxmlformats.org/officeDocument/2006/relationships/hyperlink" Target="https://www.scotrail.co.uk/about-scotrail/news/scotrail-alliance-%E2%80%98trainbow%E2%80%99-pride-glasgow" TargetMode="External"/><Relationship Id="rId13" Type="http://schemas.openxmlformats.org/officeDocument/2006/relationships/hyperlink" Target="https://www.outnortheast.org.uk/pride-radio" TargetMode="External"/><Relationship Id="rId14" Type="http://schemas.openxmlformats.org/officeDocument/2006/relationships/hyperlink" Target="https://www.prideworldmedia.com/stations/" TargetMode="External"/><Relationship Id="rId15" Type="http://schemas.openxmlformats.org/officeDocument/2006/relationships/hyperlink" Target="https://www.scotrail.co.uk/about-scotrail/news/scotrail-alliance-taking-pride-its-appeara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